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0F8166" w14:textId="77777777" w:rsidR="002274F0" w:rsidRPr="00050E4A" w:rsidRDefault="00000000">
      <w:pPr>
        <w:pStyle w:val="Title"/>
        <w:spacing w:after="160"/>
        <w:jc w:val="center"/>
        <w:rPr>
          <w:sz w:val="16"/>
          <w:szCs w:val="16"/>
        </w:rPr>
      </w:pPr>
      <w:r w:rsidRPr="00050E4A">
        <w:rPr>
          <w:rFonts w:ascii="Calibri" w:hAnsi="Calibri"/>
          <w:b/>
          <w:color w:val="8064A2"/>
          <w:sz w:val="16"/>
          <w:szCs w:val="16"/>
        </w:rPr>
        <w:t>Ability To Thrive – Monthly Program Calendar</w:t>
      </w:r>
    </w:p>
    <w:p w14:paraId="0FE3DCFB" w14:textId="77777777" w:rsidR="002274F0" w:rsidRDefault="00000000">
      <w:pPr>
        <w:spacing w:after="120"/>
        <w:jc w:val="center"/>
        <w:rPr>
          <w:rFonts w:ascii="Calibri" w:hAnsi="Calibri"/>
          <w:b/>
          <w:color w:val="8064A2"/>
          <w:szCs w:val="16"/>
        </w:rPr>
      </w:pPr>
      <w:r w:rsidRPr="00050E4A">
        <w:rPr>
          <w:rFonts w:ascii="Calibri" w:hAnsi="Calibri"/>
          <w:b/>
          <w:color w:val="8064A2"/>
          <w:szCs w:val="16"/>
        </w:rPr>
        <w:t>October 2026</w:t>
      </w:r>
    </w:p>
    <w:p w14:paraId="15BA913F" w14:textId="60252B5E" w:rsidR="00F821FD" w:rsidRPr="00050E4A" w:rsidRDefault="00F821FD">
      <w:pPr>
        <w:spacing w:after="120"/>
        <w:jc w:val="center"/>
        <w:rPr>
          <w:szCs w:val="16"/>
        </w:rPr>
      </w:pPr>
      <w:r>
        <w:rPr>
          <w:rFonts w:ascii="Calibri" w:hAnsi="Calibri"/>
          <w:b/>
          <w:color w:val="8064A2"/>
          <w:szCs w:val="16"/>
        </w:rPr>
        <w:t>MEMBERS OF THE MONTH: Jonath</w:t>
      </w:r>
      <w:r w:rsidR="004C35F1">
        <w:rPr>
          <w:rFonts w:ascii="Calibri" w:hAnsi="Calibri"/>
          <w:b/>
          <w:color w:val="8064A2"/>
          <w:szCs w:val="16"/>
        </w:rPr>
        <w:t xml:space="preserve">an </w:t>
      </w:r>
      <w:proofErr w:type="spellStart"/>
      <w:r w:rsidR="004C35F1">
        <w:rPr>
          <w:rFonts w:ascii="Calibri" w:hAnsi="Calibri"/>
          <w:b/>
          <w:color w:val="8064A2"/>
          <w:szCs w:val="16"/>
        </w:rPr>
        <w:t>Klosterman</w:t>
      </w:r>
      <w:proofErr w:type="spellEnd"/>
      <w:r w:rsidR="004C35F1">
        <w:rPr>
          <w:rFonts w:ascii="Calibri" w:hAnsi="Calibri"/>
          <w:b/>
          <w:color w:val="8064A2"/>
          <w:szCs w:val="16"/>
        </w:rPr>
        <w:t xml:space="preserve"> &amp; Michele Garrison</w:t>
      </w:r>
    </w:p>
    <w:p w14:paraId="33A14221" w14:textId="73E9E7F0" w:rsidR="002274F0" w:rsidRPr="00050E4A" w:rsidRDefault="00361A19">
      <w:pPr>
        <w:spacing w:after="160"/>
        <w:jc w:val="center"/>
        <w:rPr>
          <w:szCs w:val="16"/>
        </w:rPr>
      </w:pPr>
      <w:r>
        <w:rPr>
          <w:b/>
          <w:szCs w:val="16"/>
        </w:rPr>
        <w:t xml:space="preserve">Saturday October </w:t>
      </w:r>
      <w:r w:rsidR="00776CFA">
        <w:rPr>
          <w:b/>
          <w:szCs w:val="16"/>
        </w:rPr>
        <w:t>3</w:t>
      </w:r>
      <w:r w:rsidR="00673157">
        <w:rPr>
          <w:b/>
          <w:szCs w:val="16"/>
        </w:rPr>
        <w:t xml:space="preserve"> Movie Night Fundraiser </w:t>
      </w:r>
      <w:r w:rsidR="00A4463D">
        <w:rPr>
          <w:b/>
          <w:szCs w:val="16"/>
        </w:rPr>
        <w:t xml:space="preserve"> </w:t>
      </w:r>
      <w:r w:rsidR="00A4463D" w:rsidRPr="00050E4A">
        <w:rPr>
          <w:b/>
          <w:szCs w:val="16"/>
        </w:rPr>
        <w:t>•</w:t>
      </w:r>
      <w:r w:rsidR="00A4463D">
        <w:rPr>
          <w:b/>
          <w:szCs w:val="16"/>
        </w:rPr>
        <w:t xml:space="preserve">  </w:t>
      </w:r>
      <w:r w:rsidR="00000000" w:rsidRPr="00050E4A">
        <w:rPr>
          <w:b/>
          <w:szCs w:val="16"/>
        </w:rPr>
        <w:t>Friday October 16  Zoo Trip   •   Friday October 30  Halloween Party</w:t>
      </w:r>
    </w:p>
    <w:tbl>
      <w:tblPr>
        <w:tblW w:w="0" w:type="auto"/>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1080"/>
        <w:gridCol w:w="3960"/>
        <w:gridCol w:w="1440"/>
        <w:gridCol w:w="1440"/>
        <w:gridCol w:w="1440"/>
        <w:gridCol w:w="1440"/>
      </w:tblGrid>
      <w:tr w:rsidR="002274F0" w:rsidRPr="00050E4A" w14:paraId="24DA9DA8" w14:textId="77777777">
        <w:trPr>
          <w:tblHeader/>
          <w:jc w:val="center"/>
        </w:trPr>
        <w:tc>
          <w:tcPr>
            <w:tcW w:w="1080" w:type="dxa"/>
            <w:shd w:val="clear" w:color="auto" w:fill="E7E6E6"/>
            <w:tcMar>
              <w:top w:w="55" w:type="dxa"/>
              <w:left w:w="55" w:type="dxa"/>
              <w:bottom w:w="55" w:type="dxa"/>
              <w:right w:w="55" w:type="dxa"/>
            </w:tcMar>
          </w:tcPr>
          <w:p w14:paraId="4C72C7A0" w14:textId="77777777" w:rsidR="002274F0" w:rsidRPr="00050E4A" w:rsidRDefault="00000000">
            <w:pPr>
              <w:jc w:val="center"/>
              <w:rPr>
                <w:szCs w:val="16"/>
              </w:rPr>
            </w:pPr>
            <w:r w:rsidRPr="00050E4A">
              <w:rPr>
                <w:b/>
                <w:color w:val="000000"/>
                <w:szCs w:val="16"/>
              </w:rPr>
              <w:t>Date</w:t>
            </w:r>
          </w:p>
        </w:tc>
        <w:tc>
          <w:tcPr>
            <w:tcW w:w="3960" w:type="dxa"/>
            <w:shd w:val="clear" w:color="auto" w:fill="E7E6E6"/>
            <w:tcMar>
              <w:top w:w="55" w:type="dxa"/>
              <w:left w:w="55" w:type="dxa"/>
              <w:bottom w:w="55" w:type="dxa"/>
              <w:right w:w="55" w:type="dxa"/>
            </w:tcMar>
          </w:tcPr>
          <w:p w14:paraId="6A612495" w14:textId="77777777" w:rsidR="002274F0" w:rsidRPr="00050E4A" w:rsidRDefault="00000000">
            <w:pPr>
              <w:jc w:val="center"/>
              <w:rPr>
                <w:szCs w:val="16"/>
              </w:rPr>
            </w:pPr>
            <w:r w:rsidRPr="00050E4A">
              <w:rPr>
                <w:b/>
                <w:color w:val="607797"/>
                <w:szCs w:val="16"/>
              </w:rPr>
              <w:t>Routson House / Life Skills</w:t>
            </w:r>
          </w:p>
        </w:tc>
        <w:tc>
          <w:tcPr>
            <w:tcW w:w="1440" w:type="dxa"/>
            <w:shd w:val="clear" w:color="auto" w:fill="E7E6E6"/>
            <w:tcMar>
              <w:top w:w="55" w:type="dxa"/>
              <w:left w:w="55" w:type="dxa"/>
              <w:bottom w:w="55" w:type="dxa"/>
              <w:right w:w="55" w:type="dxa"/>
            </w:tcMar>
          </w:tcPr>
          <w:p w14:paraId="2BC551B4" w14:textId="77777777" w:rsidR="002274F0" w:rsidRPr="00050E4A" w:rsidRDefault="00000000">
            <w:pPr>
              <w:jc w:val="center"/>
              <w:rPr>
                <w:szCs w:val="16"/>
              </w:rPr>
            </w:pPr>
            <w:r w:rsidRPr="00050E4A">
              <w:rPr>
                <w:b/>
                <w:color w:val="D90000"/>
                <w:szCs w:val="16"/>
              </w:rPr>
              <w:t>Fairfield Planet Fitness</w:t>
            </w:r>
          </w:p>
        </w:tc>
        <w:tc>
          <w:tcPr>
            <w:tcW w:w="1440" w:type="dxa"/>
            <w:shd w:val="clear" w:color="auto" w:fill="E7E6E6"/>
            <w:tcMar>
              <w:top w:w="55" w:type="dxa"/>
              <w:left w:w="55" w:type="dxa"/>
              <w:bottom w:w="55" w:type="dxa"/>
              <w:right w:w="55" w:type="dxa"/>
            </w:tcMar>
          </w:tcPr>
          <w:p w14:paraId="4BDC3D9B" w14:textId="77777777" w:rsidR="002274F0" w:rsidRPr="00080CAC" w:rsidRDefault="00000000">
            <w:pPr>
              <w:jc w:val="center"/>
              <w:rPr>
                <w:color w:val="009B00"/>
                <w:szCs w:val="16"/>
              </w:rPr>
            </w:pPr>
            <w:r w:rsidRPr="00050E4A">
              <w:rPr>
                <w:b/>
                <w:color w:val="009B00"/>
                <w:szCs w:val="16"/>
              </w:rPr>
              <w:t>Hamilton Planet Fitness</w:t>
            </w:r>
          </w:p>
        </w:tc>
        <w:tc>
          <w:tcPr>
            <w:tcW w:w="1440" w:type="dxa"/>
            <w:shd w:val="clear" w:color="auto" w:fill="E7E6E6"/>
            <w:tcMar>
              <w:top w:w="55" w:type="dxa"/>
              <w:left w:w="55" w:type="dxa"/>
              <w:bottom w:w="55" w:type="dxa"/>
              <w:right w:w="55" w:type="dxa"/>
            </w:tcMar>
          </w:tcPr>
          <w:p w14:paraId="5B344DA1" w14:textId="77777777" w:rsidR="002274F0" w:rsidRPr="00050E4A" w:rsidRDefault="00000000">
            <w:pPr>
              <w:jc w:val="center"/>
              <w:rPr>
                <w:szCs w:val="16"/>
              </w:rPr>
            </w:pPr>
            <w:r w:rsidRPr="00050E4A">
              <w:rPr>
                <w:b/>
                <w:color w:val="00B6CE"/>
                <w:szCs w:val="16"/>
              </w:rPr>
              <w:t>Day Outing Group</w:t>
            </w:r>
          </w:p>
        </w:tc>
        <w:tc>
          <w:tcPr>
            <w:tcW w:w="1440" w:type="dxa"/>
            <w:shd w:val="clear" w:color="auto" w:fill="E7E6E6"/>
            <w:tcMar>
              <w:top w:w="55" w:type="dxa"/>
              <w:left w:w="55" w:type="dxa"/>
              <w:bottom w:w="55" w:type="dxa"/>
              <w:right w:w="55" w:type="dxa"/>
            </w:tcMar>
          </w:tcPr>
          <w:p w14:paraId="00931007" w14:textId="77777777" w:rsidR="002274F0" w:rsidRPr="00050E4A" w:rsidRDefault="00000000">
            <w:pPr>
              <w:jc w:val="center"/>
              <w:rPr>
                <w:szCs w:val="16"/>
              </w:rPr>
            </w:pPr>
            <w:r w:rsidRPr="00050E4A">
              <w:rPr>
                <w:b/>
                <w:color w:val="C830E8"/>
                <w:szCs w:val="16"/>
              </w:rPr>
              <w:t>Educational Day Group</w:t>
            </w:r>
          </w:p>
        </w:tc>
      </w:tr>
      <w:tr w:rsidR="002274F0" w:rsidRPr="00050E4A" w14:paraId="148DA568" w14:textId="77777777">
        <w:trPr>
          <w:jc w:val="center"/>
        </w:trPr>
        <w:tc>
          <w:tcPr>
            <w:tcW w:w="10800" w:type="dxa"/>
            <w:gridSpan w:val="6"/>
            <w:shd w:val="clear" w:color="auto" w:fill="EDE7F3"/>
            <w:tcMar>
              <w:top w:w="55" w:type="dxa"/>
              <w:left w:w="55" w:type="dxa"/>
              <w:bottom w:w="55" w:type="dxa"/>
              <w:right w:w="55" w:type="dxa"/>
            </w:tcMar>
          </w:tcPr>
          <w:p w14:paraId="71DF09F3" w14:textId="77777777" w:rsidR="002274F0" w:rsidRPr="00050E4A" w:rsidRDefault="00000000">
            <w:pPr>
              <w:rPr>
                <w:szCs w:val="16"/>
              </w:rPr>
            </w:pPr>
            <w:r w:rsidRPr="00050E4A">
              <w:rPr>
                <w:b/>
                <w:szCs w:val="16"/>
              </w:rPr>
              <w:t>Week 1   October 1–2</w:t>
            </w:r>
          </w:p>
        </w:tc>
      </w:tr>
      <w:tr w:rsidR="002274F0" w:rsidRPr="00050E4A" w14:paraId="0643EDCE" w14:textId="77777777">
        <w:trPr>
          <w:jc w:val="center"/>
        </w:trPr>
        <w:tc>
          <w:tcPr>
            <w:tcW w:w="1080" w:type="dxa"/>
            <w:shd w:val="clear" w:color="auto" w:fill="E7E6E6"/>
            <w:tcMar>
              <w:top w:w="55" w:type="dxa"/>
              <w:left w:w="55" w:type="dxa"/>
              <w:bottom w:w="55" w:type="dxa"/>
              <w:right w:w="55" w:type="dxa"/>
            </w:tcMar>
          </w:tcPr>
          <w:p w14:paraId="190F34B7" w14:textId="77777777" w:rsidR="002274F0" w:rsidRPr="00050E4A" w:rsidRDefault="00000000">
            <w:pPr>
              <w:rPr>
                <w:szCs w:val="16"/>
              </w:rPr>
            </w:pPr>
            <w:r w:rsidRPr="00050E4A">
              <w:rPr>
                <w:b/>
                <w:szCs w:val="16"/>
              </w:rPr>
              <w:t>Thu 1</w:t>
            </w:r>
          </w:p>
        </w:tc>
        <w:tc>
          <w:tcPr>
            <w:tcW w:w="3960" w:type="dxa"/>
            <w:tcMar>
              <w:top w:w="55" w:type="dxa"/>
              <w:left w:w="55" w:type="dxa"/>
              <w:bottom w:w="55" w:type="dxa"/>
              <w:right w:w="55" w:type="dxa"/>
            </w:tcMar>
          </w:tcPr>
          <w:p w14:paraId="6153BFF5" w14:textId="5A003D5F" w:rsidR="002274F0" w:rsidRPr="00901D0E" w:rsidRDefault="00000000">
            <w:pPr>
              <w:spacing w:after="40"/>
              <w:rPr>
                <w:sz w:val="14"/>
                <w:szCs w:val="14"/>
              </w:rPr>
            </w:pPr>
            <w:r w:rsidRPr="00901D0E">
              <w:rPr>
                <w:b/>
                <w:color w:val="607797"/>
                <w:sz w:val="14"/>
                <w:szCs w:val="14"/>
              </w:rPr>
              <w:t>Pass It On!</w:t>
            </w:r>
            <w:r w:rsidR="00144F15" w:rsidRPr="00901D0E">
              <w:rPr>
                <w:sz w:val="14"/>
                <w:szCs w:val="14"/>
              </w:rPr>
              <w:t xml:space="preserve"> </w:t>
            </w:r>
            <w:r w:rsidRPr="00901D0E">
              <w:rPr>
                <w:b/>
                <w:color w:val="607797"/>
                <w:sz w:val="14"/>
                <w:szCs w:val="14"/>
              </w:rPr>
              <w:t>Focus: Doing good deeds without expecting something in return.</w:t>
            </w:r>
            <w:r w:rsidR="00144F15" w:rsidRPr="00901D0E">
              <w:rPr>
                <w:sz w:val="14"/>
                <w:szCs w:val="14"/>
              </w:rPr>
              <w:t xml:space="preserve"> </w:t>
            </w:r>
            <w:r w:rsidRPr="00901D0E">
              <w:rPr>
                <w:color w:val="607797"/>
                <w:sz w:val="14"/>
                <w:szCs w:val="14"/>
              </w:rPr>
              <w:t>Circle Time: Talk about what a good deed is, how one kind action can lead to another, and ways participants can help someone without spending money. For the circle activity, play “Pass the Good Deed”: pass a ball around the circle; whoever receives it names one helpful thing they could do for someone. Activities: Create Good Deed Tickets with simple actions such as “help clean a table,” “invite someone to join you,” “give a compliment,” or “help carry something.” Participants can complete one during the day. Make a large “We Passed It On!” poster and add a mark each time someone completes a good deed. Games: Play Good Deed Bingo, Kindness Bowling by rolling a ball at cups labeled with helpful actions, and Good Choice Corners, where participants move or point to YES/NO signs after hearing different social situations.</w:t>
            </w:r>
          </w:p>
        </w:tc>
        <w:tc>
          <w:tcPr>
            <w:tcW w:w="1440" w:type="dxa"/>
            <w:tcMar>
              <w:top w:w="55" w:type="dxa"/>
              <w:left w:w="55" w:type="dxa"/>
              <w:bottom w:w="55" w:type="dxa"/>
              <w:right w:w="55" w:type="dxa"/>
            </w:tcMar>
          </w:tcPr>
          <w:p w14:paraId="64F80B25" w14:textId="7B6395C6" w:rsidR="002274F0" w:rsidRPr="009F3BDE" w:rsidRDefault="00BB76B5">
            <w:pPr>
              <w:rPr>
                <w:color w:val="C00000"/>
                <w:szCs w:val="16"/>
              </w:rPr>
            </w:pPr>
            <w:r w:rsidRPr="009F3BDE">
              <w:rPr>
                <w:color w:val="C00000"/>
                <w:szCs w:val="16"/>
              </w:rPr>
              <w:t xml:space="preserve">Mcdonalds </w:t>
            </w:r>
            <w:r w:rsidR="00FD5314">
              <w:rPr>
                <w:color w:val="C00000"/>
                <w:szCs w:val="16"/>
              </w:rPr>
              <w:t>q</w:t>
            </w:r>
          </w:p>
        </w:tc>
        <w:tc>
          <w:tcPr>
            <w:tcW w:w="1440" w:type="dxa"/>
            <w:tcMar>
              <w:top w:w="55" w:type="dxa"/>
              <w:left w:w="55" w:type="dxa"/>
              <w:bottom w:w="55" w:type="dxa"/>
              <w:right w:w="55" w:type="dxa"/>
            </w:tcMar>
          </w:tcPr>
          <w:p w14:paraId="1AD06EEC" w14:textId="326515AA" w:rsidR="002274F0" w:rsidRPr="00080CAC" w:rsidRDefault="005D3D2C">
            <w:pPr>
              <w:rPr>
                <w:color w:val="009B00"/>
                <w:szCs w:val="16"/>
              </w:rPr>
            </w:pPr>
            <w:proofErr w:type="spellStart"/>
            <w:r w:rsidRPr="00080CAC">
              <w:rPr>
                <w:color w:val="009B00"/>
                <w:szCs w:val="16"/>
              </w:rPr>
              <w:t>Wendys</w:t>
            </w:r>
            <w:proofErr w:type="spellEnd"/>
          </w:p>
        </w:tc>
        <w:tc>
          <w:tcPr>
            <w:tcW w:w="1440" w:type="dxa"/>
            <w:tcMar>
              <w:top w:w="55" w:type="dxa"/>
              <w:left w:w="55" w:type="dxa"/>
              <w:bottom w:w="55" w:type="dxa"/>
              <w:right w:w="55" w:type="dxa"/>
            </w:tcMar>
          </w:tcPr>
          <w:p w14:paraId="493C1D77" w14:textId="77777777" w:rsidR="002274F0" w:rsidRPr="00050E4A" w:rsidRDefault="00000000">
            <w:pPr>
              <w:rPr>
                <w:szCs w:val="16"/>
              </w:rPr>
            </w:pPr>
            <w:r w:rsidRPr="00050E4A">
              <w:rPr>
                <w:color w:val="00B6CE"/>
                <w:szCs w:val="16"/>
              </w:rPr>
              <w:t>N/A</w:t>
            </w:r>
          </w:p>
        </w:tc>
        <w:tc>
          <w:tcPr>
            <w:tcW w:w="1440" w:type="dxa"/>
            <w:tcMar>
              <w:top w:w="55" w:type="dxa"/>
              <w:left w:w="55" w:type="dxa"/>
              <w:bottom w:w="55" w:type="dxa"/>
              <w:right w:w="55" w:type="dxa"/>
            </w:tcMar>
          </w:tcPr>
          <w:p w14:paraId="22432DE2" w14:textId="77777777" w:rsidR="002274F0" w:rsidRPr="00050E4A" w:rsidRDefault="00000000">
            <w:pPr>
              <w:rPr>
                <w:szCs w:val="16"/>
              </w:rPr>
            </w:pPr>
            <w:r w:rsidRPr="00050E4A">
              <w:rPr>
                <w:color w:val="C830E8"/>
                <w:szCs w:val="16"/>
              </w:rPr>
              <w:t>VOA</w:t>
            </w:r>
            <w:r w:rsidRPr="00050E4A">
              <w:rPr>
                <w:color w:val="C830E8"/>
                <w:szCs w:val="16"/>
              </w:rPr>
              <w:br/>
              <w:t>USS Cincinnati Submarine Memorial</w:t>
            </w:r>
            <w:r w:rsidRPr="00050E4A">
              <w:rPr>
                <w:color w:val="C830E8"/>
                <w:szCs w:val="16"/>
              </w:rPr>
              <w:br/>
              <w:t>Chick-fil-A</w:t>
            </w:r>
            <w:r w:rsidRPr="00050E4A">
              <w:rPr>
                <w:color w:val="C830E8"/>
                <w:szCs w:val="16"/>
              </w:rPr>
              <w:br/>
              <w:t>Target</w:t>
            </w:r>
          </w:p>
        </w:tc>
      </w:tr>
      <w:tr w:rsidR="002274F0" w:rsidRPr="00050E4A" w14:paraId="14B5BE35" w14:textId="77777777">
        <w:trPr>
          <w:jc w:val="center"/>
        </w:trPr>
        <w:tc>
          <w:tcPr>
            <w:tcW w:w="1080" w:type="dxa"/>
            <w:shd w:val="clear" w:color="auto" w:fill="E7E6E6"/>
            <w:tcMar>
              <w:top w:w="55" w:type="dxa"/>
              <w:left w:w="55" w:type="dxa"/>
              <w:bottom w:w="55" w:type="dxa"/>
              <w:right w:w="55" w:type="dxa"/>
            </w:tcMar>
          </w:tcPr>
          <w:p w14:paraId="77069BE0" w14:textId="77777777" w:rsidR="002274F0" w:rsidRPr="00050E4A" w:rsidRDefault="00000000">
            <w:pPr>
              <w:rPr>
                <w:szCs w:val="16"/>
              </w:rPr>
            </w:pPr>
            <w:r w:rsidRPr="00050E4A">
              <w:rPr>
                <w:b/>
                <w:szCs w:val="16"/>
              </w:rPr>
              <w:t>Fri 2</w:t>
            </w:r>
          </w:p>
        </w:tc>
        <w:tc>
          <w:tcPr>
            <w:tcW w:w="3960" w:type="dxa"/>
            <w:tcMar>
              <w:top w:w="55" w:type="dxa"/>
              <w:left w:w="55" w:type="dxa"/>
              <w:bottom w:w="55" w:type="dxa"/>
              <w:right w:w="55" w:type="dxa"/>
            </w:tcMar>
          </w:tcPr>
          <w:p w14:paraId="6C88233D" w14:textId="2A2BDF48" w:rsidR="002274F0" w:rsidRPr="00901D0E" w:rsidRDefault="00000000">
            <w:pPr>
              <w:spacing w:after="40"/>
              <w:rPr>
                <w:sz w:val="14"/>
                <w:szCs w:val="14"/>
              </w:rPr>
            </w:pPr>
            <w:r w:rsidRPr="00901D0E">
              <w:rPr>
                <w:b/>
                <w:color w:val="607797"/>
                <w:sz w:val="14"/>
                <w:szCs w:val="14"/>
              </w:rPr>
              <w:t>Keys, Locks &amp; Keeping Belongings Secure</w:t>
            </w:r>
            <w:r w:rsidR="00901D0E" w:rsidRPr="00901D0E">
              <w:rPr>
                <w:sz w:val="14"/>
                <w:szCs w:val="14"/>
              </w:rPr>
              <w:t xml:space="preserve"> </w:t>
            </w:r>
            <w:r w:rsidRPr="00901D0E">
              <w:rPr>
                <w:color w:val="607797"/>
                <w:sz w:val="14"/>
                <w:szCs w:val="14"/>
              </w:rPr>
              <w:t>Life Skills: Personal responsibility, security, keeping track of belongings</w:t>
            </w:r>
            <w:r w:rsidR="00901D0E" w:rsidRPr="00901D0E">
              <w:rPr>
                <w:sz w:val="14"/>
                <w:szCs w:val="14"/>
              </w:rPr>
              <w:t xml:space="preserve"> </w:t>
            </w:r>
            <w:r w:rsidRPr="00901D0E">
              <w:rPr>
                <w:b/>
                <w:color w:val="607797"/>
                <w:sz w:val="14"/>
                <w:szCs w:val="14"/>
              </w:rPr>
              <w:t>Circle Time</w:t>
            </w:r>
            <w:r w:rsidR="00901D0E" w:rsidRPr="00901D0E">
              <w:rPr>
                <w:sz w:val="14"/>
                <w:szCs w:val="14"/>
              </w:rPr>
              <w:t xml:space="preserve"> </w:t>
            </w:r>
            <w:r w:rsidRPr="00901D0E">
              <w:rPr>
                <w:color w:val="607797"/>
                <w:sz w:val="14"/>
                <w:szCs w:val="14"/>
              </w:rPr>
              <w:t>What important things do we need to keep secure? What should you do if you lose your keys? Why shouldn’t we give our keys or passwords to just anyone?</w:t>
            </w:r>
            <w:r w:rsidR="00901D0E" w:rsidRPr="00901D0E">
              <w:rPr>
                <w:sz w:val="14"/>
                <w:szCs w:val="14"/>
              </w:rPr>
              <w:t xml:space="preserve"> </w:t>
            </w:r>
            <w:r w:rsidRPr="00901D0E">
              <w:rPr>
                <w:b/>
                <w:color w:val="607797"/>
                <w:sz w:val="14"/>
                <w:szCs w:val="14"/>
              </w:rPr>
              <w:t>Games &amp; Activities</w:t>
            </w:r>
            <w:r w:rsidR="00901D0E" w:rsidRPr="00901D0E">
              <w:rPr>
                <w:sz w:val="14"/>
                <w:szCs w:val="14"/>
              </w:rPr>
              <w:t xml:space="preserve"> </w:t>
            </w:r>
            <w:r w:rsidRPr="00901D0E">
              <w:rPr>
                <w:color w:val="607797"/>
                <w:sz w:val="14"/>
                <w:szCs w:val="14"/>
              </w:rPr>
              <w:t>Key Match: Match different keys to labeled pretend locks/doors. What’s Worth Protecting?: Sort pictures into important belongings vs everyday items. Lost Keys! Scenario Game: Discuss what to do if keys are lost at home, work, or in the community. Lock-It-Up Relay: Practice opening/closing padlocks, combination locks, zippers, and clasps. Before You Leave Checklist: Phone  Wallet  Keys  ID Belongings Scavenger Hunt: Participants receive a list of personal items to locate and safely return to a designated spot.</w:t>
            </w:r>
          </w:p>
        </w:tc>
        <w:tc>
          <w:tcPr>
            <w:tcW w:w="1440" w:type="dxa"/>
            <w:tcMar>
              <w:top w:w="55" w:type="dxa"/>
              <w:left w:w="55" w:type="dxa"/>
              <w:bottom w:w="55" w:type="dxa"/>
              <w:right w:w="55" w:type="dxa"/>
            </w:tcMar>
          </w:tcPr>
          <w:p w14:paraId="3DBCC4E2" w14:textId="77777777" w:rsidR="002274F0" w:rsidRPr="00050E4A" w:rsidRDefault="00000000">
            <w:pPr>
              <w:rPr>
                <w:szCs w:val="16"/>
              </w:rPr>
            </w:pPr>
            <w:r w:rsidRPr="00050E4A">
              <w:rPr>
                <w:color w:val="D90000"/>
                <w:szCs w:val="16"/>
              </w:rPr>
              <w:t>Pack Lunch</w:t>
            </w:r>
          </w:p>
        </w:tc>
        <w:tc>
          <w:tcPr>
            <w:tcW w:w="1440" w:type="dxa"/>
            <w:tcMar>
              <w:top w:w="55" w:type="dxa"/>
              <w:left w:w="55" w:type="dxa"/>
              <w:bottom w:w="55" w:type="dxa"/>
              <w:right w:w="55" w:type="dxa"/>
            </w:tcMar>
          </w:tcPr>
          <w:p w14:paraId="0DD9F755" w14:textId="7B25A99E" w:rsidR="002274F0" w:rsidRPr="00696A85" w:rsidRDefault="00696A85">
            <w:pPr>
              <w:rPr>
                <w:color w:val="009B00"/>
                <w:szCs w:val="16"/>
              </w:rPr>
            </w:pPr>
            <w:proofErr w:type="spellStart"/>
            <w:r w:rsidRPr="00696A85">
              <w:rPr>
                <w:color w:val="009B00"/>
                <w:szCs w:val="16"/>
              </w:rPr>
              <w:t>Arbys</w:t>
            </w:r>
            <w:proofErr w:type="spellEnd"/>
          </w:p>
        </w:tc>
        <w:tc>
          <w:tcPr>
            <w:tcW w:w="1440" w:type="dxa"/>
            <w:tcMar>
              <w:top w:w="55" w:type="dxa"/>
              <w:left w:w="55" w:type="dxa"/>
              <w:bottom w:w="55" w:type="dxa"/>
              <w:right w:w="55" w:type="dxa"/>
            </w:tcMar>
          </w:tcPr>
          <w:p w14:paraId="7DF23A90" w14:textId="77777777" w:rsidR="002274F0" w:rsidRPr="00050E4A" w:rsidRDefault="00000000">
            <w:pPr>
              <w:rPr>
                <w:szCs w:val="16"/>
              </w:rPr>
            </w:pPr>
            <w:r w:rsidRPr="00050E4A">
              <w:rPr>
                <w:color w:val="00B6CE"/>
                <w:szCs w:val="16"/>
              </w:rPr>
              <w:t>The Studio</w:t>
            </w:r>
            <w:r w:rsidRPr="00050E4A">
              <w:rPr>
                <w:color w:val="00B6CE"/>
                <w:szCs w:val="16"/>
              </w:rPr>
              <w:br/>
              <w:t>Richards</w:t>
            </w:r>
            <w:r w:rsidRPr="00050E4A">
              <w:rPr>
                <w:color w:val="00B6CE"/>
                <w:szCs w:val="16"/>
              </w:rPr>
              <w:br/>
              <w:t>Walmart</w:t>
            </w:r>
          </w:p>
        </w:tc>
        <w:tc>
          <w:tcPr>
            <w:tcW w:w="1440" w:type="dxa"/>
            <w:tcMar>
              <w:top w:w="55" w:type="dxa"/>
              <w:left w:w="55" w:type="dxa"/>
              <w:bottom w:w="55" w:type="dxa"/>
              <w:right w:w="55" w:type="dxa"/>
            </w:tcMar>
          </w:tcPr>
          <w:p w14:paraId="50BD997A" w14:textId="77777777" w:rsidR="002274F0" w:rsidRPr="00050E4A" w:rsidRDefault="00000000">
            <w:pPr>
              <w:rPr>
                <w:szCs w:val="16"/>
              </w:rPr>
            </w:pPr>
            <w:r w:rsidRPr="00050E4A">
              <w:rPr>
                <w:color w:val="C830E8"/>
                <w:szCs w:val="16"/>
              </w:rPr>
              <w:t>N/A</w:t>
            </w:r>
          </w:p>
        </w:tc>
      </w:tr>
      <w:tr w:rsidR="002274F0" w:rsidRPr="00050E4A" w14:paraId="332C82CA" w14:textId="77777777">
        <w:trPr>
          <w:jc w:val="center"/>
        </w:trPr>
        <w:tc>
          <w:tcPr>
            <w:tcW w:w="10800" w:type="dxa"/>
            <w:gridSpan w:val="6"/>
            <w:shd w:val="clear" w:color="auto" w:fill="EDE7F3"/>
            <w:tcMar>
              <w:top w:w="55" w:type="dxa"/>
              <w:left w:w="55" w:type="dxa"/>
              <w:bottom w:w="55" w:type="dxa"/>
              <w:right w:w="55" w:type="dxa"/>
            </w:tcMar>
          </w:tcPr>
          <w:p w14:paraId="1B4EA56A" w14:textId="77777777" w:rsidR="002274F0" w:rsidRPr="00050E4A" w:rsidRDefault="00000000">
            <w:pPr>
              <w:rPr>
                <w:szCs w:val="16"/>
              </w:rPr>
            </w:pPr>
            <w:r w:rsidRPr="00050E4A">
              <w:rPr>
                <w:b/>
                <w:szCs w:val="16"/>
              </w:rPr>
              <w:t>Week 2   October 5–9</w:t>
            </w:r>
          </w:p>
        </w:tc>
      </w:tr>
      <w:tr w:rsidR="002274F0" w:rsidRPr="00050E4A" w14:paraId="332E3D03" w14:textId="77777777">
        <w:trPr>
          <w:jc w:val="center"/>
        </w:trPr>
        <w:tc>
          <w:tcPr>
            <w:tcW w:w="1080" w:type="dxa"/>
            <w:shd w:val="clear" w:color="auto" w:fill="E7E6E6"/>
            <w:tcMar>
              <w:top w:w="55" w:type="dxa"/>
              <w:left w:w="55" w:type="dxa"/>
              <w:bottom w:w="55" w:type="dxa"/>
              <w:right w:w="55" w:type="dxa"/>
            </w:tcMar>
          </w:tcPr>
          <w:p w14:paraId="4DA24A76" w14:textId="77777777" w:rsidR="002274F0" w:rsidRPr="00050E4A" w:rsidRDefault="00000000">
            <w:pPr>
              <w:rPr>
                <w:szCs w:val="16"/>
              </w:rPr>
            </w:pPr>
            <w:r w:rsidRPr="00050E4A">
              <w:rPr>
                <w:b/>
                <w:szCs w:val="16"/>
              </w:rPr>
              <w:t>Mon 5</w:t>
            </w:r>
          </w:p>
        </w:tc>
        <w:tc>
          <w:tcPr>
            <w:tcW w:w="3960" w:type="dxa"/>
            <w:tcMar>
              <w:top w:w="55" w:type="dxa"/>
              <w:left w:w="55" w:type="dxa"/>
              <w:bottom w:w="55" w:type="dxa"/>
              <w:right w:w="55" w:type="dxa"/>
            </w:tcMar>
          </w:tcPr>
          <w:p w14:paraId="27179A47" w14:textId="49D4C9D0" w:rsidR="002274F0" w:rsidRPr="004D0D3B" w:rsidRDefault="00000000">
            <w:pPr>
              <w:spacing w:after="40"/>
              <w:rPr>
                <w:sz w:val="14"/>
                <w:szCs w:val="14"/>
              </w:rPr>
            </w:pPr>
            <w:r w:rsidRPr="004D0D3B">
              <w:rPr>
                <w:b/>
                <w:color w:val="607797"/>
                <w:sz w:val="14"/>
                <w:szCs w:val="14"/>
              </w:rPr>
              <w:t>Making Drinks &amp; Kitchen Basics</w:t>
            </w:r>
            <w:r w:rsidR="007D66BF" w:rsidRPr="004D0D3B">
              <w:rPr>
                <w:sz w:val="14"/>
                <w:szCs w:val="14"/>
              </w:rPr>
              <w:t xml:space="preserve"> </w:t>
            </w:r>
            <w:r w:rsidRPr="004D0D3B">
              <w:rPr>
                <w:b/>
                <w:color w:val="607797"/>
                <w:sz w:val="14"/>
                <w:szCs w:val="14"/>
              </w:rPr>
              <w:t>Life Skills: Following directions, measuring, kitchen safety</w:t>
            </w:r>
            <w:r w:rsidR="007D66BF" w:rsidRPr="004D0D3B">
              <w:rPr>
                <w:sz w:val="14"/>
                <w:szCs w:val="14"/>
              </w:rPr>
              <w:t xml:space="preserve">. </w:t>
            </w:r>
            <w:r w:rsidRPr="004D0D3B">
              <w:rPr>
                <w:b/>
                <w:color w:val="607797"/>
                <w:sz w:val="14"/>
                <w:szCs w:val="14"/>
              </w:rPr>
              <w:t>Circle Time</w:t>
            </w:r>
            <w:r w:rsidR="007D66BF" w:rsidRPr="004D0D3B">
              <w:rPr>
                <w:sz w:val="14"/>
                <w:szCs w:val="14"/>
              </w:rPr>
              <w:t xml:space="preserve"> </w:t>
            </w:r>
            <w:r w:rsidRPr="004D0D3B">
              <w:rPr>
                <w:color w:val="607797"/>
                <w:sz w:val="14"/>
                <w:szCs w:val="14"/>
              </w:rPr>
              <w:t>What drinks can we make ourselves? Why should we limit certain drinks? What kitchen appliances require extra care?</w:t>
            </w:r>
            <w:r w:rsidR="007D66BF" w:rsidRPr="004D0D3B">
              <w:rPr>
                <w:sz w:val="14"/>
                <w:szCs w:val="14"/>
              </w:rPr>
              <w:t xml:space="preserve"> </w:t>
            </w:r>
            <w:r w:rsidRPr="004D0D3B">
              <w:rPr>
                <w:b/>
                <w:color w:val="607797"/>
                <w:sz w:val="14"/>
                <w:szCs w:val="14"/>
              </w:rPr>
              <w:t>Games &amp; Activities</w:t>
            </w:r>
            <w:r w:rsidR="007D66BF" w:rsidRPr="004D0D3B">
              <w:rPr>
                <w:sz w:val="14"/>
                <w:szCs w:val="14"/>
              </w:rPr>
              <w:t xml:space="preserve"> </w:t>
            </w:r>
            <w:r w:rsidRPr="004D0D3B">
              <w:rPr>
                <w:color w:val="607797"/>
                <w:sz w:val="14"/>
                <w:szCs w:val="14"/>
              </w:rPr>
              <w:t>Drink Station: Make lemonade, flavored water, hot chocolate, or another simple drink. Measure It: Practice measuring cups of water. Drink Recipe Sequence: Put picture directions in the correct order. Cup Size Challenge: Small, medium, or large—compare different amounts. Kitchen Spill Drill: Practice safely cleaning a pretend spill. Build a Smoothie: Use picture cards to create pretend smoothie recipes.</w:t>
            </w:r>
          </w:p>
        </w:tc>
        <w:tc>
          <w:tcPr>
            <w:tcW w:w="1440" w:type="dxa"/>
            <w:tcMar>
              <w:top w:w="55" w:type="dxa"/>
              <w:left w:w="55" w:type="dxa"/>
              <w:bottom w:w="55" w:type="dxa"/>
              <w:right w:w="55" w:type="dxa"/>
            </w:tcMar>
          </w:tcPr>
          <w:p w14:paraId="4F86546F" w14:textId="77777777" w:rsidR="002274F0" w:rsidRPr="00050E4A" w:rsidRDefault="00000000">
            <w:pPr>
              <w:rPr>
                <w:szCs w:val="16"/>
              </w:rPr>
            </w:pPr>
            <w:r w:rsidRPr="00050E4A">
              <w:rPr>
                <w:color w:val="D90000"/>
                <w:szCs w:val="16"/>
              </w:rPr>
              <w:t>Pack Lunch</w:t>
            </w:r>
          </w:p>
        </w:tc>
        <w:tc>
          <w:tcPr>
            <w:tcW w:w="1440" w:type="dxa"/>
            <w:tcMar>
              <w:top w:w="55" w:type="dxa"/>
              <w:left w:w="55" w:type="dxa"/>
              <w:bottom w:w="55" w:type="dxa"/>
              <w:right w:w="55" w:type="dxa"/>
            </w:tcMar>
          </w:tcPr>
          <w:p w14:paraId="6F61FA77" w14:textId="77777777" w:rsidR="002274F0" w:rsidRPr="00050E4A" w:rsidRDefault="00000000">
            <w:pPr>
              <w:rPr>
                <w:szCs w:val="16"/>
              </w:rPr>
            </w:pPr>
            <w:r w:rsidRPr="00050E4A">
              <w:rPr>
                <w:color w:val="009B00"/>
                <w:szCs w:val="16"/>
              </w:rPr>
              <w:t>Swim: Subway</w:t>
            </w:r>
            <w:r w:rsidRPr="00050E4A">
              <w:rPr>
                <w:color w:val="009B00"/>
                <w:szCs w:val="16"/>
              </w:rPr>
              <w:br/>
            </w:r>
            <w:r w:rsidRPr="00050E4A">
              <w:rPr>
                <w:color w:val="009B00"/>
                <w:szCs w:val="16"/>
              </w:rPr>
              <w:br/>
              <w:t>Bowling: Hot Heads</w:t>
            </w:r>
          </w:p>
        </w:tc>
        <w:tc>
          <w:tcPr>
            <w:tcW w:w="1440" w:type="dxa"/>
            <w:tcMar>
              <w:top w:w="55" w:type="dxa"/>
              <w:left w:w="55" w:type="dxa"/>
              <w:bottom w:w="55" w:type="dxa"/>
              <w:right w:w="55" w:type="dxa"/>
            </w:tcMar>
          </w:tcPr>
          <w:p w14:paraId="1CD2A6C3" w14:textId="77777777" w:rsidR="002274F0" w:rsidRPr="00050E4A" w:rsidRDefault="00000000">
            <w:pPr>
              <w:rPr>
                <w:szCs w:val="16"/>
              </w:rPr>
            </w:pPr>
            <w:r w:rsidRPr="00050E4A">
              <w:rPr>
                <w:color w:val="00B6CE"/>
                <w:szCs w:val="16"/>
              </w:rPr>
              <w:t>N/A</w:t>
            </w:r>
          </w:p>
        </w:tc>
        <w:tc>
          <w:tcPr>
            <w:tcW w:w="1440" w:type="dxa"/>
            <w:tcMar>
              <w:top w:w="55" w:type="dxa"/>
              <w:left w:w="55" w:type="dxa"/>
              <w:bottom w:w="55" w:type="dxa"/>
              <w:right w:w="55" w:type="dxa"/>
            </w:tcMar>
          </w:tcPr>
          <w:p w14:paraId="58544029" w14:textId="77777777" w:rsidR="002274F0" w:rsidRPr="00050E4A" w:rsidRDefault="00000000">
            <w:pPr>
              <w:rPr>
                <w:szCs w:val="16"/>
              </w:rPr>
            </w:pPr>
            <w:r w:rsidRPr="00050E4A">
              <w:rPr>
                <w:color w:val="C830E8"/>
                <w:szCs w:val="16"/>
              </w:rPr>
              <w:t>N/A</w:t>
            </w:r>
          </w:p>
        </w:tc>
      </w:tr>
      <w:tr w:rsidR="002274F0" w:rsidRPr="00050E4A" w14:paraId="1E83A4A9" w14:textId="77777777">
        <w:trPr>
          <w:jc w:val="center"/>
        </w:trPr>
        <w:tc>
          <w:tcPr>
            <w:tcW w:w="1080" w:type="dxa"/>
            <w:shd w:val="clear" w:color="auto" w:fill="E7E6E6"/>
            <w:tcMar>
              <w:top w:w="55" w:type="dxa"/>
              <w:left w:w="55" w:type="dxa"/>
              <w:bottom w:w="55" w:type="dxa"/>
              <w:right w:w="55" w:type="dxa"/>
            </w:tcMar>
          </w:tcPr>
          <w:p w14:paraId="0FE766F2" w14:textId="77777777" w:rsidR="002274F0" w:rsidRPr="00050E4A" w:rsidRDefault="00000000">
            <w:pPr>
              <w:rPr>
                <w:szCs w:val="16"/>
              </w:rPr>
            </w:pPr>
            <w:r w:rsidRPr="00050E4A">
              <w:rPr>
                <w:b/>
                <w:szCs w:val="16"/>
              </w:rPr>
              <w:t>Tue 6</w:t>
            </w:r>
          </w:p>
        </w:tc>
        <w:tc>
          <w:tcPr>
            <w:tcW w:w="3960" w:type="dxa"/>
            <w:tcMar>
              <w:top w:w="55" w:type="dxa"/>
              <w:left w:w="55" w:type="dxa"/>
              <w:bottom w:w="55" w:type="dxa"/>
              <w:right w:w="55" w:type="dxa"/>
            </w:tcMar>
          </w:tcPr>
          <w:p w14:paraId="06123350" w14:textId="2AAC231F" w:rsidR="002274F0" w:rsidRPr="004D0D3B" w:rsidRDefault="00000000">
            <w:pPr>
              <w:spacing w:after="40"/>
              <w:rPr>
                <w:sz w:val="14"/>
                <w:szCs w:val="14"/>
              </w:rPr>
            </w:pPr>
            <w:r w:rsidRPr="004D0D3B">
              <w:rPr>
                <w:b/>
                <w:color w:val="607797"/>
                <w:sz w:val="14"/>
                <w:szCs w:val="14"/>
              </w:rPr>
              <w:t>Friendly Ghost Day</w:t>
            </w:r>
            <w:r w:rsidR="008A5D25">
              <w:rPr>
                <w:sz w:val="14"/>
                <w:szCs w:val="14"/>
              </w:rPr>
              <w:t xml:space="preserve"> </w:t>
            </w:r>
            <w:r w:rsidRPr="004D0D3B">
              <w:rPr>
                <w:b/>
                <w:color w:val="607797"/>
                <w:sz w:val="14"/>
                <w:szCs w:val="14"/>
              </w:rPr>
              <w:t>Main Activity: Give the Ghost a Face</w:t>
            </w:r>
            <w:r w:rsidR="008A5D25">
              <w:rPr>
                <w:sz w:val="14"/>
                <w:szCs w:val="14"/>
              </w:rPr>
              <w:t xml:space="preserve"> </w:t>
            </w:r>
            <w:r w:rsidRPr="004D0D3B">
              <w:rPr>
                <w:color w:val="607797"/>
                <w:sz w:val="14"/>
                <w:szCs w:val="14"/>
              </w:rPr>
              <w:t>Prepare large white ghost cutouts. Have different eyes, mouths, hats, bows, glasses, and other accessories ready. Instead of requiring them to make the ghost themselves, ask questions like: “Happy or scary?” “Big eyes or little eyes?” “Does your ghost need a hat?” “Should we give him a mustache?” Staff can assemble everything based on their choices.</w:t>
            </w:r>
            <w:r w:rsidR="008A5D25">
              <w:rPr>
                <w:sz w:val="14"/>
                <w:szCs w:val="14"/>
              </w:rPr>
              <w:t xml:space="preserve"> </w:t>
            </w:r>
            <w:r w:rsidRPr="004D0D3B">
              <w:rPr>
                <w:b/>
                <w:color w:val="607797"/>
                <w:sz w:val="14"/>
                <w:szCs w:val="14"/>
              </w:rPr>
              <w:t>Games &amp; Activities</w:t>
            </w:r>
            <w:r w:rsidR="008A5D25">
              <w:rPr>
                <w:sz w:val="14"/>
                <w:szCs w:val="14"/>
              </w:rPr>
              <w:t xml:space="preserve"> </w:t>
            </w:r>
            <w:r w:rsidRPr="004D0D3B">
              <w:rPr>
                <w:color w:val="607797"/>
                <w:sz w:val="14"/>
                <w:szCs w:val="14"/>
              </w:rPr>
              <w:t>Ghost Bowling: Knock over white cups decorated like ghosts using a soft ball. Find the Ghost: Hide large paper ghosts around the room. Ghost Feelings: Match different ghost faces to happy, sad, angry, scared, or silly. Ghost Toss: Toss white pom-poms into a ghost bucket. What’s Under the Ghost? Hide an object underneath one of three ghost cups and have them guess where it is.</w:t>
            </w:r>
            <w:r w:rsidR="008A5D25">
              <w:rPr>
                <w:sz w:val="14"/>
                <w:szCs w:val="14"/>
              </w:rPr>
              <w:t xml:space="preserve"> </w:t>
            </w:r>
            <w:r w:rsidRPr="004D0D3B">
              <w:rPr>
                <w:b/>
                <w:color w:val="607797"/>
                <w:sz w:val="14"/>
                <w:szCs w:val="14"/>
              </w:rPr>
              <w:t>Circle Time</w:t>
            </w:r>
            <w:r w:rsidR="008A5D25">
              <w:rPr>
                <w:sz w:val="14"/>
                <w:szCs w:val="14"/>
              </w:rPr>
              <w:t xml:space="preserve"> </w:t>
            </w:r>
            <w:r w:rsidRPr="004D0D3B">
              <w:rPr>
                <w:color w:val="607797"/>
                <w:sz w:val="14"/>
                <w:szCs w:val="14"/>
              </w:rPr>
              <w:t>Have a Silly or Spooky? discussion. Show pictures of Halloween items and decide whether they’re silly, spooky, or both.</w:t>
            </w:r>
          </w:p>
        </w:tc>
        <w:tc>
          <w:tcPr>
            <w:tcW w:w="1440" w:type="dxa"/>
            <w:tcMar>
              <w:top w:w="55" w:type="dxa"/>
              <w:left w:w="55" w:type="dxa"/>
              <w:bottom w:w="55" w:type="dxa"/>
              <w:right w:w="55" w:type="dxa"/>
            </w:tcMar>
          </w:tcPr>
          <w:p w14:paraId="0347378B" w14:textId="77777777" w:rsidR="002274F0" w:rsidRPr="00050E4A" w:rsidRDefault="00000000">
            <w:pPr>
              <w:rPr>
                <w:szCs w:val="16"/>
              </w:rPr>
            </w:pPr>
            <w:r w:rsidRPr="00050E4A">
              <w:rPr>
                <w:color w:val="D90000"/>
                <w:szCs w:val="16"/>
              </w:rPr>
              <w:t>Bridgewater shopping</w:t>
            </w:r>
            <w:r w:rsidRPr="00050E4A">
              <w:rPr>
                <w:color w:val="D90000"/>
                <w:szCs w:val="16"/>
              </w:rPr>
              <w:br/>
              <w:t>Firehouse Subs</w:t>
            </w:r>
          </w:p>
        </w:tc>
        <w:tc>
          <w:tcPr>
            <w:tcW w:w="1440" w:type="dxa"/>
            <w:tcMar>
              <w:top w:w="55" w:type="dxa"/>
              <w:left w:w="55" w:type="dxa"/>
              <w:bottom w:w="55" w:type="dxa"/>
              <w:right w:w="55" w:type="dxa"/>
            </w:tcMar>
          </w:tcPr>
          <w:p w14:paraId="5E2A7ACE" w14:textId="77777777" w:rsidR="002274F0" w:rsidRPr="00050E4A" w:rsidRDefault="00000000">
            <w:pPr>
              <w:rPr>
                <w:szCs w:val="16"/>
              </w:rPr>
            </w:pPr>
            <w:r w:rsidRPr="00050E4A">
              <w:rPr>
                <w:color w:val="009B00"/>
                <w:szCs w:val="16"/>
              </w:rPr>
              <w:t>Mini golf (Oxford)</w:t>
            </w:r>
            <w:r w:rsidRPr="00050E4A">
              <w:rPr>
                <w:color w:val="009B00"/>
                <w:szCs w:val="16"/>
              </w:rPr>
              <w:br/>
              <w:t>$15</w:t>
            </w:r>
          </w:p>
        </w:tc>
        <w:tc>
          <w:tcPr>
            <w:tcW w:w="1440" w:type="dxa"/>
            <w:tcMar>
              <w:top w:w="55" w:type="dxa"/>
              <w:left w:w="55" w:type="dxa"/>
              <w:bottom w:w="55" w:type="dxa"/>
              <w:right w:w="55" w:type="dxa"/>
            </w:tcMar>
          </w:tcPr>
          <w:p w14:paraId="1EB60A3B" w14:textId="77777777" w:rsidR="002274F0" w:rsidRPr="00050E4A" w:rsidRDefault="00000000">
            <w:pPr>
              <w:rPr>
                <w:szCs w:val="16"/>
              </w:rPr>
            </w:pPr>
            <w:r w:rsidRPr="00050E4A">
              <w:rPr>
                <w:color w:val="00B6CE"/>
                <w:szCs w:val="16"/>
              </w:rPr>
              <w:t>Movies</w:t>
            </w:r>
            <w:r w:rsidRPr="00050E4A">
              <w:rPr>
                <w:color w:val="00B6CE"/>
                <w:szCs w:val="16"/>
              </w:rPr>
              <w:br/>
              <w:t>$20</w:t>
            </w:r>
            <w:r w:rsidRPr="00050E4A">
              <w:rPr>
                <w:color w:val="00B6CE"/>
                <w:szCs w:val="16"/>
              </w:rPr>
              <w:br/>
              <w:t>Pack Lunch</w:t>
            </w:r>
          </w:p>
        </w:tc>
        <w:tc>
          <w:tcPr>
            <w:tcW w:w="1440" w:type="dxa"/>
            <w:tcMar>
              <w:top w:w="55" w:type="dxa"/>
              <w:left w:w="55" w:type="dxa"/>
              <w:bottom w:w="55" w:type="dxa"/>
              <w:right w:w="55" w:type="dxa"/>
            </w:tcMar>
          </w:tcPr>
          <w:p w14:paraId="48B3384C" w14:textId="77777777" w:rsidR="002274F0" w:rsidRPr="00050E4A" w:rsidRDefault="00000000">
            <w:pPr>
              <w:rPr>
                <w:szCs w:val="16"/>
              </w:rPr>
            </w:pPr>
            <w:r w:rsidRPr="00050E4A">
              <w:rPr>
                <w:color w:val="C830E8"/>
                <w:szCs w:val="16"/>
              </w:rPr>
              <w:t>N/A</w:t>
            </w:r>
          </w:p>
        </w:tc>
      </w:tr>
      <w:tr w:rsidR="002274F0" w:rsidRPr="00050E4A" w14:paraId="3D88B12E" w14:textId="77777777">
        <w:trPr>
          <w:jc w:val="center"/>
        </w:trPr>
        <w:tc>
          <w:tcPr>
            <w:tcW w:w="1080" w:type="dxa"/>
            <w:shd w:val="clear" w:color="auto" w:fill="E7E6E6"/>
            <w:tcMar>
              <w:top w:w="55" w:type="dxa"/>
              <w:left w:w="55" w:type="dxa"/>
              <w:bottom w:w="55" w:type="dxa"/>
              <w:right w:w="55" w:type="dxa"/>
            </w:tcMar>
          </w:tcPr>
          <w:p w14:paraId="3B50B432" w14:textId="77777777" w:rsidR="002274F0" w:rsidRPr="00050E4A" w:rsidRDefault="00000000">
            <w:pPr>
              <w:rPr>
                <w:szCs w:val="16"/>
              </w:rPr>
            </w:pPr>
            <w:r w:rsidRPr="00050E4A">
              <w:rPr>
                <w:b/>
                <w:szCs w:val="16"/>
              </w:rPr>
              <w:t>Wed 7</w:t>
            </w:r>
          </w:p>
        </w:tc>
        <w:tc>
          <w:tcPr>
            <w:tcW w:w="3960" w:type="dxa"/>
            <w:tcMar>
              <w:top w:w="55" w:type="dxa"/>
              <w:left w:w="55" w:type="dxa"/>
              <w:bottom w:w="55" w:type="dxa"/>
              <w:right w:w="55" w:type="dxa"/>
            </w:tcMar>
          </w:tcPr>
          <w:p w14:paraId="332C544D" w14:textId="523D2BB7" w:rsidR="002274F0" w:rsidRPr="00A01FB7" w:rsidRDefault="00000000">
            <w:pPr>
              <w:spacing w:after="40"/>
              <w:rPr>
                <w:sz w:val="14"/>
                <w:szCs w:val="14"/>
              </w:rPr>
            </w:pPr>
            <w:r w:rsidRPr="0038380A">
              <w:rPr>
                <w:b/>
                <w:color w:val="607797"/>
                <w:sz w:val="14"/>
                <w:szCs w:val="14"/>
              </w:rPr>
              <w:t>Cozy Fall Day</w:t>
            </w:r>
            <w:r w:rsidR="008D313B">
              <w:rPr>
                <w:sz w:val="14"/>
                <w:szCs w:val="14"/>
              </w:rPr>
              <w:t xml:space="preserve"> </w:t>
            </w:r>
            <w:r w:rsidRPr="0038380A">
              <w:rPr>
                <w:b/>
                <w:color w:val="607797"/>
                <w:sz w:val="14"/>
                <w:szCs w:val="14"/>
              </w:rPr>
              <w:t>Theme: Everything warm, cozy, and autumn</w:t>
            </w:r>
            <w:r w:rsidR="008D313B">
              <w:rPr>
                <w:sz w:val="14"/>
                <w:szCs w:val="14"/>
              </w:rPr>
              <w:t xml:space="preserve"> </w:t>
            </w:r>
            <w:r w:rsidRPr="0038380A">
              <w:rPr>
                <w:b/>
                <w:color w:val="607797"/>
                <w:sz w:val="14"/>
                <w:szCs w:val="14"/>
              </w:rPr>
              <w:t>Arts &amp; Activities</w:t>
            </w:r>
            <w:r w:rsidR="008D313B">
              <w:rPr>
                <w:sz w:val="14"/>
                <w:szCs w:val="14"/>
              </w:rPr>
              <w:t xml:space="preserve"> </w:t>
            </w:r>
            <w:r w:rsidRPr="0038380A">
              <w:rPr>
                <w:color w:val="607797"/>
                <w:sz w:val="14"/>
                <w:szCs w:val="14"/>
              </w:rPr>
              <w:t>Sweater Design Challenge – Decorate a paper sweater with patterns, buttons, yarn, and fall colors. Fall Window Art – Tissue paper leaves on contact paper. Yarn-Wrapped Pumpkins – Wrap cardboard pumpkin shapes with yarn. Mug Decorating Craft – Design a paper mug of hot chocolate, cider, or coffee. Fall Leaf People – Turn artificial or paper leaves into funny characters. Cozy Collage – Cut out pictures of blankets, drinks, foods, fireplaces, pets, etc. Fall Tree Dot Painting – Use Q-tips or bingo daubers.</w:t>
            </w:r>
            <w:r w:rsidR="008D313B">
              <w:rPr>
                <w:sz w:val="14"/>
                <w:szCs w:val="14"/>
              </w:rPr>
              <w:t xml:space="preserve"> </w:t>
            </w:r>
            <w:r w:rsidRPr="0038380A">
              <w:rPr>
                <w:b/>
                <w:color w:val="607797"/>
                <w:sz w:val="14"/>
                <w:szCs w:val="14"/>
              </w:rPr>
              <w:t>Games</w:t>
            </w:r>
            <w:r w:rsidR="00D278F1">
              <w:rPr>
                <w:sz w:val="14"/>
                <w:szCs w:val="14"/>
              </w:rPr>
              <w:t xml:space="preserve"> </w:t>
            </w:r>
            <w:r w:rsidRPr="0038380A">
              <w:rPr>
                <w:color w:val="607797"/>
                <w:sz w:val="14"/>
                <w:szCs w:val="14"/>
              </w:rPr>
              <w:t>Sweater Match – Match identical patterned sweaters. Acorn Toss – Toss brown pom-poms or beanbags into containers.</w:t>
            </w:r>
            <w:r w:rsidRPr="00050E4A">
              <w:rPr>
                <w:color w:val="607797"/>
                <w:szCs w:val="16"/>
              </w:rPr>
              <w:t xml:space="preserve"> </w:t>
            </w:r>
            <w:r w:rsidRPr="00D278F1">
              <w:rPr>
                <w:color w:val="607797"/>
                <w:sz w:val="14"/>
                <w:szCs w:val="14"/>
              </w:rPr>
              <w:t xml:space="preserve">Leaf Sweep Challenge – Use small brooms or paper plates to move fake </w:t>
            </w:r>
            <w:r w:rsidRPr="0038380A">
              <w:rPr>
                <w:color w:val="607797"/>
                <w:sz w:val="14"/>
                <w:szCs w:val="14"/>
              </w:rPr>
              <w:t xml:space="preserve">leaves toward a finish line. Pumpkin Roll Target – Roll an orange ball toward numbered targets. Fall Categories – </w:t>
            </w:r>
            <w:r w:rsidRPr="0038380A">
              <w:rPr>
                <w:color w:val="607797"/>
                <w:sz w:val="14"/>
                <w:szCs w:val="14"/>
              </w:rPr>
              <w:lastRenderedPageBreak/>
              <w:t>Name a fall food, color, activity, clothing item, etc. Leaf Color Sorting Race Cozy Bingo – Blankets, candles, cider, sweaters, leaves, etc. Build-a-Scarecrow Dice Game Fall What’s Missing? – Study several fall objects before one disappears. Pass the Pumpkin – Pass an orange ball while music plays. Autumn Picture Hunt – Hide fall pictures throughout the room.</w:t>
            </w:r>
            <w:r w:rsidR="00A01FB7">
              <w:rPr>
                <w:sz w:val="14"/>
                <w:szCs w:val="14"/>
              </w:rPr>
              <w:t xml:space="preserve"> </w:t>
            </w:r>
            <w:r w:rsidRPr="00A01FB7">
              <w:rPr>
                <w:b/>
                <w:color w:val="607797"/>
                <w:sz w:val="14"/>
                <w:szCs w:val="14"/>
              </w:rPr>
              <w:t>Circle Time – What Makes You Comfortable?</w:t>
            </w:r>
            <w:r w:rsidR="00A01FB7">
              <w:rPr>
                <w:sz w:val="14"/>
                <w:szCs w:val="14"/>
              </w:rPr>
              <w:t xml:space="preserve"> </w:t>
            </w:r>
            <w:r w:rsidRPr="00A01FB7">
              <w:rPr>
                <w:color w:val="607797"/>
                <w:sz w:val="14"/>
                <w:szCs w:val="14"/>
              </w:rPr>
              <w:t>Talk about favorite ways to relax, favorite fall weather, foods, clothing, and activities. Circle Activity: Cozy Choices – Coffee or cocoa? Hoodie or blanket? Movie or music? Morning or nighttime? Everyone votes and discusses their choices.</w:t>
            </w:r>
          </w:p>
        </w:tc>
        <w:tc>
          <w:tcPr>
            <w:tcW w:w="1440" w:type="dxa"/>
            <w:tcMar>
              <w:top w:w="55" w:type="dxa"/>
              <w:left w:w="55" w:type="dxa"/>
              <w:bottom w:w="55" w:type="dxa"/>
              <w:right w:w="55" w:type="dxa"/>
            </w:tcMar>
          </w:tcPr>
          <w:p w14:paraId="46AAE5B7" w14:textId="79A6D6D3" w:rsidR="002274F0" w:rsidRPr="00F821FD" w:rsidRDefault="00F821FD">
            <w:pPr>
              <w:rPr>
                <w:color w:val="C00000"/>
                <w:szCs w:val="16"/>
              </w:rPr>
            </w:pPr>
            <w:r>
              <w:rPr>
                <w:color w:val="C00000"/>
                <w:szCs w:val="16"/>
              </w:rPr>
              <w:lastRenderedPageBreak/>
              <w:t>Pack lunch</w:t>
            </w:r>
          </w:p>
        </w:tc>
        <w:tc>
          <w:tcPr>
            <w:tcW w:w="1440" w:type="dxa"/>
            <w:tcMar>
              <w:top w:w="55" w:type="dxa"/>
              <w:left w:w="55" w:type="dxa"/>
              <w:bottom w:w="55" w:type="dxa"/>
              <w:right w:w="55" w:type="dxa"/>
            </w:tcMar>
          </w:tcPr>
          <w:p w14:paraId="253B6BDC" w14:textId="77777777" w:rsidR="002274F0" w:rsidRPr="00050E4A" w:rsidRDefault="00000000">
            <w:pPr>
              <w:rPr>
                <w:szCs w:val="16"/>
              </w:rPr>
            </w:pPr>
            <w:r w:rsidRPr="00050E4A">
              <w:rPr>
                <w:color w:val="009B00"/>
                <w:szCs w:val="16"/>
              </w:rPr>
              <w:t>Taco Bell</w:t>
            </w:r>
          </w:p>
        </w:tc>
        <w:tc>
          <w:tcPr>
            <w:tcW w:w="1440" w:type="dxa"/>
            <w:tcMar>
              <w:top w:w="55" w:type="dxa"/>
              <w:left w:w="55" w:type="dxa"/>
              <w:bottom w:w="55" w:type="dxa"/>
              <w:right w:w="55" w:type="dxa"/>
            </w:tcMar>
          </w:tcPr>
          <w:p w14:paraId="73A58A3F" w14:textId="77777777" w:rsidR="002274F0" w:rsidRPr="00050E4A" w:rsidRDefault="00000000">
            <w:pPr>
              <w:rPr>
                <w:szCs w:val="16"/>
              </w:rPr>
            </w:pPr>
            <w:r w:rsidRPr="00050E4A">
              <w:rPr>
                <w:color w:val="00B6CE"/>
                <w:szCs w:val="16"/>
              </w:rPr>
              <w:t>Liberty Mall</w:t>
            </w:r>
          </w:p>
        </w:tc>
        <w:tc>
          <w:tcPr>
            <w:tcW w:w="1440" w:type="dxa"/>
            <w:tcMar>
              <w:top w:w="55" w:type="dxa"/>
              <w:left w:w="55" w:type="dxa"/>
              <w:bottom w:w="55" w:type="dxa"/>
              <w:right w:w="55" w:type="dxa"/>
            </w:tcMar>
          </w:tcPr>
          <w:p w14:paraId="30B57CFD" w14:textId="77777777" w:rsidR="002274F0" w:rsidRPr="00050E4A" w:rsidRDefault="00000000">
            <w:pPr>
              <w:rPr>
                <w:szCs w:val="16"/>
              </w:rPr>
            </w:pPr>
            <w:r w:rsidRPr="00050E4A">
              <w:rPr>
                <w:color w:val="C830E8"/>
                <w:szCs w:val="16"/>
              </w:rPr>
              <w:t>N/A</w:t>
            </w:r>
          </w:p>
        </w:tc>
      </w:tr>
      <w:tr w:rsidR="002274F0" w:rsidRPr="00050E4A" w14:paraId="4C37E375" w14:textId="77777777">
        <w:trPr>
          <w:jc w:val="center"/>
        </w:trPr>
        <w:tc>
          <w:tcPr>
            <w:tcW w:w="1080" w:type="dxa"/>
            <w:shd w:val="clear" w:color="auto" w:fill="E7E6E6"/>
            <w:tcMar>
              <w:top w:w="55" w:type="dxa"/>
              <w:left w:w="55" w:type="dxa"/>
              <w:bottom w:w="55" w:type="dxa"/>
              <w:right w:w="55" w:type="dxa"/>
            </w:tcMar>
          </w:tcPr>
          <w:p w14:paraId="4001FF30" w14:textId="77777777" w:rsidR="002274F0" w:rsidRPr="00050E4A" w:rsidRDefault="00000000">
            <w:pPr>
              <w:rPr>
                <w:szCs w:val="16"/>
              </w:rPr>
            </w:pPr>
            <w:r w:rsidRPr="00050E4A">
              <w:rPr>
                <w:b/>
                <w:szCs w:val="16"/>
              </w:rPr>
              <w:t>Thu 8</w:t>
            </w:r>
          </w:p>
        </w:tc>
        <w:tc>
          <w:tcPr>
            <w:tcW w:w="3960" w:type="dxa"/>
            <w:tcMar>
              <w:top w:w="55" w:type="dxa"/>
              <w:left w:w="55" w:type="dxa"/>
              <w:bottom w:w="55" w:type="dxa"/>
              <w:right w:w="55" w:type="dxa"/>
            </w:tcMar>
          </w:tcPr>
          <w:p w14:paraId="3044EBE6" w14:textId="6C142B91" w:rsidR="002274F0" w:rsidRPr="005D26FC" w:rsidRDefault="00000000">
            <w:pPr>
              <w:spacing w:after="40"/>
              <w:rPr>
                <w:sz w:val="14"/>
                <w:szCs w:val="14"/>
              </w:rPr>
            </w:pPr>
            <w:r w:rsidRPr="005D26FC">
              <w:rPr>
                <w:b/>
                <w:color w:val="607797"/>
                <w:sz w:val="14"/>
                <w:szCs w:val="14"/>
              </w:rPr>
              <w:t>Boo Someone’s Day Brighter!</w:t>
            </w:r>
            <w:r w:rsidR="005D26FC">
              <w:rPr>
                <w:sz w:val="14"/>
                <w:szCs w:val="14"/>
              </w:rPr>
              <w:t xml:space="preserve"> </w:t>
            </w:r>
            <w:r w:rsidRPr="005D26FC">
              <w:rPr>
                <w:b/>
                <w:color w:val="607797"/>
                <w:sz w:val="14"/>
                <w:szCs w:val="14"/>
              </w:rPr>
              <w:t>Focus: Combining Halloween fun with encouragement.</w:t>
            </w:r>
            <w:r w:rsidR="005D26FC">
              <w:rPr>
                <w:sz w:val="14"/>
                <w:szCs w:val="14"/>
              </w:rPr>
              <w:t xml:space="preserve"> </w:t>
            </w:r>
            <w:r w:rsidRPr="005D26FC">
              <w:rPr>
                <w:color w:val="607797"/>
                <w:sz w:val="14"/>
                <w:szCs w:val="14"/>
              </w:rPr>
              <w:t>Circle Time: Discuss what makes someone feel welcome, how you can cheer someone up, and the difference between laughing with someone versus laughing at someone. For the circle activity, have everyone finish the sentence, “I can make someone smile by…” Activities: Make inexpensive “You’ve Been Boo’d With Kindness” cards for another Routson House group or staff. Create paper ghosts and put a positive message on each one, then combine them into a “Ghosts of Good Vibes” display. Participants can also decorate Halloween joke cards to share with others. Games: Play Ghost Cup Knockdown, Pumpkin Roll by rolling an orange ball toward numbered targets, Halloween Picture Bingo, and What’s in the Mystery Bag? using safe everyday objects participants identify by touch.</w:t>
            </w:r>
          </w:p>
        </w:tc>
        <w:tc>
          <w:tcPr>
            <w:tcW w:w="1440" w:type="dxa"/>
            <w:tcMar>
              <w:top w:w="55" w:type="dxa"/>
              <w:left w:w="55" w:type="dxa"/>
              <w:bottom w:w="55" w:type="dxa"/>
              <w:right w:w="55" w:type="dxa"/>
            </w:tcMar>
          </w:tcPr>
          <w:p w14:paraId="5F1AA7ED" w14:textId="77777777" w:rsidR="002274F0" w:rsidRPr="00050E4A" w:rsidRDefault="00000000">
            <w:pPr>
              <w:rPr>
                <w:szCs w:val="16"/>
              </w:rPr>
            </w:pPr>
            <w:r w:rsidRPr="00050E4A">
              <w:rPr>
                <w:color w:val="D90000"/>
                <w:szCs w:val="16"/>
              </w:rPr>
              <w:t>Arby’s</w:t>
            </w:r>
          </w:p>
        </w:tc>
        <w:tc>
          <w:tcPr>
            <w:tcW w:w="1440" w:type="dxa"/>
            <w:tcMar>
              <w:top w:w="55" w:type="dxa"/>
              <w:left w:w="55" w:type="dxa"/>
              <w:bottom w:w="55" w:type="dxa"/>
              <w:right w:w="55" w:type="dxa"/>
            </w:tcMar>
          </w:tcPr>
          <w:p w14:paraId="1CA912FB" w14:textId="77777777" w:rsidR="002274F0" w:rsidRPr="00050E4A" w:rsidRDefault="00000000">
            <w:pPr>
              <w:rPr>
                <w:szCs w:val="16"/>
              </w:rPr>
            </w:pPr>
            <w:r w:rsidRPr="00050E4A">
              <w:rPr>
                <w:color w:val="009B00"/>
                <w:szCs w:val="16"/>
              </w:rPr>
              <w:t>Jocko’s</w:t>
            </w:r>
          </w:p>
        </w:tc>
        <w:tc>
          <w:tcPr>
            <w:tcW w:w="1440" w:type="dxa"/>
            <w:tcMar>
              <w:top w:w="55" w:type="dxa"/>
              <w:left w:w="55" w:type="dxa"/>
              <w:bottom w:w="55" w:type="dxa"/>
              <w:right w:w="55" w:type="dxa"/>
            </w:tcMar>
          </w:tcPr>
          <w:p w14:paraId="1D49DF88" w14:textId="77777777" w:rsidR="002274F0" w:rsidRPr="00050E4A" w:rsidRDefault="00000000">
            <w:pPr>
              <w:rPr>
                <w:szCs w:val="16"/>
              </w:rPr>
            </w:pPr>
            <w:r w:rsidRPr="00050E4A">
              <w:rPr>
                <w:color w:val="00B6CE"/>
                <w:szCs w:val="16"/>
              </w:rPr>
              <w:t>N/A</w:t>
            </w:r>
          </w:p>
        </w:tc>
        <w:tc>
          <w:tcPr>
            <w:tcW w:w="1440" w:type="dxa"/>
            <w:tcMar>
              <w:top w:w="55" w:type="dxa"/>
              <w:left w:w="55" w:type="dxa"/>
              <w:bottom w:w="55" w:type="dxa"/>
              <w:right w:w="55" w:type="dxa"/>
            </w:tcMar>
          </w:tcPr>
          <w:p w14:paraId="36112EA9" w14:textId="77777777" w:rsidR="002274F0" w:rsidRPr="00050E4A" w:rsidRDefault="00000000">
            <w:pPr>
              <w:rPr>
                <w:szCs w:val="16"/>
              </w:rPr>
            </w:pPr>
            <w:r w:rsidRPr="00050E4A">
              <w:rPr>
                <w:color w:val="C830E8"/>
                <w:szCs w:val="16"/>
              </w:rPr>
              <w:t>Barn &amp; Bunk</w:t>
            </w:r>
            <w:r w:rsidRPr="00050E4A">
              <w:rPr>
                <w:color w:val="C830E8"/>
                <w:szCs w:val="16"/>
              </w:rPr>
              <w:br/>
              <w:t>Richards</w:t>
            </w:r>
          </w:p>
        </w:tc>
      </w:tr>
      <w:tr w:rsidR="002274F0" w:rsidRPr="00050E4A" w14:paraId="6B6CEDC8" w14:textId="77777777">
        <w:trPr>
          <w:jc w:val="center"/>
        </w:trPr>
        <w:tc>
          <w:tcPr>
            <w:tcW w:w="1080" w:type="dxa"/>
            <w:shd w:val="clear" w:color="auto" w:fill="E7E6E6"/>
            <w:tcMar>
              <w:top w:w="55" w:type="dxa"/>
              <w:left w:w="55" w:type="dxa"/>
              <w:bottom w:w="55" w:type="dxa"/>
              <w:right w:w="55" w:type="dxa"/>
            </w:tcMar>
          </w:tcPr>
          <w:p w14:paraId="171DE615" w14:textId="77777777" w:rsidR="002274F0" w:rsidRPr="00050E4A" w:rsidRDefault="00000000">
            <w:pPr>
              <w:rPr>
                <w:szCs w:val="16"/>
              </w:rPr>
            </w:pPr>
            <w:r w:rsidRPr="00050E4A">
              <w:rPr>
                <w:b/>
                <w:szCs w:val="16"/>
              </w:rPr>
              <w:t>Fri 9</w:t>
            </w:r>
          </w:p>
        </w:tc>
        <w:tc>
          <w:tcPr>
            <w:tcW w:w="3960" w:type="dxa"/>
            <w:tcMar>
              <w:top w:w="55" w:type="dxa"/>
              <w:left w:w="55" w:type="dxa"/>
              <w:bottom w:w="55" w:type="dxa"/>
              <w:right w:w="55" w:type="dxa"/>
            </w:tcMar>
          </w:tcPr>
          <w:p w14:paraId="7820AC5F" w14:textId="6663CB7D" w:rsidR="002274F0" w:rsidRPr="005D26FC" w:rsidRDefault="00000000">
            <w:pPr>
              <w:spacing w:after="40"/>
              <w:rPr>
                <w:sz w:val="14"/>
                <w:szCs w:val="14"/>
              </w:rPr>
            </w:pPr>
            <w:r w:rsidRPr="005D26FC">
              <w:rPr>
                <w:b/>
                <w:color w:val="607797"/>
                <w:sz w:val="14"/>
                <w:szCs w:val="14"/>
              </w:rPr>
              <w:t>Waiting, Patience &amp; Handling Delays</w:t>
            </w:r>
            <w:r w:rsidR="005D26FC">
              <w:rPr>
                <w:sz w:val="14"/>
                <w:szCs w:val="14"/>
              </w:rPr>
              <w:t xml:space="preserve"> </w:t>
            </w:r>
            <w:r w:rsidRPr="005D26FC">
              <w:rPr>
                <w:color w:val="607797"/>
                <w:sz w:val="14"/>
                <w:szCs w:val="14"/>
              </w:rPr>
              <w:t>Life Skills: Patience, emotional regulation, community independence</w:t>
            </w:r>
            <w:r w:rsidR="005D26FC">
              <w:rPr>
                <w:sz w:val="14"/>
                <w:szCs w:val="14"/>
              </w:rPr>
              <w:t xml:space="preserve"> </w:t>
            </w:r>
            <w:r w:rsidRPr="005D26FC">
              <w:rPr>
                <w:b/>
                <w:color w:val="607797"/>
                <w:sz w:val="14"/>
                <w:szCs w:val="14"/>
              </w:rPr>
              <w:t>Circle Time</w:t>
            </w:r>
            <w:r w:rsidR="005D26FC">
              <w:rPr>
                <w:sz w:val="14"/>
                <w:szCs w:val="14"/>
              </w:rPr>
              <w:t xml:space="preserve"> </w:t>
            </w:r>
            <w:r w:rsidRPr="005D26FC">
              <w:rPr>
                <w:color w:val="607797"/>
                <w:sz w:val="14"/>
                <w:szCs w:val="14"/>
              </w:rPr>
              <w:t>Discuss situations where adults have to wait: doctor’s offices, restaurants, checkout lines, transportation, appointments. Talk about appropriate things we can do while waiting.</w:t>
            </w:r>
            <w:r w:rsidR="005D26FC">
              <w:rPr>
                <w:sz w:val="14"/>
                <w:szCs w:val="14"/>
              </w:rPr>
              <w:t xml:space="preserve"> </w:t>
            </w:r>
            <w:r w:rsidRPr="005D26FC">
              <w:rPr>
                <w:b/>
                <w:color w:val="607797"/>
                <w:sz w:val="14"/>
                <w:szCs w:val="14"/>
              </w:rPr>
              <w:t>Games &amp; Activities</w:t>
            </w:r>
            <w:r w:rsidR="005D26FC">
              <w:rPr>
                <w:sz w:val="14"/>
                <w:szCs w:val="14"/>
              </w:rPr>
              <w:t xml:space="preserve"> </w:t>
            </w:r>
            <w:r w:rsidRPr="005D26FC">
              <w:rPr>
                <w:color w:val="607797"/>
                <w:sz w:val="14"/>
                <w:szCs w:val="14"/>
              </w:rPr>
              <w:t>Waiting Room Role-Play: Practice checking in, sitting appropriately, and waiting to be called. What Can I Do While I Wait?: Sort appropriate and inappropriate choices. Patience Timer: Complete quiet activities while watching a visual timer. Delayed! Scenario Cards: “Your ride is 15 minutes late—what could you do?” Line-Up Challenge: Practice maintaining personal space and waiting your turn. Pass &amp; Wait Game: Pass an object around the circle while practicing waiting patiently.</w:t>
            </w:r>
          </w:p>
        </w:tc>
        <w:tc>
          <w:tcPr>
            <w:tcW w:w="1440" w:type="dxa"/>
            <w:tcMar>
              <w:top w:w="55" w:type="dxa"/>
              <w:left w:w="55" w:type="dxa"/>
              <w:bottom w:w="55" w:type="dxa"/>
              <w:right w:w="55" w:type="dxa"/>
            </w:tcMar>
          </w:tcPr>
          <w:p w14:paraId="1881B5CB" w14:textId="77777777" w:rsidR="002274F0" w:rsidRPr="00050E4A" w:rsidRDefault="00000000">
            <w:pPr>
              <w:rPr>
                <w:szCs w:val="16"/>
              </w:rPr>
            </w:pPr>
            <w:r w:rsidRPr="00050E4A">
              <w:rPr>
                <w:color w:val="D90000"/>
                <w:szCs w:val="16"/>
              </w:rPr>
              <w:t>Pack Lunch</w:t>
            </w:r>
          </w:p>
        </w:tc>
        <w:tc>
          <w:tcPr>
            <w:tcW w:w="1440" w:type="dxa"/>
            <w:tcMar>
              <w:top w:w="55" w:type="dxa"/>
              <w:left w:w="55" w:type="dxa"/>
              <w:bottom w:w="55" w:type="dxa"/>
              <w:right w:w="55" w:type="dxa"/>
            </w:tcMar>
          </w:tcPr>
          <w:p w14:paraId="4327FB32" w14:textId="77777777" w:rsidR="002274F0" w:rsidRPr="00050E4A" w:rsidRDefault="00000000">
            <w:pPr>
              <w:rPr>
                <w:szCs w:val="16"/>
              </w:rPr>
            </w:pPr>
            <w:r w:rsidRPr="00050E4A">
              <w:rPr>
                <w:color w:val="009B00"/>
                <w:szCs w:val="16"/>
              </w:rPr>
              <w:t>Penn Station</w:t>
            </w:r>
          </w:p>
        </w:tc>
        <w:tc>
          <w:tcPr>
            <w:tcW w:w="1440" w:type="dxa"/>
            <w:tcMar>
              <w:top w:w="55" w:type="dxa"/>
              <w:left w:w="55" w:type="dxa"/>
              <w:bottom w:w="55" w:type="dxa"/>
              <w:right w:w="55" w:type="dxa"/>
            </w:tcMar>
          </w:tcPr>
          <w:p w14:paraId="6FDC8DD2" w14:textId="77777777" w:rsidR="002274F0" w:rsidRPr="00050E4A" w:rsidRDefault="00000000">
            <w:pPr>
              <w:rPr>
                <w:szCs w:val="16"/>
              </w:rPr>
            </w:pPr>
            <w:r w:rsidRPr="00050E4A">
              <w:rPr>
                <w:color w:val="00B6CE"/>
                <w:szCs w:val="16"/>
              </w:rPr>
              <w:t>Hidden Valley Orchard</w:t>
            </w:r>
            <w:r w:rsidRPr="00050E4A">
              <w:rPr>
                <w:color w:val="00B6CE"/>
                <w:szCs w:val="16"/>
              </w:rPr>
              <w:br/>
              <w:t>$10</w:t>
            </w:r>
            <w:r w:rsidRPr="00050E4A">
              <w:rPr>
                <w:color w:val="00B6CE"/>
                <w:szCs w:val="16"/>
              </w:rPr>
              <w:br/>
              <w:t>Pack Lunch</w:t>
            </w:r>
          </w:p>
        </w:tc>
        <w:tc>
          <w:tcPr>
            <w:tcW w:w="1440" w:type="dxa"/>
            <w:tcMar>
              <w:top w:w="55" w:type="dxa"/>
              <w:left w:w="55" w:type="dxa"/>
              <w:bottom w:w="55" w:type="dxa"/>
              <w:right w:w="55" w:type="dxa"/>
            </w:tcMar>
          </w:tcPr>
          <w:p w14:paraId="7B399743" w14:textId="77777777" w:rsidR="002274F0" w:rsidRPr="00050E4A" w:rsidRDefault="00000000">
            <w:pPr>
              <w:rPr>
                <w:szCs w:val="16"/>
              </w:rPr>
            </w:pPr>
            <w:r w:rsidRPr="00050E4A">
              <w:rPr>
                <w:color w:val="C830E8"/>
                <w:szCs w:val="16"/>
              </w:rPr>
              <w:t>N/A</w:t>
            </w:r>
          </w:p>
        </w:tc>
      </w:tr>
      <w:tr w:rsidR="002274F0" w:rsidRPr="00050E4A" w14:paraId="6FC5C5ED" w14:textId="77777777">
        <w:trPr>
          <w:jc w:val="center"/>
        </w:trPr>
        <w:tc>
          <w:tcPr>
            <w:tcW w:w="10800" w:type="dxa"/>
            <w:gridSpan w:val="6"/>
            <w:shd w:val="clear" w:color="auto" w:fill="EDE7F3"/>
            <w:tcMar>
              <w:top w:w="55" w:type="dxa"/>
              <w:left w:w="55" w:type="dxa"/>
              <w:bottom w:w="55" w:type="dxa"/>
              <w:right w:w="55" w:type="dxa"/>
            </w:tcMar>
          </w:tcPr>
          <w:p w14:paraId="4CEB0904" w14:textId="77777777" w:rsidR="002274F0" w:rsidRPr="00050E4A" w:rsidRDefault="00000000">
            <w:pPr>
              <w:rPr>
                <w:szCs w:val="16"/>
              </w:rPr>
            </w:pPr>
            <w:r w:rsidRPr="00050E4A">
              <w:rPr>
                <w:b/>
                <w:szCs w:val="16"/>
              </w:rPr>
              <w:t>Week 3   October 12–16</w:t>
            </w:r>
          </w:p>
        </w:tc>
      </w:tr>
      <w:tr w:rsidR="002274F0" w:rsidRPr="00050E4A" w14:paraId="292DD64A" w14:textId="77777777">
        <w:trPr>
          <w:jc w:val="center"/>
        </w:trPr>
        <w:tc>
          <w:tcPr>
            <w:tcW w:w="1080" w:type="dxa"/>
            <w:shd w:val="clear" w:color="auto" w:fill="E7E6E6"/>
            <w:tcMar>
              <w:top w:w="55" w:type="dxa"/>
              <w:left w:w="55" w:type="dxa"/>
              <w:bottom w:w="55" w:type="dxa"/>
              <w:right w:w="55" w:type="dxa"/>
            </w:tcMar>
          </w:tcPr>
          <w:p w14:paraId="11470F62" w14:textId="77777777" w:rsidR="002274F0" w:rsidRPr="00050E4A" w:rsidRDefault="00000000">
            <w:pPr>
              <w:rPr>
                <w:szCs w:val="16"/>
              </w:rPr>
            </w:pPr>
            <w:r w:rsidRPr="00050E4A">
              <w:rPr>
                <w:b/>
                <w:szCs w:val="16"/>
              </w:rPr>
              <w:t>Mon 12</w:t>
            </w:r>
          </w:p>
        </w:tc>
        <w:tc>
          <w:tcPr>
            <w:tcW w:w="3960" w:type="dxa"/>
            <w:tcMar>
              <w:top w:w="55" w:type="dxa"/>
              <w:left w:w="55" w:type="dxa"/>
              <w:bottom w:w="55" w:type="dxa"/>
              <w:right w:w="55" w:type="dxa"/>
            </w:tcMar>
          </w:tcPr>
          <w:p w14:paraId="0EAC6091" w14:textId="3915D4D4" w:rsidR="002274F0" w:rsidRPr="005D26FC" w:rsidRDefault="00000000">
            <w:pPr>
              <w:spacing w:after="40"/>
              <w:rPr>
                <w:sz w:val="14"/>
                <w:szCs w:val="14"/>
              </w:rPr>
            </w:pPr>
            <w:r w:rsidRPr="005D26FC">
              <w:rPr>
                <w:b/>
                <w:color w:val="607797"/>
                <w:sz w:val="14"/>
                <w:szCs w:val="14"/>
              </w:rPr>
              <w:t>Using Household Products Safely</w:t>
            </w:r>
            <w:r w:rsidR="005D26FC">
              <w:rPr>
                <w:sz w:val="14"/>
                <w:szCs w:val="14"/>
              </w:rPr>
              <w:t xml:space="preserve"> </w:t>
            </w:r>
            <w:r w:rsidRPr="005D26FC">
              <w:rPr>
                <w:color w:val="607797"/>
                <w:sz w:val="14"/>
                <w:szCs w:val="14"/>
              </w:rPr>
              <w:t>Life Skills: Household safety, reading directions, recognizing hazards</w:t>
            </w:r>
            <w:r w:rsidR="005D26FC">
              <w:rPr>
                <w:sz w:val="14"/>
                <w:szCs w:val="14"/>
              </w:rPr>
              <w:t xml:space="preserve"> </w:t>
            </w:r>
            <w:r w:rsidRPr="005D26FC">
              <w:rPr>
                <w:b/>
                <w:color w:val="607797"/>
                <w:sz w:val="14"/>
                <w:szCs w:val="14"/>
              </w:rPr>
              <w:t>Circle Time</w:t>
            </w:r>
            <w:r w:rsidR="005D26FC">
              <w:rPr>
                <w:sz w:val="14"/>
                <w:szCs w:val="14"/>
              </w:rPr>
              <w:t xml:space="preserve"> </w:t>
            </w:r>
            <w:r w:rsidRPr="005D26FC">
              <w:rPr>
                <w:color w:val="607797"/>
                <w:sz w:val="14"/>
                <w:szCs w:val="14"/>
              </w:rPr>
              <w:t>Why do some products have warning labels? Should we mix cleaning products? No. What should you do if you don’t know how to use something?</w:t>
            </w:r>
            <w:r w:rsidR="005D26FC">
              <w:rPr>
                <w:sz w:val="14"/>
                <w:szCs w:val="14"/>
              </w:rPr>
              <w:t xml:space="preserve"> </w:t>
            </w:r>
            <w:r w:rsidRPr="005D26FC">
              <w:rPr>
                <w:b/>
                <w:color w:val="607797"/>
                <w:sz w:val="14"/>
                <w:szCs w:val="14"/>
              </w:rPr>
              <w:t>Games &amp; Activities</w:t>
            </w:r>
            <w:r w:rsidR="005D26FC">
              <w:rPr>
                <w:sz w:val="14"/>
                <w:szCs w:val="14"/>
              </w:rPr>
              <w:t xml:space="preserve"> </w:t>
            </w:r>
            <w:r w:rsidRPr="005D26FC">
              <w:rPr>
                <w:color w:val="607797"/>
                <w:sz w:val="14"/>
                <w:szCs w:val="14"/>
              </w:rPr>
              <w:t>Product or Food?: Sort pictures of household products and food items. Warning Symbol Hunt: Find warning symbols on empty, clean containers. Where Does It Belong?: Decide where common household supplies should be safely stored. Ask Before Using: Determine which items participants can use independently and which require assistance based on their individual support plan. Safety Detective: Find unsafe household-product situations in pictures. Glove Practice: Practice safely putting on and removing disposable cleaning gloves.</w:t>
            </w:r>
          </w:p>
        </w:tc>
        <w:tc>
          <w:tcPr>
            <w:tcW w:w="1440" w:type="dxa"/>
            <w:tcMar>
              <w:top w:w="55" w:type="dxa"/>
              <w:left w:w="55" w:type="dxa"/>
              <w:bottom w:w="55" w:type="dxa"/>
              <w:right w:w="55" w:type="dxa"/>
            </w:tcMar>
          </w:tcPr>
          <w:p w14:paraId="060152CD" w14:textId="77777777" w:rsidR="002274F0" w:rsidRPr="00050E4A" w:rsidRDefault="00000000">
            <w:pPr>
              <w:rPr>
                <w:szCs w:val="16"/>
              </w:rPr>
            </w:pPr>
            <w:r w:rsidRPr="00050E4A">
              <w:rPr>
                <w:color w:val="D90000"/>
                <w:szCs w:val="16"/>
              </w:rPr>
              <w:t>Pack Lunch</w:t>
            </w:r>
          </w:p>
        </w:tc>
        <w:tc>
          <w:tcPr>
            <w:tcW w:w="1440" w:type="dxa"/>
            <w:tcMar>
              <w:top w:w="55" w:type="dxa"/>
              <w:left w:w="55" w:type="dxa"/>
              <w:bottom w:w="55" w:type="dxa"/>
              <w:right w:w="55" w:type="dxa"/>
            </w:tcMar>
          </w:tcPr>
          <w:p w14:paraId="7BD237D1" w14:textId="77777777" w:rsidR="002274F0" w:rsidRPr="00050E4A" w:rsidRDefault="00000000">
            <w:pPr>
              <w:rPr>
                <w:szCs w:val="16"/>
              </w:rPr>
            </w:pPr>
            <w:r w:rsidRPr="00050E4A">
              <w:rPr>
                <w:color w:val="009B00"/>
                <w:szCs w:val="16"/>
              </w:rPr>
              <w:t>Swim: Gold Star</w:t>
            </w:r>
            <w:r w:rsidRPr="00050E4A">
              <w:rPr>
                <w:color w:val="009B00"/>
                <w:szCs w:val="16"/>
              </w:rPr>
              <w:br/>
            </w:r>
            <w:r w:rsidRPr="00050E4A">
              <w:rPr>
                <w:color w:val="009B00"/>
                <w:szCs w:val="16"/>
              </w:rPr>
              <w:br/>
              <w:t>Bowling: Penn Station</w:t>
            </w:r>
          </w:p>
        </w:tc>
        <w:tc>
          <w:tcPr>
            <w:tcW w:w="1440" w:type="dxa"/>
            <w:tcMar>
              <w:top w:w="55" w:type="dxa"/>
              <w:left w:w="55" w:type="dxa"/>
              <w:bottom w:w="55" w:type="dxa"/>
              <w:right w:w="55" w:type="dxa"/>
            </w:tcMar>
          </w:tcPr>
          <w:p w14:paraId="4AB459B7" w14:textId="77777777" w:rsidR="002274F0" w:rsidRPr="00050E4A" w:rsidRDefault="00000000">
            <w:pPr>
              <w:rPr>
                <w:szCs w:val="16"/>
              </w:rPr>
            </w:pPr>
            <w:r w:rsidRPr="00050E4A">
              <w:rPr>
                <w:color w:val="00B6CE"/>
                <w:szCs w:val="16"/>
              </w:rPr>
              <w:t>N/A</w:t>
            </w:r>
          </w:p>
        </w:tc>
        <w:tc>
          <w:tcPr>
            <w:tcW w:w="1440" w:type="dxa"/>
            <w:tcMar>
              <w:top w:w="55" w:type="dxa"/>
              <w:left w:w="55" w:type="dxa"/>
              <w:bottom w:w="55" w:type="dxa"/>
              <w:right w:w="55" w:type="dxa"/>
            </w:tcMar>
          </w:tcPr>
          <w:p w14:paraId="03E2A703" w14:textId="77777777" w:rsidR="002274F0" w:rsidRPr="00050E4A" w:rsidRDefault="00000000">
            <w:pPr>
              <w:rPr>
                <w:szCs w:val="16"/>
              </w:rPr>
            </w:pPr>
            <w:r w:rsidRPr="00050E4A">
              <w:rPr>
                <w:color w:val="C830E8"/>
                <w:szCs w:val="16"/>
              </w:rPr>
              <w:t>N/A</w:t>
            </w:r>
          </w:p>
        </w:tc>
      </w:tr>
      <w:tr w:rsidR="002274F0" w:rsidRPr="00050E4A" w14:paraId="46C1E898" w14:textId="77777777">
        <w:trPr>
          <w:jc w:val="center"/>
        </w:trPr>
        <w:tc>
          <w:tcPr>
            <w:tcW w:w="1080" w:type="dxa"/>
            <w:shd w:val="clear" w:color="auto" w:fill="E7E6E6"/>
            <w:tcMar>
              <w:top w:w="55" w:type="dxa"/>
              <w:left w:w="55" w:type="dxa"/>
              <w:bottom w:w="55" w:type="dxa"/>
              <w:right w:w="55" w:type="dxa"/>
            </w:tcMar>
          </w:tcPr>
          <w:p w14:paraId="5E829133" w14:textId="77777777" w:rsidR="002274F0" w:rsidRPr="00050E4A" w:rsidRDefault="00000000">
            <w:pPr>
              <w:rPr>
                <w:szCs w:val="16"/>
              </w:rPr>
            </w:pPr>
            <w:r w:rsidRPr="00050E4A">
              <w:rPr>
                <w:b/>
                <w:szCs w:val="16"/>
              </w:rPr>
              <w:t>Tue 13</w:t>
            </w:r>
          </w:p>
        </w:tc>
        <w:tc>
          <w:tcPr>
            <w:tcW w:w="3960" w:type="dxa"/>
            <w:tcMar>
              <w:top w:w="55" w:type="dxa"/>
              <w:left w:w="55" w:type="dxa"/>
              <w:bottom w:w="55" w:type="dxa"/>
              <w:right w:w="55" w:type="dxa"/>
            </w:tcMar>
          </w:tcPr>
          <w:p w14:paraId="7915C9B1" w14:textId="25B81FB4" w:rsidR="002274F0" w:rsidRPr="005D26FC" w:rsidRDefault="00000000">
            <w:pPr>
              <w:spacing w:after="40"/>
              <w:rPr>
                <w:sz w:val="14"/>
                <w:szCs w:val="14"/>
              </w:rPr>
            </w:pPr>
            <w:r w:rsidRPr="005D26FC">
              <w:rPr>
                <w:b/>
                <w:color w:val="607797"/>
                <w:sz w:val="14"/>
                <w:szCs w:val="14"/>
              </w:rPr>
              <w:t>Spider Web Challenge</w:t>
            </w:r>
            <w:r w:rsidR="005D26FC">
              <w:rPr>
                <w:sz w:val="14"/>
                <w:szCs w:val="14"/>
              </w:rPr>
              <w:t xml:space="preserve"> </w:t>
            </w:r>
            <w:r w:rsidRPr="005D26FC">
              <w:rPr>
                <w:b/>
                <w:color w:val="607797"/>
                <w:sz w:val="14"/>
                <w:szCs w:val="14"/>
              </w:rPr>
              <w:t>Main Activity: Sticky Spider Web</w:t>
            </w:r>
            <w:r w:rsidR="005D26FC">
              <w:rPr>
                <w:sz w:val="14"/>
                <w:szCs w:val="14"/>
              </w:rPr>
              <w:t xml:space="preserve"> </w:t>
            </w:r>
            <w:r w:rsidRPr="005D26FC">
              <w:rPr>
                <w:color w:val="607797"/>
                <w:sz w:val="14"/>
                <w:szCs w:val="14"/>
              </w:rPr>
              <w:t>Create a large spider web using contact paper or painter’s tape with the sticky side accessible. Give participants lightweight: Pom-pom spiders Paper spiders Cotton balls Foam bugs Have them toss, place, or direct staff where to put the items on the web.</w:t>
            </w:r>
            <w:r w:rsidR="005D26FC">
              <w:rPr>
                <w:sz w:val="14"/>
                <w:szCs w:val="14"/>
              </w:rPr>
              <w:t xml:space="preserve"> </w:t>
            </w:r>
            <w:r w:rsidRPr="005D26FC">
              <w:rPr>
                <w:b/>
                <w:color w:val="607797"/>
                <w:sz w:val="14"/>
                <w:szCs w:val="14"/>
              </w:rPr>
              <w:t>Art Activity: Build a Silly Spider</w:t>
            </w:r>
            <w:r w:rsidR="005D26FC">
              <w:rPr>
                <w:sz w:val="14"/>
                <w:szCs w:val="14"/>
              </w:rPr>
              <w:t xml:space="preserve"> </w:t>
            </w:r>
            <w:r w:rsidRPr="005D26FC">
              <w:rPr>
                <w:color w:val="607797"/>
                <w:sz w:val="14"/>
                <w:szCs w:val="14"/>
              </w:rPr>
              <w:t>Start with a large spider body and let them decide: How many eyes? What color legs? Does it need a hat? Does it need shoes? Is it a friendly or grumpy spider?</w:t>
            </w:r>
            <w:r w:rsidR="005D26FC">
              <w:rPr>
                <w:sz w:val="14"/>
                <w:szCs w:val="14"/>
              </w:rPr>
              <w:t xml:space="preserve"> </w:t>
            </w:r>
            <w:r w:rsidRPr="005D26FC">
              <w:rPr>
                <w:b/>
                <w:color w:val="607797"/>
                <w:sz w:val="14"/>
                <w:szCs w:val="14"/>
              </w:rPr>
              <w:t>Games &amp; Activities</w:t>
            </w:r>
            <w:r w:rsidR="005D26FC">
              <w:rPr>
                <w:sz w:val="14"/>
                <w:szCs w:val="14"/>
              </w:rPr>
              <w:t xml:space="preserve"> </w:t>
            </w:r>
            <w:r w:rsidRPr="005D26FC">
              <w:rPr>
                <w:color w:val="607797"/>
                <w:sz w:val="14"/>
                <w:szCs w:val="14"/>
              </w:rPr>
              <w:t>Spider Web Toss Count the Spider Legs Find the Hidden Spider Bug vs. Spider Sorting Spider Cup Knockdown Spider Color Match</w:t>
            </w:r>
            <w:r w:rsidR="005D26FC">
              <w:rPr>
                <w:sz w:val="14"/>
                <w:szCs w:val="14"/>
              </w:rPr>
              <w:t xml:space="preserve"> </w:t>
            </w:r>
            <w:r w:rsidRPr="005D26FC">
              <w:rPr>
                <w:b/>
                <w:color w:val="607797"/>
                <w:sz w:val="14"/>
                <w:szCs w:val="14"/>
              </w:rPr>
              <w:t>Circle Time</w:t>
            </w:r>
            <w:r w:rsidR="005D26FC">
              <w:rPr>
                <w:sz w:val="14"/>
                <w:szCs w:val="14"/>
              </w:rPr>
              <w:t xml:space="preserve"> </w:t>
            </w:r>
            <w:r w:rsidRPr="005D26FC">
              <w:rPr>
                <w:color w:val="607797"/>
                <w:sz w:val="14"/>
                <w:szCs w:val="14"/>
              </w:rPr>
              <w:t>Talk about spiders without making it too educational: Are spiders scary or cool? Where have you seen one? Would you hold a spider? What would you do if a giant spider walked into the room?</w:t>
            </w:r>
          </w:p>
        </w:tc>
        <w:tc>
          <w:tcPr>
            <w:tcW w:w="1440" w:type="dxa"/>
            <w:tcMar>
              <w:top w:w="55" w:type="dxa"/>
              <w:left w:w="55" w:type="dxa"/>
              <w:bottom w:w="55" w:type="dxa"/>
              <w:right w:w="55" w:type="dxa"/>
            </w:tcMar>
          </w:tcPr>
          <w:p w14:paraId="53E7934B" w14:textId="77777777" w:rsidR="002274F0" w:rsidRPr="00050E4A" w:rsidRDefault="00000000">
            <w:pPr>
              <w:rPr>
                <w:szCs w:val="16"/>
              </w:rPr>
            </w:pPr>
            <w:r w:rsidRPr="00050E4A">
              <w:rPr>
                <w:color w:val="D90000"/>
                <w:szCs w:val="16"/>
              </w:rPr>
              <w:t>Tom’s Maze</w:t>
            </w:r>
            <w:r w:rsidRPr="00050E4A">
              <w:rPr>
                <w:color w:val="D90000"/>
                <w:szCs w:val="16"/>
              </w:rPr>
              <w:br/>
              <w:t>Pack Lunch</w:t>
            </w:r>
            <w:r w:rsidRPr="00050E4A">
              <w:rPr>
                <w:color w:val="D90000"/>
                <w:szCs w:val="16"/>
              </w:rPr>
              <w:br/>
              <w:t>No gym</w:t>
            </w:r>
          </w:p>
        </w:tc>
        <w:tc>
          <w:tcPr>
            <w:tcW w:w="1440" w:type="dxa"/>
            <w:tcMar>
              <w:top w:w="55" w:type="dxa"/>
              <w:left w:w="55" w:type="dxa"/>
              <w:bottom w:w="55" w:type="dxa"/>
              <w:right w:w="55" w:type="dxa"/>
            </w:tcMar>
          </w:tcPr>
          <w:p w14:paraId="760A9828" w14:textId="77777777" w:rsidR="002274F0" w:rsidRPr="00050E4A" w:rsidRDefault="00000000">
            <w:pPr>
              <w:rPr>
                <w:szCs w:val="16"/>
              </w:rPr>
            </w:pPr>
            <w:r w:rsidRPr="00050E4A">
              <w:rPr>
                <w:color w:val="009B00"/>
                <w:szCs w:val="16"/>
              </w:rPr>
              <w:t>Butterfield Farms</w:t>
            </w:r>
          </w:p>
        </w:tc>
        <w:tc>
          <w:tcPr>
            <w:tcW w:w="1440" w:type="dxa"/>
            <w:tcMar>
              <w:top w:w="55" w:type="dxa"/>
              <w:left w:w="55" w:type="dxa"/>
              <w:bottom w:w="55" w:type="dxa"/>
              <w:right w:w="55" w:type="dxa"/>
            </w:tcMar>
          </w:tcPr>
          <w:p w14:paraId="0F7C36A9" w14:textId="77777777" w:rsidR="002274F0" w:rsidRPr="00050E4A" w:rsidRDefault="00000000">
            <w:pPr>
              <w:rPr>
                <w:szCs w:val="16"/>
              </w:rPr>
            </w:pPr>
            <w:r w:rsidRPr="00050E4A">
              <w:rPr>
                <w:color w:val="00B6CE"/>
                <w:szCs w:val="16"/>
              </w:rPr>
              <w:t>Spirit Halloween</w:t>
            </w:r>
            <w:r w:rsidRPr="00050E4A">
              <w:rPr>
                <w:color w:val="00B6CE"/>
                <w:szCs w:val="16"/>
              </w:rPr>
              <w:br/>
              <w:t>McDonald’s</w:t>
            </w:r>
            <w:r w:rsidRPr="00050E4A">
              <w:rPr>
                <w:color w:val="00B6CE"/>
                <w:szCs w:val="16"/>
              </w:rPr>
              <w:br/>
              <w:t>Ross Dress for Less</w:t>
            </w:r>
          </w:p>
        </w:tc>
        <w:tc>
          <w:tcPr>
            <w:tcW w:w="1440" w:type="dxa"/>
            <w:tcMar>
              <w:top w:w="55" w:type="dxa"/>
              <w:left w:w="55" w:type="dxa"/>
              <w:bottom w:w="55" w:type="dxa"/>
              <w:right w:w="55" w:type="dxa"/>
            </w:tcMar>
          </w:tcPr>
          <w:p w14:paraId="2B49BC1A" w14:textId="77777777" w:rsidR="002274F0" w:rsidRPr="00050E4A" w:rsidRDefault="00000000">
            <w:pPr>
              <w:rPr>
                <w:szCs w:val="16"/>
              </w:rPr>
            </w:pPr>
            <w:r w:rsidRPr="00050E4A">
              <w:rPr>
                <w:color w:val="C830E8"/>
                <w:szCs w:val="16"/>
              </w:rPr>
              <w:t>N/A</w:t>
            </w:r>
          </w:p>
        </w:tc>
      </w:tr>
      <w:tr w:rsidR="002274F0" w:rsidRPr="00050E4A" w14:paraId="1CA910CC" w14:textId="77777777">
        <w:trPr>
          <w:jc w:val="center"/>
        </w:trPr>
        <w:tc>
          <w:tcPr>
            <w:tcW w:w="1080" w:type="dxa"/>
            <w:shd w:val="clear" w:color="auto" w:fill="E7E6E6"/>
            <w:tcMar>
              <w:top w:w="55" w:type="dxa"/>
              <w:left w:w="55" w:type="dxa"/>
              <w:bottom w:w="55" w:type="dxa"/>
              <w:right w:w="55" w:type="dxa"/>
            </w:tcMar>
          </w:tcPr>
          <w:p w14:paraId="1804DD12" w14:textId="77777777" w:rsidR="002274F0" w:rsidRPr="005D26FC" w:rsidRDefault="00000000">
            <w:pPr>
              <w:rPr>
                <w:sz w:val="14"/>
                <w:szCs w:val="14"/>
              </w:rPr>
            </w:pPr>
            <w:r w:rsidRPr="005D26FC">
              <w:rPr>
                <w:b/>
                <w:sz w:val="14"/>
                <w:szCs w:val="14"/>
              </w:rPr>
              <w:t>Wed 14</w:t>
            </w:r>
          </w:p>
        </w:tc>
        <w:tc>
          <w:tcPr>
            <w:tcW w:w="3960" w:type="dxa"/>
            <w:tcMar>
              <w:top w:w="55" w:type="dxa"/>
              <w:left w:w="55" w:type="dxa"/>
              <w:bottom w:w="55" w:type="dxa"/>
              <w:right w:w="55" w:type="dxa"/>
            </w:tcMar>
          </w:tcPr>
          <w:p w14:paraId="4AED5F34" w14:textId="607E7788" w:rsidR="002274F0" w:rsidRPr="005D26FC" w:rsidRDefault="00000000">
            <w:pPr>
              <w:spacing w:after="40"/>
              <w:rPr>
                <w:sz w:val="14"/>
                <w:szCs w:val="14"/>
              </w:rPr>
            </w:pPr>
            <w:r w:rsidRPr="005D26FC">
              <w:rPr>
                <w:b/>
                <w:color w:val="607797"/>
                <w:sz w:val="14"/>
                <w:szCs w:val="14"/>
              </w:rPr>
              <w:t>Pumpkin Palooza</w:t>
            </w:r>
            <w:r w:rsidR="00C515C0">
              <w:rPr>
                <w:sz w:val="14"/>
                <w:szCs w:val="14"/>
              </w:rPr>
              <w:t xml:space="preserve"> </w:t>
            </w:r>
            <w:r w:rsidRPr="005D26FC">
              <w:rPr>
                <w:b/>
                <w:color w:val="607797"/>
                <w:sz w:val="14"/>
                <w:szCs w:val="14"/>
              </w:rPr>
              <w:t>Arts &amp; Activities</w:t>
            </w:r>
            <w:r w:rsidR="00F76EB5">
              <w:rPr>
                <w:sz w:val="14"/>
                <w:szCs w:val="14"/>
              </w:rPr>
              <w:t xml:space="preserve"> </w:t>
            </w:r>
            <w:r w:rsidRPr="005D26FC">
              <w:rPr>
                <w:color w:val="607797"/>
                <w:sz w:val="14"/>
                <w:szCs w:val="14"/>
              </w:rPr>
              <w:t>No-Carve Pumpkin Decorating – Paint, stickers, googly eyes, yarn, etc. Pumpkin Face Mix &amp; Match – Create interchangeable eyes, noses, and mouths. Pumpkin Patch Painting Paper Pumpkin Weaving Pumpkin Name Signs Pumpkin Stamp Art – Use sponges or paper rolls. Design the World’s Craziest Pumpkin – Rainbow, superhero, animal, fancy, etc.</w:t>
            </w:r>
            <w:r w:rsidR="00F76EB5">
              <w:rPr>
                <w:sz w:val="14"/>
                <w:szCs w:val="14"/>
              </w:rPr>
              <w:t xml:space="preserve"> </w:t>
            </w:r>
            <w:r w:rsidRPr="005D26FC">
              <w:rPr>
                <w:b/>
                <w:color w:val="607797"/>
                <w:sz w:val="14"/>
                <w:szCs w:val="14"/>
              </w:rPr>
              <w:t>Games</w:t>
            </w:r>
            <w:r w:rsidR="00F76EB5">
              <w:rPr>
                <w:sz w:val="14"/>
                <w:szCs w:val="14"/>
              </w:rPr>
              <w:t xml:space="preserve"> </w:t>
            </w:r>
            <w:r w:rsidRPr="005D26FC">
              <w:rPr>
                <w:color w:val="607797"/>
                <w:sz w:val="14"/>
                <w:szCs w:val="14"/>
              </w:rPr>
              <w:t xml:space="preserve">Pumpkin Cup Knockdown – Stack orange cups and knock them down with a soft ball. Pumpkin Ring Toss Roll-a-Pumpkin – Dice determine which facial feature to add. Pumpkin Patch Pick – Choose numbered pumpkins containing questions or challenges. Pumpkin Bowling Pumpkin Tic-Tac-Toe Pumpkin Beanbag Balance Challenge Find the Pumpkin – One person hides a mini pumpkin while everyone searches. Pumpkin Pattern Copy </w:t>
            </w:r>
            <w:r w:rsidRPr="005D26FC">
              <w:rPr>
                <w:color w:val="607797"/>
                <w:sz w:val="14"/>
                <w:szCs w:val="14"/>
              </w:rPr>
              <w:lastRenderedPageBreak/>
              <w:t>Pumpkin Stack Challenge – Stack orange cups/containers as high as possible. Hot Pumpkin – Fall version of Hot Potato. Pumpkin True or False – Mix real pumpkin facts with silly statements.</w:t>
            </w:r>
            <w:r w:rsidR="005D26FC">
              <w:rPr>
                <w:sz w:val="14"/>
                <w:szCs w:val="14"/>
              </w:rPr>
              <w:t xml:space="preserve"> </w:t>
            </w:r>
            <w:r w:rsidRPr="005D26FC">
              <w:rPr>
                <w:b/>
                <w:color w:val="607797"/>
                <w:sz w:val="14"/>
                <w:szCs w:val="14"/>
              </w:rPr>
              <w:t>Circle Time – Favorites &amp; Choices</w:t>
            </w:r>
            <w:r w:rsidR="005D26FC">
              <w:rPr>
                <w:sz w:val="14"/>
                <w:szCs w:val="14"/>
              </w:rPr>
              <w:t xml:space="preserve"> </w:t>
            </w:r>
            <w:r w:rsidRPr="005D26FC">
              <w:rPr>
                <w:color w:val="607797"/>
                <w:sz w:val="14"/>
                <w:szCs w:val="14"/>
              </w:rPr>
              <w:t>Discuss favorite fall foods and activities and whether everyone likes pumpkin-flavored things. Circle Activity: Build Our Perfect Pumpkin – Everyone chooses one feature for a giant group pumpkin. Someone picks the eyes, another the mouth, another the hair, etc. The stranger it becomes, the better!</w:t>
            </w:r>
          </w:p>
        </w:tc>
        <w:tc>
          <w:tcPr>
            <w:tcW w:w="1440" w:type="dxa"/>
            <w:tcMar>
              <w:top w:w="55" w:type="dxa"/>
              <w:left w:w="55" w:type="dxa"/>
              <w:bottom w:w="55" w:type="dxa"/>
              <w:right w:w="55" w:type="dxa"/>
            </w:tcMar>
          </w:tcPr>
          <w:p w14:paraId="0F6A3CF0" w14:textId="65D77274" w:rsidR="002274F0" w:rsidRPr="00F821FD" w:rsidRDefault="00F821FD">
            <w:pPr>
              <w:rPr>
                <w:color w:val="C00000"/>
                <w:szCs w:val="16"/>
              </w:rPr>
            </w:pPr>
            <w:r>
              <w:rPr>
                <w:color w:val="C00000"/>
                <w:szCs w:val="16"/>
              </w:rPr>
              <w:lastRenderedPageBreak/>
              <w:t>Pack lunch</w:t>
            </w:r>
          </w:p>
        </w:tc>
        <w:tc>
          <w:tcPr>
            <w:tcW w:w="1440" w:type="dxa"/>
            <w:tcMar>
              <w:top w:w="55" w:type="dxa"/>
              <w:left w:w="55" w:type="dxa"/>
              <w:bottom w:w="55" w:type="dxa"/>
              <w:right w:w="55" w:type="dxa"/>
            </w:tcMar>
          </w:tcPr>
          <w:p w14:paraId="79B07E01" w14:textId="77777777" w:rsidR="002274F0" w:rsidRPr="00050E4A" w:rsidRDefault="00000000">
            <w:pPr>
              <w:rPr>
                <w:szCs w:val="16"/>
              </w:rPr>
            </w:pPr>
            <w:r w:rsidRPr="00050E4A">
              <w:rPr>
                <w:color w:val="009B00"/>
                <w:szCs w:val="16"/>
              </w:rPr>
              <w:t>Wendy’s</w:t>
            </w:r>
          </w:p>
        </w:tc>
        <w:tc>
          <w:tcPr>
            <w:tcW w:w="1440" w:type="dxa"/>
            <w:tcMar>
              <w:top w:w="55" w:type="dxa"/>
              <w:left w:w="55" w:type="dxa"/>
              <w:bottom w:w="55" w:type="dxa"/>
              <w:right w:w="55" w:type="dxa"/>
            </w:tcMar>
          </w:tcPr>
          <w:p w14:paraId="02DEDCC3" w14:textId="77777777" w:rsidR="002274F0" w:rsidRPr="00050E4A" w:rsidRDefault="00000000">
            <w:pPr>
              <w:rPr>
                <w:szCs w:val="16"/>
              </w:rPr>
            </w:pPr>
            <w:r w:rsidRPr="00050E4A">
              <w:rPr>
                <w:color w:val="00B6CE"/>
                <w:szCs w:val="16"/>
              </w:rPr>
              <w:t>Burwinkel Farms</w:t>
            </w:r>
            <w:r w:rsidRPr="00050E4A">
              <w:rPr>
                <w:color w:val="00B6CE"/>
                <w:szCs w:val="16"/>
              </w:rPr>
              <w:br/>
              <w:t>$15</w:t>
            </w:r>
            <w:r w:rsidRPr="00050E4A">
              <w:rPr>
                <w:color w:val="00B6CE"/>
                <w:szCs w:val="16"/>
              </w:rPr>
              <w:br/>
              <w:t>Pack Lunch</w:t>
            </w:r>
          </w:p>
        </w:tc>
        <w:tc>
          <w:tcPr>
            <w:tcW w:w="1440" w:type="dxa"/>
            <w:tcMar>
              <w:top w:w="55" w:type="dxa"/>
              <w:left w:w="55" w:type="dxa"/>
              <w:bottom w:w="55" w:type="dxa"/>
              <w:right w:w="55" w:type="dxa"/>
            </w:tcMar>
          </w:tcPr>
          <w:p w14:paraId="3AC7C3A3" w14:textId="77777777" w:rsidR="002274F0" w:rsidRPr="00050E4A" w:rsidRDefault="00000000">
            <w:pPr>
              <w:rPr>
                <w:szCs w:val="16"/>
              </w:rPr>
            </w:pPr>
            <w:r w:rsidRPr="00050E4A">
              <w:rPr>
                <w:color w:val="C830E8"/>
                <w:szCs w:val="16"/>
              </w:rPr>
              <w:t>N/A</w:t>
            </w:r>
          </w:p>
        </w:tc>
      </w:tr>
      <w:tr w:rsidR="002274F0" w:rsidRPr="00050E4A" w14:paraId="6459EF30" w14:textId="77777777">
        <w:trPr>
          <w:jc w:val="center"/>
        </w:trPr>
        <w:tc>
          <w:tcPr>
            <w:tcW w:w="1080" w:type="dxa"/>
            <w:shd w:val="clear" w:color="auto" w:fill="E7E6E6"/>
            <w:tcMar>
              <w:top w:w="55" w:type="dxa"/>
              <w:left w:w="55" w:type="dxa"/>
              <w:bottom w:w="55" w:type="dxa"/>
              <w:right w:w="55" w:type="dxa"/>
            </w:tcMar>
          </w:tcPr>
          <w:p w14:paraId="1CF61EA7" w14:textId="77777777" w:rsidR="002274F0" w:rsidRPr="00050E4A" w:rsidRDefault="00000000">
            <w:pPr>
              <w:rPr>
                <w:szCs w:val="16"/>
              </w:rPr>
            </w:pPr>
            <w:r w:rsidRPr="00050E4A">
              <w:rPr>
                <w:b/>
                <w:szCs w:val="16"/>
              </w:rPr>
              <w:t>Thu 15</w:t>
            </w:r>
          </w:p>
        </w:tc>
        <w:tc>
          <w:tcPr>
            <w:tcW w:w="3960" w:type="dxa"/>
            <w:tcMar>
              <w:top w:w="55" w:type="dxa"/>
              <w:left w:w="55" w:type="dxa"/>
              <w:bottom w:w="55" w:type="dxa"/>
              <w:right w:w="55" w:type="dxa"/>
            </w:tcMar>
          </w:tcPr>
          <w:p w14:paraId="098CC011" w14:textId="28C04B98" w:rsidR="002274F0" w:rsidRPr="00066F60" w:rsidRDefault="00000000">
            <w:pPr>
              <w:spacing w:after="40"/>
              <w:rPr>
                <w:sz w:val="14"/>
                <w:szCs w:val="14"/>
              </w:rPr>
            </w:pPr>
            <w:r w:rsidRPr="00066F60">
              <w:rPr>
                <w:b/>
                <w:color w:val="607797"/>
                <w:sz w:val="14"/>
                <w:szCs w:val="14"/>
              </w:rPr>
              <w:t>Helping Hands Headquarters</w:t>
            </w:r>
            <w:r w:rsidR="00066F60">
              <w:rPr>
                <w:sz w:val="14"/>
                <w:szCs w:val="14"/>
              </w:rPr>
              <w:t xml:space="preserve"> </w:t>
            </w:r>
            <w:r w:rsidRPr="00066F60">
              <w:rPr>
                <w:color w:val="607797"/>
                <w:sz w:val="14"/>
                <w:szCs w:val="14"/>
              </w:rPr>
              <w:t>Circle Time: Discuss why everyone should help take care of places they use, what would happen if nobody cleaned up, and which jobs participants feel confident doing. Then have each person select a Helper Job of the Day. Activities: Turn normal Routson House chores into stations: organize games, straighten books, sort craft supplies, wipe tables, match markers with lids, straighten chairs, and check supplies that need replenished. Afterwards, make “Official Community Helper” certificates for participants. Games: Try a Sock Matching Race, Sort It Out Challenge, Trash or Keep? picture sorting, and Cleanup Scavenger Hunt, where staff give clues such as “Find something that belongs in the art cabinet.”</w:t>
            </w:r>
          </w:p>
        </w:tc>
        <w:tc>
          <w:tcPr>
            <w:tcW w:w="1440" w:type="dxa"/>
            <w:tcMar>
              <w:top w:w="55" w:type="dxa"/>
              <w:left w:w="55" w:type="dxa"/>
              <w:bottom w:w="55" w:type="dxa"/>
              <w:right w:w="55" w:type="dxa"/>
            </w:tcMar>
          </w:tcPr>
          <w:p w14:paraId="77B113CE" w14:textId="77777777" w:rsidR="002274F0" w:rsidRPr="00050E4A" w:rsidRDefault="00000000">
            <w:pPr>
              <w:rPr>
                <w:szCs w:val="16"/>
              </w:rPr>
            </w:pPr>
            <w:r w:rsidRPr="00050E4A">
              <w:rPr>
                <w:color w:val="D90000"/>
                <w:szCs w:val="16"/>
              </w:rPr>
              <w:t>Burger King</w:t>
            </w:r>
          </w:p>
        </w:tc>
        <w:tc>
          <w:tcPr>
            <w:tcW w:w="1440" w:type="dxa"/>
            <w:tcMar>
              <w:top w:w="55" w:type="dxa"/>
              <w:left w:w="55" w:type="dxa"/>
              <w:bottom w:w="55" w:type="dxa"/>
              <w:right w:w="55" w:type="dxa"/>
            </w:tcMar>
          </w:tcPr>
          <w:p w14:paraId="5F51B88D" w14:textId="77777777" w:rsidR="002274F0" w:rsidRPr="00050E4A" w:rsidRDefault="00000000">
            <w:pPr>
              <w:rPr>
                <w:szCs w:val="16"/>
              </w:rPr>
            </w:pPr>
            <w:r w:rsidRPr="00050E4A">
              <w:rPr>
                <w:color w:val="009B00"/>
                <w:szCs w:val="16"/>
              </w:rPr>
              <w:t>Panda Express</w:t>
            </w:r>
          </w:p>
        </w:tc>
        <w:tc>
          <w:tcPr>
            <w:tcW w:w="1440" w:type="dxa"/>
            <w:tcMar>
              <w:top w:w="55" w:type="dxa"/>
              <w:left w:w="55" w:type="dxa"/>
              <w:bottom w:w="55" w:type="dxa"/>
              <w:right w:w="55" w:type="dxa"/>
            </w:tcMar>
          </w:tcPr>
          <w:p w14:paraId="5D21D6A8" w14:textId="77777777" w:rsidR="002274F0" w:rsidRPr="00050E4A" w:rsidRDefault="00000000">
            <w:pPr>
              <w:rPr>
                <w:szCs w:val="16"/>
              </w:rPr>
            </w:pPr>
            <w:r w:rsidRPr="00050E4A">
              <w:rPr>
                <w:color w:val="00B6CE"/>
                <w:szCs w:val="16"/>
              </w:rPr>
              <w:t>N/A</w:t>
            </w:r>
          </w:p>
        </w:tc>
        <w:tc>
          <w:tcPr>
            <w:tcW w:w="1440" w:type="dxa"/>
            <w:tcMar>
              <w:top w:w="55" w:type="dxa"/>
              <w:left w:w="55" w:type="dxa"/>
              <w:bottom w:w="55" w:type="dxa"/>
              <w:right w:w="55" w:type="dxa"/>
            </w:tcMar>
          </w:tcPr>
          <w:p w14:paraId="7634D846" w14:textId="77777777" w:rsidR="002274F0" w:rsidRPr="00050E4A" w:rsidRDefault="00000000">
            <w:pPr>
              <w:rPr>
                <w:szCs w:val="16"/>
              </w:rPr>
            </w:pPr>
            <w:r w:rsidRPr="00050E4A">
              <w:rPr>
                <w:color w:val="C830E8"/>
                <w:szCs w:val="16"/>
              </w:rPr>
              <w:t>Kenwood Mall</w:t>
            </w:r>
          </w:p>
        </w:tc>
      </w:tr>
      <w:tr w:rsidR="002274F0" w:rsidRPr="00050E4A" w14:paraId="5081B48E" w14:textId="77777777">
        <w:trPr>
          <w:jc w:val="center"/>
        </w:trPr>
        <w:tc>
          <w:tcPr>
            <w:tcW w:w="1080" w:type="dxa"/>
            <w:shd w:val="clear" w:color="auto" w:fill="E7E6E6"/>
            <w:tcMar>
              <w:top w:w="55" w:type="dxa"/>
              <w:left w:w="55" w:type="dxa"/>
              <w:bottom w:w="55" w:type="dxa"/>
              <w:right w:w="55" w:type="dxa"/>
            </w:tcMar>
          </w:tcPr>
          <w:p w14:paraId="6939E4B8" w14:textId="77777777" w:rsidR="002274F0" w:rsidRPr="00050E4A" w:rsidRDefault="00000000">
            <w:pPr>
              <w:rPr>
                <w:szCs w:val="16"/>
              </w:rPr>
            </w:pPr>
            <w:r w:rsidRPr="00050E4A">
              <w:rPr>
                <w:b/>
                <w:szCs w:val="16"/>
              </w:rPr>
              <w:t>Fri 16</w:t>
            </w:r>
          </w:p>
        </w:tc>
        <w:tc>
          <w:tcPr>
            <w:tcW w:w="3960" w:type="dxa"/>
            <w:shd w:val="clear" w:color="auto" w:fill="FFF2CC"/>
            <w:tcMar>
              <w:top w:w="55" w:type="dxa"/>
              <w:left w:w="55" w:type="dxa"/>
              <w:bottom w:w="55" w:type="dxa"/>
              <w:right w:w="55" w:type="dxa"/>
            </w:tcMar>
          </w:tcPr>
          <w:p w14:paraId="6D085057" w14:textId="77777777" w:rsidR="002274F0" w:rsidRPr="00050E4A" w:rsidRDefault="00000000">
            <w:pPr>
              <w:jc w:val="center"/>
              <w:rPr>
                <w:szCs w:val="16"/>
              </w:rPr>
            </w:pPr>
            <w:r w:rsidRPr="00050E4A">
              <w:rPr>
                <w:b/>
                <w:szCs w:val="16"/>
              </w:rPr>
              <w:t>ZOO TRIP</w:t>
            </w:r>
          </w:p>
        </w:tc>
        <w:tc>
          <w:tcPr>
            <w:tcW w:w="1440" w:type="dxa"/>
            <w:shd w:val="clear" w:color="auto" w:fill="FFF2CC"/>
            <w:tcMar>
              <w:top w:w="55" w:type="dxa"/>
              <w:left w:w="55" w:type="dxa"/>
              <w:bottom w:w="55" w:type="dxa"/>
              <w:right w:w="55" w:type="dxa"/>
            </w:tcMar>
          </w:tcPr>
          <w:p w14:paraId="72FF1037" w14:textId="77777777" w:rsidR="002274F0" w:rsidRPr="00050E4A" w:rsidRDefault="00000000">
            <w:pPr>
              <w:jc w:val="center"/>
              <w:rPr>
                <w:szCs w:val="16"/>
              </w:rPr>
            </w:pPr>
            <w:r w:rsidRPr="00050E4A">
              <w:rPr>
                <w:b/>
                <w:szCs w:val="16"/>
              </w:rPr>
              <w:t>ZOO TRIP</w:t>
            </w:r>
          </w:p>
        </w:tc>
        <w:tc>
          <w:tcPr>
            <w:tcW w:w="1440" w:type="dxa"/>
            <w:shd w:val="clear" w:color="auto" w:fill="FFF2CC"/>
            <w:tcMar>
              <w:top w:w="55" w:type="dxa"/>
              <w:left w:w="55" w:type="dxa"/>
              <w:bottom w:w="55" w:type="dxa"/>
              <w:right w:w="55" w:type="dxa"/>
            </w:tcMar>
          </w:tcPr>
          <w:p w14:paraId="3E1DFC80" w14:textId="77777777" w:rsidR="002274F0" w:rsidRPr="00050E4A" w:rsidRDefault="00000000">
            <w:pPr>
              <w:jc w:val="center"/>
              <w:rPr>
                <w:szCs w:val="16"/>
              </w:rPr>
            </w:pPr>
            <w:r w:rsidRPr="00050E4A">
              <w:rPr>
                <w:b/>
                <w:szCs w:val="16"/>
              </w:rPr>
              <w:t>ZOO TRIP</w:t>
            </w:r>
          </w:p>
        </w:tc>
        <w:tc>
          <w:tcPr>
            <w:tcW w:w="1440" w:type="dxa"/>
            <w:shd w:val="clear" w:color="auto" w:fill="FFF2CC"/>
            <w:tcMar>
              <w:top w:w="55" w:type="dxa"/>
              <w:left w:w="55" w:type="dxa"/>
              <w:bottom w:w="55" w:type="dxa"/>
              <w:right w:w="55" w:type="dxa"/>
            </w:tcMar>
          </w:tcPr>
          <w:p w14:paraId="1F6C9158" w14:textId="77777777" w:rsidR="002274F0" w:rsidRPr="00050E4A" w:rsidRDefault="00000000">
            <w:pPr>
              <w:jc w:val="center"/>
              <w:rPr>
                <w:szCs w:val="16"/>
              </w:rPr>
            </w:pPr>
            <w:r w:rsidRPr="00050E4A">
              <w:rPr>
                <w:b/>
                <w:szCs w:val="16"/>
              </w:rPr>
              <w:t>ZOO TRIP</w:t>
            </w:r>
          </w:p>
        </w:tc>
        <w:tc>
          <w:tcPr>
            <w:tcW w:w="1440" w:type="dxa"/>
            <w:shd w:val="clear" w:color="auto" w:fill="FFF2CC"/>
            <w:tcMar>
              <w:top w:w="55" w:type="dxa"/>
              <w:left w:w="55" w:type="dxa"/>
              <w:bottom w:w="55" w:type="dxa"/>
              <w:right w:w="55" w:type="dxa"/>
            </w:tcMar>
          </w:tcPr>
          <w:p w14:paraId="2310A474" w14:textId="77777777" w:rsidR="002274F0" w:rsidRPr="00050E4A" w:rsidRDefault="00000000">
            <w:pPr>
              <w:jc w:val="center"/>
              <w:rPr>
                <w:szCs w:val="16"/>
              </w:rPr>
            </w:pPr>
            <w:r w:rsidRPr="00050E4A">
              <w:rPr>
                <w:b/>
                <w:szCs w:val="16"/>
              </w:rPr>
              <w:t>ZOO TRIP</w:t>
            </w:r>
          </w:p>
        </w:tc>
      </w:tr>
      <w:tr w:rsidR="002274F0" w:rsidRPr="00050E4A" w14:paraId="4CE6C3F7" w14:textId="77777777">
        <w:trPr>
          <w:jc w:val="center"/>
        </w:trPr>
        <w:tc>
          <w:tcPr>
            <w:tcW w:w="10800" w:type="dxa"/>
            <w:gridSpan w:val="6"/>
            <w:shd w:val="clear" w:color="auto" w:fill="EDE7F3"/>
            <w:tcMar>
              <w:top w:w="55" w:type="dxa"/>
              <w:left w:w="55" w:type="dxa"/>
              <w:bottom w:w="55" w:type="dxa"/>
              <w:right w:w="55" w:type="dxa"/>
            </w:tcMar>
          </w:tcPr>
          <w:p w14:paraId="1AF89131" w14:textId="77777777" w:rsidR="002274F0" w:rsidRPr="00050E4A" w:rsidRDefault="00000000">
            <w:pPr>
              <w:rPr>
                <w:szCs w:val="16"/>
              </w:rPr>
            </w:pPr>
            <w:r w:rsidRPr="00050E4A">
              <w:rPr>
                <w:b/>
                <w:szCs w:val="16"/>
              </w:rPr>
              <w:t>Week 4   October 19–23</w:t>
            </w:r>
          </w:p>
        </w:tc>
      </w:tr>
      <w:tr w:rsidR="002274F0" w:rsidRPr="00050E4A" w14:paraId="789570FA" w14:textId="77777777">
        <w:trPr>
          <w:jc w:val="center"/>
        </w:trPr>
        <w:tc>
          <w:tcPr>
            <w:tcW w:w="1080" w:type="dxa"/>
            <w:shd w:val="clear" w:color="auto" w:fill="E7E6E6"/>
            <w:tcMar>
              <w:top w:w="55" w:type="dxa"/>
              <w:left w:w="55" w:type="dxa"/>
              <w:bottom w:w="55" w:type="dxa"/>
              <w:right w:w="55" w:type="dxa"/>
            </w:tcMar>
          </w:tcPr>
          <w:p w14:paraId="4BF8B94A" w14:textId="77777777" w:rsidR="002274F0" w:rsidRPr="00050E4A" w:rsidRDefault="00000000">
            <w:pPr>
              <w:rPr>
                <w:szCs w:val="16"/>
              </w:rPr>
            </w:pPr>
            <w:r w:rsidRPr="00050E4A">
              <w:rPr>
                <w:b/>
                <w:szCs w:val="16"/>
              </w:rPr>
              <w:t>Mon 19</w:t>
            </w:r>
          </w:p>
        </w:tc>
        <w:tc>
          <w:tcPr>
            <w:tcW w:w="3960" w:type="dxa"/>
            <w:tcMar>
              <w:top w:w="55" w:type="dxa"/>
              <w:left w:w="55" w:type="dxa"/>
              <w:bottom w:w="55" w:type="dxa"/>
              <w:right w:w="55" w:type="dxa"/>
            </w:tcMar>
          </w:tcPr>
          <w:p w14:paraId="1BC8943D" w14:textId="595709D8" w:rsidR="002274F0" w:rsidRPr="00CB6194" w:rsidRDefault="00000000">
            <w:pPr>
              <w:spacing w:after="40"/>
              <w:rPr>
                <w:sz w:val="14"/>
                <w:szCs w:val="14"/>
              </w:rPr>
            </w:pPr>
            <w:r w:rsidRPr="00CB6194">
              <w:rPr>
                <w:b/>
                <w:color w:val="607797"/>
                <w:sz w:val="14"/>
                <w:szCs w:val="14"/>
              </w:rPr>
              <w:t>Checking In for an Appointment</w:t>
            </w:r>
            <w:r w:rsidR="00DD3CA1">
              <w:rPr>
                <w:sz w:val="14"/>
                <w:szCs w:val="14"/>
              </w:rPr>
              <w:t xml:space="preserve"> </w:t>
            </w:r>
            <w:r w:rsidRPr="00CB6194">
              <w:rPr>
                <w:color w:val="607797"/>
                <w:sz w:val="14"/>
                <w:szCs w:val="14"/>
              </w:rPr>
              <w:t>Life Skills: Appointments, communication, waiting-room independence</w:t>
            </w:r>
            <w:r w:rsidR="00DD3CA1">
              <w:rPr>
                <w:sz w:val="14"/>
                <w:szCs w:val="14"/>
              </w:rPr>
              <w:t xml:space="preserve"> </w:t>
            </w:r>
            <w:r w:rsidRPr="00CB6194">
              <w:rPr>
                <w:b/>
                <w:color w:val="607797"/>
                <w:sz w:val="14"/>
                <w:szCs w:val="14"/>
              </w:rPr>
              <w:t>Circle Time</w:t>
            </w:r>
            <w:r w:rsidR="00DD3CA1">
              <w:rPr>
                <w:sz w:val="14"/>
                <w:szCs w:val="14"/>
              </w:rPr>
              <w:t xml:space="preserve"> </w:t>
            </w:r>
            <w:r w:rsidRPr="00CB6194">
              <w:rPr>
                <w:color w:val="607797"/>
                <w:sz w:val="14"/>
                <w:szCs w:val="14"/>
              </w:rPr>
              <w:t>Talk about what happens when we arrive for a doctor, dentist, haircut, or other appointment. Practice information a receptionist may ask for and emphasize getting trusted support for information a participant doesn’t know.</w:t>
            </w:r>
            <w:r w:rsidR="00DD3CA1">
              <w:rPr>
                <w:sz w:val="14"/>
                <w:szCs w:val="14"/>
              </w:rPr>
              <w:t xml:space="preserve"> </w:t>
            </w:r>
            <w:r w:rsidRPr="00CB6194">
              <w:rPr>
                <w:b/>
                <w:color w:val="607797"/>
                <w:sz w:val="14"/>
                <w:szCs w:val="14"/>
              </w:rPr>
              <w:t>Games &amp; Activities</w:t>
            </w:r>
            <w:r w:rsidR="00DD3CA1">
              <w:rPr>
                <w:sz w:val="14"/>
                <w:szCs w:val="14"/>
              </w:rPr>
              <w:t xml:space="preserve"> </w:t>
            </w:r>
            <w:r w:rsidRPr="00CB6194">
              <w:rPr>
                <w:color w:val="607797"/>
                <w:sz w:val="14"/>
                <w:szCs w:val="14"/>
              </w:rPr>
              <w:t>Reception Desk Role-Play: “Hi, I’m ___ and I’m here for my appointment.” Appointment Card Detective: Find the person’s name, date, location, and time on pretend cards. Early, Late or On Time?: Sort different arrival scenarios. Waiting Room Manners: Identify appropriate behaviors. What Should I Bring?: Choose items needed for different appointments. Question Practice: Practice asking, “How long is the wait?” or “Where should I go?”</w:t>
            </w:r>
          </w:p>
        </w:tc>
        <w:tc>
          <w:tcPr>
            <w:tcW w:w="1440" w:type="dxa"/>
            <w:tcMar>
              <w:top w:w="55" w:type="dxa"/>
              <w:left w:w="55" w:type="dxa"/>
              <w:bottom w:w="55" w:type="dxa"/>
              <w:right w:w="55" w:type="dxa"/>
            </w:tcMar>
          </w:tcPr>
          <w:p w14:paraId="78EB9989" w14:textId="77777777" w:rsidR="002274F0" w:rsidRPr="00050E4A" w:rsidRDefault="00000000">
            <w:pPr>
              <w:rPr>
                <w:szCs w:val="16"/>
              </w:rPr>
            </w:pPr>
            <w:r w:rsidRPr="00050E4A">
              <w:rPr>
                <w:color w:val="D90000"/>
                <w:szCs w:val="16"/>
              </w:rPr>
              <w:t>Pack Lunch</w:t>
            </w:r>
          </w:p>
        </w:tc>
        <w:tc>
          <w:tcPr>
            <w:tcW w:w="1440" w:type="dxa"/>
            <w:tcMar>
              <w:top w:w="55" w:type="dxa"/>
              <w:left w:w="55" w:type="dxa"/>
              <w:bottom w:w="55" w:type="dxa"/>
              <w:right w:w="55" w:type="dxa"/>
            </w:tcMar>
          </w:tcPr>
          <w:p w14:paraId="016E1183" w14:textId="77777777" w:rsidR="002274F0" w:rsidRPr="00050E4A" w:rsidRDefault="00000000">
            <w:pPr>
              <w:rPr>
                <w:szCs w:val="16"/>
              </w:rPr>
            </w:pPr>
            <w:r w:rsidRPr="00050E4A">
              <w:rPr>
                <w:color w:val="009B00"/>
                <w:szCs w:val="16"/>
              </w:rPr>
              <w:t>Swim: Panda Express</w:t>
            </w:r>
            <w:r w:rsidRPr="00050E4A">
              <w:rPr>
                <w:color w:val="009B00"/>
                <w:szCs w:val="16"/>
              </w:rPr>
              <w:br/>
            </w:r>
            <w:r w:rsidRPr="00050E4A">
              <w:rPr>
                <w:color w:val="009B00"/>
                <w:szCs w:val="16"/>
              </w:rPr>
              <w:br/>
              <w:t>Bowling: Subway</w:t>
            </w:r>
          </w:p>
        </w:tc>
        <w:tc>
          <w:tcPr>
            <w:tcW w:w="1440" w:type="dxa"/>
            <w:tcMar>
              <w:top w:w="55" w:type="dxa"/>
              <w:left w:w="55" w:type="dxa"/>
              <w:bottom w:w="55" w:type="dxa"/>
              <w:right w:w="55" w:type="dxa"/>
            </w:tcMar>
          </w:tcPr>
          <w:p w14:paraId="76A281EA" w14:textId="77777777" w:rsidR="002274F0" w:rsidRPr="00050E4A" w:rsidRDefault="00000000">
            <w:pPr>
              <w:rPr>
                <w:szCs w:val="16"/>
              </w:rPr>
            </w:pPr>
            <w:r w:rsidRPr="00050E4A">
              <w:rPr>
                <w:color w:val="00B6CE"/>
                <w:szCs w:val="16"/>
              </w:rPr>
              <w:t>N/A</w:t>
            </w:r>
          </w:p>
        </w:tc>
        <w:tc>
          <w:tcPr>
            <w:tcW w:w="1440" w:type="dxa"/>
            <w:tcMar>
              <w:top w:w="55" w:type="dxa"/>
              <w:left w:w="55" w:type="dxa"/>
              <w:bottom w:w="55" w:type="dxa"/>
              <w:right w:w="55" w:type="dxa"/>
            </w:tcMar>
          </w:tcPr>
          <w:p w14:paraId="535ED81B" w14:textId="77777777" w:rsidR="002274F0" w:rsidRPr="00050E4A" w:rsidRDefault="00000000">
            <w:pPr>
              <w:rPr>
                <w:szCs w:val="16"/>
              </w:rPr>
            </w:pPr>
            <w:r w:rsidRPr="00050E4A">
              <w:rPr>
                <w:color w:val="C830E8"/>
                <w:szCs w:val="16"/>
              </w:rPr>
              <w:t>N/A</w:t>
            </w:r>
          </w:p>
        </w:tc>
      </w:tr>
      <w:tr w:rsidR="002274F0" w:rsidRPr="00050E4A" w14:paraId="5B300102" w14:textId="77777777">
        <w:trPr>
          <w:jc w:val="center"/>
        </w:trPr>
        <w:tc>
          <w:tcPr>
            <w:tcW w:w="1080" w:type="dxa"/>
            <w:shd w:val="clear" w:color="auto" w:fill="E7E6E6"/>
            <w:tcMar>
              <w:top w:w="55" w:type="dxa"/>
              <w:left w:w="55" w:type="dxa"/>
              <w:bottom w:w="55" w:type="dxa"/>
              <w:right w:w="55" w:type="dxa"/>
            </w:tcMar>
          </w:tcPr>
          <w:p w14:paraId="181C199D" w14:textId="77777777" w:rsidR="002274F0" w:rsidRPr="00050E4A" w:rsidRDefault="00000000">
            <w:pPr>
              <w:rPr>
                <w:szCs w:val="16"/>
              </w:rPr>
            </w:pPr>
            <w:r w:rsidRPr="00050E4A">
              <w:rPr>
                <w:b/>
                <w:szCs w:val="16"/>
              </w:rPr>
              <w:t>Tue 20</w:t>
            </w:r>
          </w:p>
        </w:tc>
        <w:tc>
          <w:tcPr>
            <w:tcW w:w="3960" w:type="dxa"/>
            <w:tcMar>
              <w:top w:w="55" w:type="dxa"/>
              <w:left w:w="55" w:type="dxa"/>
              <w:bottom w:w="55" w:type="dxa"/>
              <w:right w:w="55" w:type="dxa"/>
            </w:tcMar>
          </w:tcPr>
          <w:p w14:paraId="0157318A" w14:textId="459A154F" w:rsidR="002274F0" w:rsidRPr="00C17F54" w:rsidRDefault="00000000">
            <w:pPr>
              <w:spacing w:after="40"/>
              <w:rPr>
                <w:sz w:val="14"/>
                <w:szCs w:val="14"/>
              </w:rPr>
            </w:pPr>
            <w:r w:rsidRPr="00C17F54">
              <w:rPr>
                <w:b/>
                <w:color w:val="607797"/>
                <w:sz w:val="14"/>
                <w:szCs w:val="14"/>
              </w:rPr>
              <w:t xml:space="preserve">Pumpkin Patch </w:t>
            </w:r>
            <w:r w:rsidR="00C17F54" w:rsidRPr="00C17F54">
              <w:rPr>
                <w:b/>
                <w:color w:val="607797"/>
                <w:sz w:val="14"/>
                <w:szCs w:val="14"/>
              </w:rPr>
              <w:t>Fun</w:t>
            </w:r>
            <w:r w:rsidR="00C17F54">
              <w:rPr>
                <w:sz w:val="14"/>
                <w:szCs w:val="14"/>
              </w:rPr>
              <w:t xml:space="preserve"> </w:t>
            </w:r>
            <w:r w:rsidRPr="00C17F54">
              <w:rPr>
                <w:b/>
                <w:color w:val="607797"/>
                <w:sz w:val="14"/>
                <w:szCs w:val="14"/>
              </w:rPr>
              <w:t>Main Activity: Pumpkin Face Makeover</w:t>
            </w:r>
            <w:r w:rsidR="00C17F54">
              <w:rPr>
                <w:sz w:val="14"/>
                <w:szCs w:val="14"/>
              </w:rPr>
              <w:t xml:space="preserve"> </w:t>
            </w:r>
            <w:r w:rsidRPr="00C17F54">
              <w:rPr>
                <w:color w:val="607797"/>
                <w:sz w:val="14"/>
                <w:szCs w:val="14"/>
              </w:rPr>
              <w:t>Instead of carving pumpkins, use a real or artificial pumpkin and create removable faces. Prepare: Eyes Mouths Noses Eyebrows Mustaches Glasses Hats Let each individual direct staff in creating the funniest pumpkin possible. Take everything off and create another one!</w:t>
            </w:r>
            <w:r w:rsidR="00C17F54">
              <w:rPr>
                <w:sz w:val="14"/>
                <w:szCs w:val="14"/>
              </w:rPr>
              <w:t xml:space="preserve"> </w:t>
            </w:r>
            <w:r w:rsidRPr="00C17F54">
              <w:rPr>
                <w:b/>
                <w:color w:val="607797"/>
                <w:sz w:val="14"/>
                <w:szCs w:val="14"/>
              </w:rPr>
              <w:t>Games &amp; Activities</w:t>
            </w:r>
            <w:r w:rsidR="00C17F54">
              <w:rPr>
                <w:sz w:val="14"/>
                <w:szCs w:val="14"/>
              </w:rPr>
              <w:t xml:space="preserve"> </w:t>
            </w:r>
            <w:r w:rsidRPr="00C17F54">
              <w:rPr>
                <w:color w:val="607797"/>
                <w:sz w:val="14"/>
                <w:szCs w:val="14"/>
              </w:rPr>
              <w:t>Roll-a-Pumpkin Roll a large foam die. Each number adds something to the pumpkin: 1 = Eyes 2 = Nose 3 = Mouth 4 = Hat 5 = Glasses 6 = Something silly Other activities: Pumpkin ring toss Roll a small pumpkin toward bowling pins Guess which pumpkin is heavier Pumpkin picture matching Pass around different-sized pumpkins Pumpkin decorating with stickers</w:t>
            </w:r>
            <w:r w:rsidR="00C17F54">
              <w:rPr>
                <w:sz w:val="14"/>
                <w:szCs w:val="14"/>
              </w:rPr>
              <w:t xml:space="preserve"> </w:t>
            </w:r>
            <w:r w:rsidRPr="00C17F54">
              <w:rPr>
                <w:b/>
                <w:color w:val="607797"/>
                <w:sz w:val="14"/>
                <w:szCs w:val="14"/>
              </w:rPr>
              <w:t>Circle Time</w:t>
            </w:r>
            <w:r w:rsidR="00C17F54">
              <w:rPr>
                <w:sz w:val="14"/>
                <w:szCs w:val="14"/>
              </w:rPr>
              <w:t xml:space="preserve"> </w:t>
            </w:r>
            <w:r w:rsidRPr="00C17F54">
              <w:rPr>
                <w:color w:val="607797"/>
                <w:sz w:val="14"/>
                <w:szCs w:val="14"/>
              </w:rPr>
              <w:t>Have a Pumpkin This-or-That: Pumpkin pie or apple pie? Big pumpkin or little pumpkin? Scary face or funny face? Orange pumpkin or white pumpkin? Carve it or paint it?</w:t>
            </w:r>
          </w:p>
        </w:tc>
        <w:tc>
          <w:tcPr>
            <w:tcW w:w="1440" w:type="dxa"/>
            <w:tcMar>
              <w:top w:w="55" w:type="dxa"/>
              <w:left w:w="55" w:type="dxa"/>
              <w:bottom w:w="55" w:type="dxa"/>
              <w:right w:w="55" w:type="dxa"/>
            </w:tcMar>
          </w:tcPr>
          <w:p w14:paraId="09141B48" w14:textId="77777777" w:rsidR="002274F0" w:rsidRPr="00050E4A" w:rsidRDefault="00000000">
            <w:pPr>
              <w:rPr>
                <w:szCs w:val="16"/>
              </w:rPr>
            </w:pPr>
            <w:r w:rsidRPr="00050E4A">
              <w:rPr>
                <w:color w:val="D90000"/>
                <w:szCs w:val="16"/>
              </w:rPr>
              <w:t>Liberty Mall</w:t>
            </w:r>
          </w:p>
        </w:tc>
        <w:tc>
          <w:tcPr>
            <w:tcW w:w="1440" w:type="dxa"/>
            <w:tcMar>
              <w:top w:w="55" w:type="dxa"/>
              <w:left w:w="55" w:type="dxa"/>
              <w:bottom w:w="55" w:type="dxa"/>
              <w:right w:w="55" w:type="dxa"/>
            </w:tcMar>
          </w:tcPr>
          <w:p w14:paraId="636749B6" w14:textId="77777777" w:rsidR="002274F0" w:rsidRPr="00050E4A" w:rsidRDefault="00000000">
            <w:pPr>
              <w:rPr>
                <w:szCs w:val="16"/>
              </w:rPr>
            </w:pPr>
            <w:r w:rsidRPr="00050E4A">
              <w:rPr>
                <w:color w:val="009B00"/>
                <w:szCs w:val="16"/>
              </w:rPr>
              <w:t>Pickleball</w:t>
            </w:r>
            <w:r w:rsidRPr="00050E4A">
              <w:rPr>
                <w:color w:val="009B00"/>
                <w:szCs w:val="16"/>
              </w:rPr>
              <w:br/>
              <w:t>Gold Star</w:t>
            </w:r>
          </w:p>
        </w:tc>
        <w:tc>
          <w:tcPr>
            <w:tcW w:w="1440" w:type="dxa"/>
            <w:tcMar>
              <w:top w:w="55" w:type="dxa"/>
              <w:left w:w="55" w:type="dxa"/>
              <w:bottom w:w="55" w:type="dxa"/>
              <w:right w:w="55" w:type="dxa"/>
            </w:tcMar>
          </w:tcPr>
          <w:p w14:paraId="0C83A512" w14:textId="77777777" w:rsidR="002274F0" w:rsidRPr="00050E4A" w:rsidRDefault="00000000">
            <w:pPr>
              <w:rPr>
                <w:szCs w:val="16"/>
              </w:rPr>
            </w:pPr>
            <w:r w:rsidRPr="00050E4A">
              <w:rPr>
                <w:color w:val="00B6CE"/>
                <w:szCs w:val="16"/>
              </w:rPr>
              <w:t>Butterfield Farms</w:t>
            </w:r>
          </w:p>
        </w:tc>
        <w:tc>
          <w:tcPr>
            <w:tcW w:w="1440" w:type="dxa"/>
            <w:tcMar>
              <w:top w:w="55" w:type="dxa"/>
              <w:left w:w="55" w:type="dxa"/>
              <w:bottom w:w="55" w:type="dxa"/>
              <w:right w:w="55" w:type="dxa"/>
            </w:tcMar>
          </w:tcPr>
          <w:p w14:paraId="31606C85" w14:textId="77777777" w:rsidR="002274F0" w:rsidRPr="00050E4A" w:rsidRDefault="00000000">
            <w:pPr>
              <w:rPr>
                <w:szCs w:val="16"/>
              </w:rPr>
            </w:pPr>
            <w:r w:rsidRPr="00050E4A">
              <w:rPr>
                <w:color w:val="C830E8"/>
                <w:szCs w:val="16"/>
              </w:rPr>
              <w:t>N/A</w:t>
            </w:r>
          </w:p>
        </w:tc>
      </w:tr>
      <w:tr w:rsidR="002274F0" w:rsidRPr="00050E4A" w14:paraId="007AC524" w14:textId="77777777">
        <w:trPr>
          <w:jc w:val="center"/>
        </w:trPr>
        <w:tc>
          <w:tcPr>
            <w:tcW w:w="1080" w:type="dxa"/>
            <w:shd w:val="clear" w:color="auto" w:fill="E7E6E6"/>
            <w:tcMar>
              <w:top w:w="55" w:type="dxa"/>
              <w:left w:w="55" w:type="dxa"/>
              <w:bottom w:w="55" w:type="dxa"/>
              <w:right w:w="55" w:type="dxa"/>
            </w:tcMar>
          </w:tcPr>
          <w:p w14:paraId="5BA389A2" w14:textId="77777777" w:rsidR="002274F0" w:rsidRPr="00050E4A" w:rsidRDefault="00000000">
            <w:pPr>
              <w:rPr>
                <w:szCs w:val="16"/>
              </w:rPr>
            </w:pPr>
            <w:r w:rsidRPr="00050E4A">
              <w:rPr>
                <w:b/>
                <w:szCs w:val="16"/>
              </w:rPr>
              <w:t>Wed 21</w:t>
            </w:r>
          </w:p>
        </w:tc>
        <w:tc>
          <w:tcPr>
            <w:tcW w:w="3960" w:type="dxa"/>
            <w:tcMar>
              <w:top w:w="55" w:type="dxa"/>
              <w:left w:w="55" w:type="dxa"/>
              <w:bottom w:w="55" w:type="dxa"/>
              <w:right w:w="55" w:type="dxa"/>
            </w:tcMar>
          </w:tcPr>
          <w:p w14:paraId="54EE0DCE" w14:textId="6503ABBC" w:rsidR="002274F0" w:rsidRPr="00C17F54" w:rsidRDefault="00000000">
            <w:pPr>
              <w:spacing w:after="40"/>
              <w:rPr>
                <w:sz w:val="14"/>
                <w:szCs w:val="14"/>
              </w:rPr>
            </w:pPr>
            <w:r w:rsidRPr="00C17F54">
              <w:rPr>
                <w:b/>
                <w:color w:val="607797"/>
                <w:sz w:val="14"/>
                <w:szCs w:val="14"/>
              </w:rPr>
              <w:t>Mad Scientist Day</w:t>
            </w:r>
            <w:r w:rsidR="00F7757D">
              <w:rPr>
                <w:sz w:val="14"/>
                <w:szCs w:val="14"/>
              </w:rPr>
              <w:t xml:space="preserve"> </w:t>
            </w:r>
            <w:r w:rsidRPr="00C17F54">
              <w:rPr>
                <w:b/>
                <w:color w:val="607797"/>
                <w:sz w:val="14"/>
                <w:szCs w:val="14"/>
              </w:rPr>
              <w:t>Activities</w:t>
            </w:r>
            <w:r w:rsidR="00FD39B8">
              <w:rPr>
                <w:sz w:val="14"/>
                <w:szCs w:val="14"/>
              </w:rPr>
              <w:t xml:space="preserve"> </w:t>
            </w:r>
            <w:r w:rsidRPr="00C17F54">
              <w:rPr>
                <w:color w:val="607797"/>
                <w:sz w:val="14"/>
                <w:szCs w:val="14"/>
              </w:rPr>
              <w:t>Walking Water Experiment – Colored water travels between cups using paper towels. Magic Milk Experiment – Milk, food coloring, and dish soap create moving colors. Sink or Float Predictions Static Balloon Experiment Color Mixing Lab Make Slime or Sensory Dough Fizzing Colors – Baking soda, colored vinegar, and droppers. Build the Tallest Cup Tower Invent Something – Draw an invention that solves a silly problem.</w:t>
            </w:r>
            <w:r w:rsidR="00FD39B8">
              <w:rPr>
                <w:sz w:val="14"/>
                <w:szCs w:val="14"/>
              </w:rPr>
              <w:t xml:space="preserve"> </w:t>
            </w:r>
            <w:r w:rsidRPr="00C17F54">
              <w:rPr>
                <w:b/>
                <w:color w:val="607797"/>
                <w:sz w:val="14"/>
                <w:szCs w:val="14"/>
              </w:rPr>
              <w:t>Art</w:t>
            </w:r>
            <w:r w:rsidR="0075003D">
              <w:rPr>
                <w:sz w:val="14"/>
                <w:szCs w:val="14"/>
              </w:rPr>
              <w:t xml:space="preserve"> </w:t>
            </w:r>
            <w:r w:rsidRPr="00C17F54">
              <w:rPr>
                <w:color w:val="607797"/>
                <w:sz w:val="14"/>
                <w:szCs w:val="14"/>
              </w:rPr>
              <w:t>Mad Scientist Portraits – Crazy hair is required! Decorate Lab Coats – Use paper templates. Paint Splatter Science Art Design a Potion Bottle Create Your Own Laboratory Sign</w:t>
            </w:r>
            <w:r w:rsidR="0075003D">
              <w:rPr>
                <w:sz w:val="14"/>
                <w:szCs w:val="14"/>
              </w:rPr>
              <w:t xml:space="preserve"> </w:t>
            </w:r>
            <w:r w:rsidRPr="00C17F54">
              <w:rPr>
                <w:b/>
                <w:color w:val="607797"/>
                <w:sz w:val="14"/>
                <w:szCs w:val="14"/>
              </w:rPr>
              <w:t>Games</w:t>
            </w:r>
            <w:r w:rsidR="0075003D">
              <w:rPr>
                <w:sz w:val="14"/>
                <w:szCs w:val="14"/>
              </w:rPr>
              <w:t xml:space="preserve"> </w:t>
            </w:r>
            <w:r w:rsidRPr="00C17F54">
              <w:rPr>
                <w:color w:val="607797"/>
                <w:sz w:val="14"/>
                <w:szCs w:val="14"/>
              </w:rPr>
              <w:t>Potion Toss – Toss colored balls into matching “potion” containers. Science Mystery Bag Guess the Experiment – Show materials and predict what they’ll do. Magnet Hunt – Test objects to discover which are magnetic. Mad Scientist Says – Simon Says with silly laboratory actions. Test Tube Color Match Science Bingo Balloon Rocket Race Cup Tower Challenge Pom-Pom Transfer Challenge – Use tongs to transfer “chemicals.” What’s That Smell? – Safely identify familiar scents. Mystery Sound Lab – Identify hidden sounds.</w:t>
            </w:r>
            <w:r w:rsidR="0075003D">
              <w:rPr>
                <w:sz w:val="14"/>
                <w:szCs w:val="14"/>
              </w:rPr>
              <w:t xml:space="preserve"> </w:t>
            </w:r>
            <w:r w:rsidRPr="00C17F54">
              <w:rPr>
                <w:b/>
                <w:color w:val="607797"/>
                <w:sz w:val="14"/>
                <w:szCs w:val="14"/>
              </w:rPr>
              <w:t>Circle Time – Curiosity &amp; Trying New Things</w:t>
            </w:r>
            <w:r w:rsidR="00C17F54">
              <w:rPr>
                <w:sz w:val="14"/>
                <w:szCs w:val="14"/>
              </w:rPr>
              <w:t xml:space="preserve"> </w:t>
            </w:r>
            <w:r w:rsidRPr="00C17F54">
              <w:rPr>
                <w:color w:val="607797"/>
                <w:sz w:val="14"/>
                <w:szCs w:val="14"/>
              </w:rPr>
              <w:t>Talk about what a scientist does, why we ask questions, and why it’s okay when something doesn’t work the first time. Circle Activity: Make a Prediction – Show everyone an object or simple experiment and have them vote on what they think will happen before testing it.</w:t>
            </w:r>
          </w:p>
        </w:tc>
        <w:tc>
          <w:tcPr>
            <w:tcW w:w="1440" w:type="dxa"/>
            <w:tcMar>
              <w:top w:w="55" w:type="dxa"/>
              <w:left w:w="55" w:type="dxa"/>
              <w:bottom w:w="55" w:type="dxa"/>
              <w:right w:w="55" w:type="dxa"/>
            </w:tcMar>
          </w:tcPr>
          <w:p w14:paraId="4B948502" w14:textId="3803448B" w:rsidR="002274F0" w:rsidRPr="00F821FD" w:rsidRDefault="00F821FD">
            <w:pPr>
              <w:rPr>
                <w:color w:val="C00000"/>
                <w:szCs w:val="16"/>
              </w:rPr>
            </w:pPr>
            <w:r>
              <w:rPr>
                <w:color w:val="C00000"/>
                <w:szCs w:val="16"/>
              </w:rPr>
              <w:t xml:space="preserve">Pack lunch </w:t>
            </w:r>
          </w:p>
        </w:tc>
        <w:tc>
          <w:tcPr>
            <w:tcW w:w="1440" w:type="dxa"/>
            <w:tcMar>
              <w:top w:w="55" w:type="dxa"/>
              <w:left w:w="55" w:type="dxa"/>
              <w:bottom w:w="55" w:type="dxa"/>
              <w:right w:w="55" w:type="dxa"/>
            </w:tcMar>
          </w:tcPr>
          <w:p w14:paraId="1BBF6A28" w14:textId="77777777" w:rsidR="002274F0" w:rsidRPr="00050E4A" w:rsidRDefault="00000000">
            <w:pPr>
              <w:rPr>
                <w:szCs w:val="16"/>
              </w:rPr>
            </w:pPr>
            <w:r w:rsidRPr="00050E4A">
              <w:rPr>
                <w:color w:val="009B00"/>
                <w:szCs w:val="16"/>
              </w:rPr>
              <w:t>Arby’s</w:t>
            </w:r>
          </w:p>
        </w:tc>
        <w:tc>
          <w:tcPr>
            <w:tcW w:w="1440" w:type="dxa"/>
            <w:tcMar>
              <w:top w:w="55" w:type="dxa"/>
              <w:left w:w="55" w:type="dxa"/>
              <w:bottom w:w="55" w:type="dxa"/>
              <w:right w:w="55" w:type="dxa"/>
            </w:tcMar>
          </w:tcPr>
          <w:p w14:paraId="19583E80" w14:textId="77777777" w:rsidR="002274F0" w:rsidRPr="00050E4A" w:rsidRDefault="00000000">
            <w:pPr>
              <w:rPr>
                <w:szCs w:val="16"/>
              </w:rPr>
            </w:pPr>
            <w:r w:rsidRPr="00050E4A">
              <w:rPr>
                <w:color w:val="00B6CE"/>
                <w:szCs w:val="16"/>
              </w:rPr>
              <w:t>Spirit Halloween</w:t>
            </w:r>
            <w:r w:rsidRPr="00050E4A">
              <w:rPr>
                <w:color w:val="00B6CE"/>
                <w:szCs w:val="16"/>
              </w:rPr>
              <w:br/>
              <w:t>Culver’s</w:t>
            </w:r>
            <w:r w:rsidRPr="00050E4A">
              <w:rPr>
                <w:color w:val="00B6CE"/>
                <w:szCs w:val="16"/>
              </w:rPr>
              <w:br/>
              <w:t>Vance’s</w:t>
            </w:r>
          </w:p>
        </w:tc>
        <w:tc>
          <w:tcPr>
            <w:tcW w:w="1440" w:type="dxa"/>
            <w:tcMar>
              <w:top w:w="55" w:type="dxa"/>
              <w:left w:w="55" w:type="dxa"/>
              <w:bottom w:w="55" w:type="dxa"/>
              <w:right w:w="55" w:type="dxa"/>
            </w:tcMar>
          </w:tcPr>
          <w:p w14:paraId="6962704A" w14:textId="77777777" w:rsidR="002274F0" w:rsidRPr="00050E4A" w:rsidRDefault="00000000">
            <w:pPr>
              <w:rPr>
                <w:szCs w:val="16"/>
              </w:rPr>
            </w:pPr>
            <w:r w:rsidRPr="00050E4A">
              <w:rPr>
                <w:color w:val="C830E8"/>
                <w:szCs w:val="16"/>
              </w:rPr>
              <w:t>N/A</w:t>
            </w:r>
          </w:p>
        </w:tc>
      </w:tr>
      <w:tr w:rsidR="002274F0" w:rsidRPr="00050E4A" w14:paraId="2C5DD976" w14:textId="77777777">
        <w:trPr>
          <w:jc w:val="center"/>
        </w:trPr>
        <w:tc>
          <w:tcPr>
            <w:tcW w:w="1080" w:type="dxa"/>
            <w:shd w:val="clear" w:color="auto" w:fill="E7E6E6"/>
            <w:tcMar>
              <w:top w:w="55" w:type="dxa"/>
              <w:left w:w="55" w:type="dxa"/>
              <w:bottom w:w="55" w:type="dxa"/>
              <w:right w:w="55" w:type="dxa"/>
            </w:tcMar>
          </w:tcPr>
          <w:p w14:paraId="00E9AC08" w14:textId="77777777" w:rsidR="002274F0" w:rsidRPr="00050E4A" w:rsidRDefault="00000000">
            <w:pPr>
              <w:rPr>
                <w:szCs w:val="16"/>
              </w:rPr>
            </w:pPr>
            <w:r w:rsidRPr="00050E4A">
              <w:rPr>
                <w:b/>
                <w:szCs w:val="16"/>
              </w:rPr>
              <w:t>Thu 22</w:t>
            </w:r>
          </w:p>
        </w:tc>
        <w:tc>
          <w:tcPr>
            <w:tcW w:w="3960" w:type="dxa"/>
            <w:tcMar>
              <w:top w:w="55" w:type="dxa"/>
              <w:left w:w="55" w:type="dxa"/>
              <w:bottom w:w="55" w:type="dxa"/>
              <w:right w:w="55" w:type="dxa"/>
            </w:tcMar>
          </w:tcPr>
          <w:p w14:paraId="3DCDF736" w14:textId="3C986514" w:rsidR="002274F0" w:rsidRPr="00B74B8F" w:rsidRDefault="00000000">
            <w:pPr>
              <w:spacing w:after="40"/>
              <w:rPr>
                <w:sz w:val="14"/>
                <w:szCs w:val="14"/>
              </w:rPr>
            </w:pPr>
            <w:r w:rsidRPr="00B74B8F">
              <w:rPr>
                <w:b/>
                <w:color w:val="607797"/>
                <w:sz w:val="14"/>
                <w:szCs w:val="14"/>
              </w:rPr>
              <w:t>Caught Being a Good Friend</w:t>
            </w:r>
            <w:r w:rsidR="00B74B8F" w:rsidRPr="00B74B8F">
              <w:rPr>
                <w:sz w:val="14"/>
                <w:szCs w:val="14"/>
              </w:rPr>
              <w:t xml:space="preserve"> </w:t>
            </w:r>
            <w:r w:rsidRPr="00B74B8F">
              <w:rPr>
                <w:color w:val="607797"/>
                <w:sz w:val="14"/>
                <w:szCs w:val="14"/>
              </w:rPr>
              <w:t xml:space="preserve">Circle Time: Discuss what makes someone a trustworthy friend, what to do when someone is left out, how to disagree respectfully, and ways to tell someone you need space. For the activity, create a Friendship Web by passing a ball of yarn around the circle while each person says something positive </w:t>
            </w:r>
            <w:r w:rsidRPr="00B74B8F">
              <w:rPr>
                <w:color w:val="607797"/>
                <w:sz w:val="14"/>
                <w:szCs w:val="14"/>
              </w:rPr>
              <w:lastRenderedPageBreak/>
              <w:t>about another participant. Activities: Make a giant paper spiderweb called “Caught Being Kind.” Throughout the day, add paper spiders whenever staff or participants notice someone being helpful or friendly. Participants can also make friendship coupons such as “Sit with me at lunch,” “Let’s play a game,” or “I’ll help you.” Games: Play Spiderweb Ball Toss, Friendship Scenario Challenge, Find Your Match using matching Halloween pictures, and Partner Pumpkin Drawing, where one person describes a silly pumpkin face while their partner tries to draw it.</w:t>
            </w:r>
          </w:p>
        </w:tc>
        <w:tc>
          <w:tcPr>
            <w:tcW w:w="1440" w:type="dxa"/>
            <w:tcMar>
              <w:top w:w="55" w:type="dxa"/>
              <w:left w:w="55" w:type="dxa"/>
              <w:bottom w:w="55" w:type="dxa"/>
              <w:right w:w="55" w:type="dxa"/>
            </w:tcMar>
          </w:tcPr>
          <w:p w14:paraId="2191A6BA" w14:textId="77777777" w:rsidR="002274F0" w:rsidRPr="00050E4A" w:rsidRDefault="00000000">
            <w:pPr>
              <w:rPr>
                <w:szCs w:val="16"/>
              </w:rPr>
            </w:pPr>
            <w:r w:rsidRPr="00050E4A">
              <w:rPr>
                <w:color w:val="D90000"/>
                <w:szCs w:val="16"/>
              </w:rPr>
              <w:lastRenderedPageBreak/>
              <w:t>Richards</w:t>
            </w:r>
          </w:p>
        </w:tc>
        <w:tc>
          <w:tcPr>
            <w:tcW w:w="1440" w:type="dxa"/>
            <w:tcMar>
              <w:top w:w="55" w:type="dxa"/>
              <w:left w:w="55" w:type="dxa"/>
              <w:bottom w:w="55" w:type="dxa"/>
              <w:right w:w="55" w:type="dxa"/>
            </w:tcMar>
          </w:tcPr>
          <w:p w14:paraId="6BB5F01B" w14:textId="77777777" w:rsidR="002274F0" w:rsidRPr="00050E4A" w:rsidRDefault="00000000">
            <w:pPr>
              <w:rPr>
                <w:szCs w:val="16"/>
              </w:rPr>
            </w:pPr>
            <w:r w:rsidRPr="00050E4A">
              <w:rPr>
                <w:color w:val="009B00"/>
                <w:szCs w:val="16"/>
              </w:rPr>
              <w:t>McDonald’s</w:t>
            </w:r>
          </w:p>
        </w:tc>
        <w:tc>
          <w:tcPr>
            <w:tcW w:w="1440" w:type="dxa"/>
            <w:tcMar>
              <w:top w:w="55" w:type="dxa"/>
              <w:left w:w="55" w:type="dxa"/>
              <w:bottom w:w="55" w:type="dxa"/>
              <w:right w:w="55" w:type="dxa"/>
            </w:tcMar>
          </w:tcPr>
          <w:p w14:paraId="3DC9210A" w14:textId="77777777" w:rsidR="002274F0" w:rsidRPr="00050E4A" w:rsidRDefault="00000000">
            <w:pPr>
              <w:rPr>
                <w:szCs w:val="16"/>
              </w:rPr>
            </w:pPr>
            <w:r w:rsidRPr="00050E4A">
              <w:rPr>
                <w:color w:val="00B6CE"/>
                <w:szCs w:val="16"/>
              </w:rPr>
              <w:t>N/A</w:t>
            </w:r>
          </w:p>
        </w:tc>
        <w:tc>
          <w:tcPr>
            <w:tcW w:w="1440" w:type="dxa"/>
            <w:tcMar>
              <w:top w:w="55" w:type="dxa"/>
              <w:left w:w="55" w:type="dxa"/>
              <w:bottom w:w="55" w:type="dxa"/>
              <w:right w:w="55" w:type="dxa"/>
            </w:tcMar>
          </w:tcPr>
          <w:p w14:paraId="68053F64" w14:textId="77777777" w:rsidR="002274F0" w:rsidRPr="00050E4A" w:rsidRDefault="00000000">
            <w:pPr>
              <w:rPr>
                <w:szCs w:val="16"/>
              </w:rPr>
            </w:pPr>
            <w:r w:rsidRPr="00050E4A">
              <w:rPr>
                <w:color w:val="C830E8"/>
                <w:szCs w:val="16"/>
              </w:rPr>
              <w:t>Hidden Valley Orchard</w:t>
            </w:r>
            <w:r w:rsidRPr="00050E4A">
              <w:rPr>
                <w:color w:val="C830E8"/>
                <w:szCs w:val="16"/>
              </w:rPr>
              <w:br/>
              <w:t>$10</w:t>
            </w:r>
            <w:r w:rsidRPr="00050E4A">
              <w:rPr>
                <w:color w:val="C830E8"/>
                <w:szCs w:val="16"/>
              </w:rPr>
              <w:br/>
              <w:t>Pack Lunch</w:t>
            </w:r>
          </w:p>
        </w:tc>
      </w:tr>
      <w:tr w:rsidR="002274F0" w:rsidRPr="00050E4A" w14:paraId="37BC7C85" w14:textId="77777777">
        <w:trPr>
          <w:jc w:val="center"/>
        </w:trPr>
        <w:tc>
          <w:tcPr>
            <w:tcW w:w="1080" w:type="dxa"/>
            <w:shd w:val="clear" w:color="auto" w:fill="E7E6E6"/>
            <w:tcMar>
              <w:top w:w="55" w:type="dxa"/>
              <w:left w:w="55" w:type="dxa"/>
              <w:bottom w:w="55" w:type="dxa"/>
              <w:right w:w="55" w:type="dxa"/>
            </w:tcMar>
          </w:tcPr>
          <w:p w14:paraId="276C608E" w14:textId="77777777" w:rsidR="002274F0" w:rsidRPr="00050E4A" w:rsidRDefault="00000000">
            <w:pPr>
              <w:rPr>
                <w:szCs w:val="16"/>
              </w:rPr>
            </w:pPr>
            <w:r w:rsidRPr="00050E4A">
              <w:rPr>
                <w:b/>
                <w:szCs w:val="16"/>
              </w:rPr>
              <w:t>Fri 23</w:t>
            </w:r>
          </w:p>
        </w:tc>
        <w:tc>
          <w:tcPr>
            <w:tcW w:w="3960" w:type="dxa"/>
            <w:tcMar>
              <w:top w:w="55" w:type="dxa"/>
              <w:left w:w="55" w:type="dxa"/>
              <w:bottom w:w="55" w:type="dxa"/>
              <w:right w:w="55" w:type="dxa"/>
            </w:tcMar>
          </w:tcPr>
          <w:p w14:paraId="41ABA4BD" w14:textId="252B78AA" w:rsidR="002274F0" w:rsidRPr="00923167" w:rsidRDefault="00000000">
            <w:pPr>
              <w:spacing w:after="40"/>
              <w:rPr>
                <w:sz w:val="14"/>
                <w:szCs w:val="14"/>
              </w:rPr>
            </w:pPr>
            <w:r w:rsidRPr="00923167">
              <w:rPr>
                <w:b/>
                <w:color w:val="607797"/>
                <w:sz w:val="14"/>
                <w:szCs w:val="14"/>
              </w:rPr>
              <w:t>Bedroom Skills &amp; Making Your Space Comfortable</w:t>
            </w:r>
            <w:r w:rsidR="00784F14">
              <w:rPr>
                <w:sz w:val="14"/>
                <w:szCs w:val="14"/>
              </w:rPr>
              <w:t xml:space="preserve"> </w:t>
            </w:r>
            <w:r w:rsidRPr="00923167">
              <w:rPr>
                <w:b/>
                <w:color w:val="607797"/>
                <w:sz w:val="14"/>
                <w:szCs w:val="14"/>
              </w:rPr>
              <w:t>Life Skills: Bed making, organization, caring for personal space</w:t>
            </w:r>
            <w:r w:rsidR="00784F14">
              <w:rPr>
                <w:sz w:val="14"/>
                <w:szCs w:val="14"/>
              </w:rPr>
              <w:t xml:space="preserve"> </w:t>
            </w:r>
            <w:r w:rsidRPr="00923167">
              <w:rPr>
                <w:b/>
                <w:color w:val="607797"/>
                <w:sz w:val="14"/>
                <w:szCs w:val="14"/>
              </w:rPr>
              <w:t>Circle Time</w:t>
            </w:r>
            <w:r w:rsidR="0074331C">
              <w:rPr>
                <w:sz w:val="14"/>
                <w:szCs w:val="14"/>
              </w:rPr>
              <w:t xml:space="preserve"> </w:t>
            </w:r>
            <w:r w:rsidRPr="00923167">
              <w:rPr>
                <w:color w:val="607797"/>
                <w:sz w:val="14"/>
                <w:szCs w:val="14"/>
              </w:rPr>
              <w:t>Why is it helpful to keep our sleeping space organized? What belongs beside your bed? What can help create a good bedtime environment?</w:t>
            </w:r>
            <w:r w:rsidR="0074331C">
              <w:rPr>
                <w:sz w:val="14"/>
                <w:szCs w:val="14"/>
              </w:rPr>
              <w:t xml:space="preserve"> </w:t>
            </w:r>
            <w:r w:rsidRPr="00923167">
              <w:rPr>
                <w:b/>
                <w:color w:val="607797"/>
                <w:sz w:val="14"/>
                <w:szCs w:val="14"/>
              </w:rPr>
              <w:t>Games &amp; Activities</w:t>
            </w:r>
            <w:r w:rsidR="00923167">
              <w:rPr>
                <w:sz w:val="14"/>
                <w:szCs w:val="14"/>
              </w:rPr>
              <w:t xml:space="preserve"> </w:t>
            </w:r>
            <w:r w:rsidRPr="00923167">
              <w:rPr>
                <w:color w:val="607797"/>
                <w:sz w:val="14"/>
                <w:szCs w:val="14"/>
              </w:rPr>
              <w:t>Make-the-Bed Practice: Use a real bed if available or practice with blankets and pillows on a table. Pillowcase Challenge: Practice putting pillowcases on pillows. Bedroom or Not?: Sort household objects by where they belong. Nightstand Organization: Decide which items are useful to keep nearby. Blanket Folding Challenge: Practice folding different sizes. Bedroom Reset: Create a pretend messy bedroom area and work together to organize it.</w:t>
            </w:r>
          </w:p>
        </w:tc>
        <w:tc>
          <w:tcPr>
            <w:tcW w:w="1440" w:type="dxa"/>
            <w:tcMar>
              <w:top w:w="55" w:type="dxa"/>
              <w:left w:w="55" w:type="dxa"/>
              <w:bottom w:w="55" w:type="dxa"/>
              <w:right w:w="55" w:type="dxa"/>
            </w:tcMar>
          </w:tcPr>
          <w:p w14:paraId="70DBAD17" w14:textId="77777777" w:rsidR="002274F0" w:rsidRPr="00050E4A" w:rsidRDefault="00000000">
            <w:pPr>
              <w:rPr>
                <w:szCs w:val="16"/>
              </w:rPr>
            </w:pPr>
            <w:r w:rsidRPr="00050E4A">
              <w:rPr>
                <w:color w:val="D90000"/>
                <w:szCs w:val="16"/>
              </w:rPr>
              <w:t>Pack Lunch</w:t>
            </w:r>
          </w:p>
        </w:tc>
        <w:tc>
          <w:tcPr>
            <w:tcW w:w="1440" w:type="dxa"/>
            <w:tcMar>
              <w:top w:w="55" w:type="dxa"/>
              <w:left w:w="55" w:type="dxa"/>
              <w:bottom w:w="55" w:type="dxa"/>
              <w:right w:w="55" w:type="dxa"/>
            </w:tcMar>
          </w:tcPr>
          <w:p w14:paraId="368C41AB" w14:textId="77777777" w:rsidR="002274F0" w:rsidRPr="00050E4A" w:rsidRDefault="00000000">
            <w:pPr>
              <w:rPr>
                <w:szCs w:val="16"/>
              </w:rPr>
            </w:pPr>
            <w:r w:rsidRPr="00050E4A">
              <w:rPr>
                <w:color w:val="009B00"/>
                <w:szCs w:val="16"/>
              </w:rPr>
              <w:t>Burger King</w:t>
            </w:r>
          </w:p>
        </w:tc>
        <w:tc>
          <w:tcPr>
            <w:tcW w:w="1440" w:type="dxa"/>
            <w:tcMar>
              <w:top w:w="55" w:type="dxa"/>
              <w:left w:w="55" w:type="dxa"/>
              <w:bottom w:w="55" w:type="dxa"/>
              <w:right w:w="55" w:type="dxa"/>
            </w:tcMar>
          </w:tcPr>
          <w:p w14:paraId="3DC00FC4" w14:textId="77777777" w:rsidR="002274F0" w:rsidRPr="00050E4A" w:rsidRDefault="00000000">
            <w:pPr>
              <w:rPr>
                <w:szCs w:val="16"/>
              </w:rPr>
            </w:pPr>
            <w:r w:rsidRPr="00050E4A">
              <w:rPr>
                <w:color w:val="00B6CE"/>
                <w:szCs w:val="16"/>
              </w:rPr>
              <w:t>Tom’s Maze</w:t>
            </w:r>
            <w:r w:rsidRPr="00050E4A">
              <w:rPr>
                <w:color w:val="00B6CE"/>
                <w:szCs w:val="16"/>
              </w:rPr>
              <w:br/>
              <w:t>Pack Lunch</w:t>
            </w:r>
          </w:p>
        </w:tc>
        <w:tc>
          <w:tcPr>
            <w:tcW w:w="1440" w:type="dxa"/>
            <w:tcMar>
              <w:top w:w="55" w:type="dxa"/>
              <w:left w:w="55" w:type="dxa"/>
              <w:bottom w:w="55" w:type="dxa"/>
              <w:right w:w="55" w:type="dxa"/>
            </w:tcMar>
          </w:tcPr>
          <w:p w14:paraId="0C29B975" w14:textId="77777777" w:rsidR="002274F0" w:rsidRPr="00050E4A" w:rsidRDefault="00000000">
            <w:pPr>
              <w:rPr>
                <w:szCs w:val="16"/>
              </w:rPr>
            </w:pPr>
            <w:r w:rsidRPr="00050E4A">
              <w:rPr>
                <w:color w:val="C830E8"/>
                <w:szCs w:val="16"/>
              </w:rPr>
              <w:t>N/A</w:t>
            </w:r>
          </w:p>
        </w:tc>
      </w:tr>
      <w:tr w:rsidR="002274F0" w:rsidRPr="00050E4A" w14:paraId="40D3441C" w14:textId="77777777">
        <w:trPr>
          <w:jc w:val="center"/>
        </w:trPr>
        <w:tc>
          <w:tcPr>
            <w:tcW w:w="10800" w:type="dxa"/>
            <w:gridSpan w:val="6"/>
            <w:shd w:val="clear" w:color="auto" w:fill="EDE7F3"/>
            <w:tcMar>
              <w:top w:w="55" w:type="dxa"/>
              <w:left w:w="55" w:type="dxa"/>
              <w:bottom w:w="55" w:type="dxa"/>
              <w:right w:w="55" w:type="dxa"/>
            </w:tcMar>
          </w:tcPr>
          <w:p w14:paraId="5501CAF0" w14:textId="77777777" w:rsidR="002274F0" w:rsidRPr="00050E4A" w:rsidRDefault="00000000">
            <w:pPr>
              <w:rPr>
                <w:szCs w:val="16"/>
              </w:rPr>
            </w:pPr>
            <w:r w:rsidRPr="00050E4A">
              <w:rPr>
                <w:b/>
                <w:szCs w:val="16"/>
              </w:rPr>
              <w:t>Week 5   October 26–30</w:t>
            </w:r>
          </w:p>
        </w:tc>
      </w:tr>
      <w:tr w:rsidR="002274F0" w:rsidRPr="00050E4A" w14:paraId="6A24C485" w14:textId="77777777">
        <w:trPr>
          <w:jc w:val="center"/>
        </w:trPr>
        <w:tc>
          <w:tcPr>
            <w:tcW w:w="1080" w:type="dxa"/>
            <w:shd w:val="clear" w:color="auto" w:fill="E7E6E6"/>
            <w:tcMar>
              <w:top w:w="55" w:type="dxa"/>
              <w:left w:w="55" w:type="dxa"/>
              <w:bottom w:w="55" w:type="dxa"/>
              <w:right w:w="55" w:type="dxa"/>
            </w:tcMar>
          </w:tcPr>
          <w:p w14:paraId="03E8C7BC" w14:textId="77777777" w:rsidR="002274F0" w:rsidRPr="00050E4A" w:rsidRDefault="00000000">
            <w:pPr>
              <w:rPr>
                <w:szCs w:val="16"/>
              </w:rPr>
            </w:pPr>
            <w:r w:rsidRPr="00050E4A">
              <w:rPr>
                <w:b/>
                <w:szCs w:val="16"/>
              </w:rPr>
              <w:t>Mon 26</w:t>
            </w:r>
          </w:p>
        </w:tc>
        <w:tc>
          <w:tcPr>
            <w:tcW w:w="3960" w:type="dxa"/>
            <w:tcMar>
              <w:top w:w="55" w:type="dxa"/>
              <w:left w:w="55" w:type="dxa"/>
              <w:bottom w:w="55" w:type="dxa"/>
              <w:right w:w="55" w:type="dxa"/>
            </w:tcMar>
          </w:tcPr>
          <w:p w14:paraId="42C1D249" w14:textId="59D28E12" w:rsidR="002274F0" w:rsidRPr="00FC42F1" w:rsidRDefault="00000000">
            <w:pPr>
              <w:spacing w:after="40"/>
              <w:rPr>
                <w:sz w:val="14"/>
                <w:szCs w:val="14"/>
              </w:rPr>
            </w:pPr>
            <w:r w:rsidRPr="00FC42F1">
              <w:rPr>
                <w:b/>
                <w:color w:val="607797"/>
                <w:sz w:val="14"/>
                <w:szCs w:val="14"/>
              </w:rPr>
              <w:t>Comparing Sizes, Amounts &amp; Everyday Measurements</w:t>
            </w:r>
            <w:r w:rsidR="004E447C">
              <w:rPr>
                <w:sz w:val="14"/>
                <w:szCs w:val="14"/>
              </w:rPr>
              <w:t xml:space="preserve"> </w:t>
            </w:r>
            <w:r w:rsidRPr="00FC42F1">
              <w:rPr>
                <w:b/>
                <w:color w:val="607797"/>
                <w:sz w:val="14"/>
                <w:szCs w:val="14"/>
              </w:rPr>
              <w:t>Life Skills: Practical math, shopping, cooking, household tasks</w:t>
            </w:r>
            <w:r w:rsidR="004E447C">
              <w:rPr>
                <w:sz w:val="14"/>
                <w:szCs w:val="14"/>
              </w:rPr>
              <w:t xml:space="preserve"> </w:t>
            </w:r>
            <w:r w:rsidRPr="00FC42F1">
              <w:rPr>
                <w:b/>
                <w:color w:val="607797"/>
                <w:sz w:val="14"/>
                <w:szCs w:val="14"/>
              </w:rPr>
              <w:t>Circle Time</w:t>
            </w:r>
            <w:r w:rsidR="004E447C">
              <w:rPr>
                <w:sz w:val="14"/>
                <w:szCs w:val="14"/>
              </w:rPr>
              <w:t xml:space="preserve"> </w:t>
            </w:r>
            <w:r w:rsidRPr="00FC42F1">
              <w:rPr>
                <w:color w:val="607797"/>
                <w:sz w:val="14"/>
                <w:szCs w:val="14"/>
              </w:rPr>
              <w:t>Talk about more/less, heavy/light, full/empty, long/short, and where we use measurements in everyday life.</w:t>
            </w:r>
            <w:r w:rsidR="004E447C">
              <w:rPr>
                <w:sz w:val="14"/>
                <w:szCs w:val="14"/>
              </w:rPr>
              <w:t xml:space="preserve"> </w:t>
            </w:r>
            <w:r w:rsidRPr="00FC42F1">
              <w:rPr>
                <w:b/>
                <w:color w:val="607797"/>
                <w:sz w:val="14"/>
                <w:szCs w:val="14"/>
              </w:rPr>
              <w:t>Games &amp; Activities</w:t>
            </w:r>
            <w:r w:rsidR="004E447C">
              <w:rPr>
                <w:sz w:val="14"/>
                <w:szCs w:val="14"/>
              </w:rPr>
              <w:t xml:space="preserve"> </w:t>
            </w:r>
            <w:r w:rsidRPr="00FC42F1">
              <w:rPr>
                <w:color w:val="607797"/>
                <w:sz w:val="14"/>
                <w:szCs w:val="14"/>
              </w:rPr>
              <w:t>Heavy or Light?: Hold safe objects and predict which weighs more. Fill It Up: Practice full, half-full, and empty using cups and water. Which Is Longer?: Compare household objects using rulers or measuring tape. Size Sorting: Sort objects into small, medium, and large. Guess Then Measure: Estimate an object’s length before measuring it. Which Container Holds More?: Compare different cups and containers by filling them with water or dry materials.</w:t>
            </w:r>
          </w:p>
        </w:tc>
        <w:tc>
          <w:tcPr>
            <w:tcW w:w="1440" w:type="dxa"/>
            <w:tcMar>
              <w:top w:w="55" w:type="dxa"/>
              <w:left w:w="55" w:type="dxa"/>
              <w:bottom w:w="55" w:type="dxa"/>
              <w:right w:w="55" w:type="dxa"/>
            </w:tcMar>
          </w:tcPr>
          <w:p w14:paraId="20AD07B3" w14:textId="77777777" w:rsidR="002274F0" w:rsidRPr="00050E4A" w:rsidRDefault="00000000">
            <w:pPr>
              <w:rPr>
                <w:szCs w:val="16"/>
              </w:rPr>
            </w:pPr>
            <w:r w:rsidRPr="00050E4A">
              <w:rPr>
                <w:color w:val="D90000"/>
                <w:szCs w:val="16"/>
              </w:rPr>
              <w:t>Pack Lunch</w:t>
            </w:r>
          </w:p>
        </w:tc>
        <w:tc>
          <w:tcPr>
            <w:tcW w:w="1440" w:type="dxa"/>
            <w:tcMar>
              <w:top w:w="55" w:type="dxa"/>
              <w:left w:w="55" w:type="dxa"/>
              <w:bottom w:w="55" w:type="dxa"/>
              <w:right w:w="55" w:type="dxa"/>
            </w:tcMar>
          </w:tcPr>
          <w:p w14:paraId="290D14F4" w14:textId="77777777" w:rsidR="002274F0" w:rsidRPr="00050E4A" w:rsidRDefault="00000000">
            <w:pPr>
              <w:rPr>
                <w:szCs w:val="16"/>
              </w:rPr>
            </w:pPr>
            <w:r w:rsidRPr="00050E4A">
              <w:rPr>
                <w:color w:val="009B00"/>
                <w:szCs w:val="16"/>
              </w:rPr>
              <w:t>Swim: Taco Bell</w:t>
            </w:r>
            <w:r w:rsidRPr="00050E4A">
              <w:rPr>
                <w:color w:val="009B00"/>
                <w:szCs w:val="16"/>
              </w:rPr>
              <w:br/>
            </w:r>
            <w:r w:rsidRPr="00050E4A">
              <w:rPr>
                <w:color w:val="009B00"/>
                <w:szCs w:val="16"/>
              </w:rPr>
              <w:br/>
              <w:t>Bowling: Gold Star</w:t>
            </w:r>
          </w:p>
        </w:tc>
        <w:tc>
          <w:tcPr>
            <w:tcW w:w="1440" w:type="dxa"/>
            <w:tcMar>
              <w:top w:w="55" w:type="dxa"/>
              <w:left w:w="55" w:type="dxa"/>
              <w:bottom w:w="55" w:type="dxa"/>
              <w:right w:w="55" w:type="dxa"/>
            </w:tcMar>
          </w:tcPr>
          <w:p w14:paraId="75E98D95" w14:textId="77777777" w:rsidR="002274F0" w:rsidRPr="00050E4A" w:rsidRDefault="00000000">
            <w:pPr>
              <w:rPr>
                <w:szCs w:val="16"/>
              </w:rPr>
            </w:pPr>
            <w:r w:rsidRPr="00050E4A">
              <w:rPr>
                <w:color w:val="00B6CE"/>
                <w:szCs w:val="16"/>
              </w:rPr>
              <w:t>N/A</w:t>
            </w:r>
          </w:p>
        </w:tc>
        <w:tc>
          <w:tcPr>
            <w:tcW w:w="1440" w:type="dxa"/>
            <w:tcMar>
              <w:top w:w="55" w:type="dxa"/>
              <w:left w:w="55" w:type="dxa"/>
              <w:bottom w:w="55" w:type="dxa"/>
              <w:right w:w="55" w:type="dxa"/>
            </w:tcMar>
          </w:tcPr>
          <w:p w14:paraId="1BE98F22" w14:textId="77777777" w:rsidR="002274F0" w:rsidRPr="00050E4A" w:rsidRDefault="00000000">
            <w:pPr>
              <w:rPr>
                <w:szCs w:val="16"/>
              </w:rPr>
            </w:pPr>
            <w:r w:rsidRPr="00050E4A">
              <w:rPr>
                <w:color w:val="C830E8"/>
                <w:szCs w:val="16"/>
              </w:rPr>
              <w:t>N/A</w:t>
            </w:r>
          </w:p>
        </w:tc>
      </w:tr>
      <w:tr w:rsidR="002274F0" w:rsidRPr="00050E4A" w14:paraId="0B02E64D" w14:textId="77777777">
        <w:trPr>
          <w:jc w:val="center"/>
        </w:trPr>
        <w:tc>
          <w:tcPr>
            <w:tcW w:w="1080" w:type="dxa"/>
            <w:shd w:val="clear" w:color="auto" w:fill="E7E6E6"/>
            <w:tcMar>
              <w:top w:w="55" w:type="dxa"/>
              <w:left w:w="55" w:type="dxa"/>
              <w:bottom w:w="55" w:type="dxa"/>
              <w:right w:w="55" w:type="dxa"/>
            </w:tcMar>
          </w:tcPr>
          <w:p w14:paraId="1F9412DC" w14:textId="77777777" w:rsidR="002274F0" w:rsidRPr="00050E4A" w:rsidRDefault="00000000">
            <w:pPr>
              <w:rPr>
                <w:szCs w:val="16"/>
              </w:rPr>
            </w:pPr>
            <w:r w:rsidRPr="00050E4A">
              <w:rPr>
                <w:b/>
                <w:szCs w:val="16"/>
              </w:rPr>
              <w:t>Tue 27</w:t>
            </w:r>
          </w:p>
        </w:tc>
        <w:tc>
          <w:tcPr>
            <w:tcW w:w="3960" w:type="dxa"/>
            <w:tcMar>
              <w:top w:w="55" w:type="dxa"/>
              <w:left w:w="55" w:type="dxa"/>
              <w:bottom w:w="55" w:type="dxa"/>
              <w:right w:w="55" w:type="dxa"/>
            </w:tcMar>
          </w:tcPr>
          <w:p w14:paraId="7EBA2D50" w14:textId="7616CF14" w:rsidR="002274F0" w:rsidRPr="00ED3012" w:rsidRDefault="00000000">
            <w:pPr>
              <w:spacing w:after="40"/>
              <w:rPr>
                <w:sz w:val="14"/>
                <w:szCs w:val="14"/>
              </w:rPr>
            </w:pPr>
            <w:r w:rsidRPr="00ED3012">
              <w:rPr>
                <w:b/>
                <w:color w:val="607797"/>
                <w:sz w:val="14"/>
                <w:szCs w:val="14"/>
              </w:rPr>
              <w:t xml:space="preserve">Halloween Monster </w:t>
            </w:r>
            <w:r w:rsidR="004307BC" w:rsidRPr="00ED3012">
              <w:rPr>
                <w:b/>
                <w:color w:val="607797"/>
                <w:sz w:val="14"/>
                <w:szCs w:val="14"/>
              </w:rPr>
              <w:t>Fun</w:t>
            </w:r>
            <w:r w:rsidR="00ED3012">
              <w:rPr>
                <w:sz w:val="14"/>
                <w:szCs w:val="14"/>
              </w:rPr>
              <w:t xml:space="preserve"> </w:t>
            </w:r>
            <w:r w:rsidRPr="00ED3012">
              <w:rPr>
                <w:b/>
                <w:color w:val="607797"/>
                <w:sz w:val="14"/>
                <w:szCs w:val="14"/>
              </w:rPr>
              <w:t>Main Activity: Build-a-Monster Challenge</w:t>
            </w:r>
            <w:r w:rsidR="00ED3012">
              <w:rPr>
                <w:sz w:val="14"/>
                <w:szCs w:val="14"/>
              </w:rPr>
              <w:t xml:space="preserve"> </w:t>
            </w:r>
            <w:r w:rsidRPr="00ED3012">
              <w:rPr>
                <w:color w:val="607797"/>
                <w:sz w:val="14"/>
                <w:szCs w:val="14"/>
              </w:rPr>
              <w:t>Have a large blank monster body on poster board. Prepare ridiculous body parts: 1–5 eyes Different mouths Horns Ears Arms Feet Tails Wings Hats Glasses The individuals direct staff in building one giant group monster. The goal is to make it as ridiculous as possible!</w:t>
            </w:r>
            <w:r w:rsidR="00ED3012">
              <w:rPr>
                <w:sz w:val="14"/>
                <w:szCs w:val="14"/>
              </w:rPr>
              <w:t xml:space="preserve"> </w:t>
            </w:r>
            <w:r w:rsidRPr="00ED3012">
              <w:rPr>
                <w:b/>
                <w:color w:val="607797"/>
                <w:sz w:val="14"/>
                <w:szCs w:val="14"/>
              </w:rPr>
              <w:t>Monster Mash Games</w:t>
            </w:r>
            <w:r w:rsidR="00ED3012">
              <w:rPr>
                <w:sz w:val="14"/>
                <w:szCs w:val="14"/>
              </w:rPr>
              <w:t xml:space="preserve"> </w:t>
            </w:r>
            <w:r w:rsidRPr="00ED3012">
              <w:rPr>
                <w:color w:val="607797"/>
                <w:sz w:val="14"/>
                <w:szCs w:val="14"/>
              </w:rPr>
              <w:t>Eyeball Toss Use ping-pong balls decorated like eyeballs and toss/roll them toward Halloween cups. Feed the Monster Create a cardboard monster with a large mouth and have them toss or place soft objects into it. Halloween Mystery Box Place safe objects inside a box or bag. Let them feel the object and guess what it is. Ideas: Cotton balls Sponge Fake spider Feather Squishy ball Yarn Monster Freeze Dance Play Halloween music. Participants can move any part of their body they’re comfortable moving—or simply tell staff when to stop the music. Halloween Would You Rather? Be a ghost or vampire? Have a pet spider or pet bat? Live in a haunted house or sleep in a graveyard? Have pumpkin hands or skeleton feet? Eat only candy corn or never eat candy again?</w:t>
            </w:r>
            <w:r w:rsidR="00ED3012">
              <w:rPr>
                <w:sz w:val="14"/>
                <w:szCs w:val="14"/>
              </w:rPr>
              <w:t xml:space="preserve"> </w:t>
            </w:r>
            <w:r w:rsidRPr="00ED3012">
              <w:rPr>
                <w:b/>
                <w:color w:val="607797"/>
                <w:sz w:val="14"/>
                <w:szCs w:val="14"/>
              </w:rPr>
              <w:t>Circle Time: Halloween Favorites</w:t>
            </w:r>
            <w:r w:rsidR="00ED3012">
              <w:rPr>
                <w:sz w:val="14"/>
                <w:szCs w:val="14"/>
              </w:rPr>
              <w:t xml:space="preserve"> </w:t>
            </w:r>
            <w:r w:rsidRPr="00ED3012">
              <w:rPr>
                <w:color w:val="607797"/>
                <w:sz w:val="14"/>
                <w:szCs w:val="14"/>
              </w:rPr>
              <w:t>Talk about: Favorite Halloween candy Favorite costumes Funny vs. scary movies Halloween memories What would you dress up as?</w:t>
            </w:r>
          </w:p>
        </w:tc>
        <w:tc>
          <w:tcPr>
            <w:tcW w:w="1440" w:type="dxa"/>
            <w:tcMar>
              <w:top w:w="55" w:type="dxa"/>
              <w:left w:w="55" w:type="dxa"/>
              <w:bottom w:w="55" w:type="dxa"/>
              <w:right w:w="55" w:type="dxa"/>
            </w:tcMar>
          </w:tcPr>
          <w:p w14:paraId="4769549E" w14:textId="77777777" w:rsidR="002274F0" w:rsidRPr="00050E4A" w:rsidRDefault="00000000">
            <w:pPr>
              <w:rPr>
                <w:szCs w:val="16"/>
              </w:rPr>
            </w:pPr>
            <w:r w:rsidRPr="00050E4A">
              <w:rPr>
                <w:color w:val="D90000"/>
                <w:szCs w:val="16"/>
              </w:rPr>
              <w:t>Barn &amp; Bunk</w:t>
            </w:r>
            <w:r w:rsidRPr="00050E4A">
              <w:rPr>
                <w:color w:val="D90000"/>
                <w:szCs w:val="16"/>
              </w:rPr>
              <w:br/>
              <w:t>Richards</w:t>
            </w:r>
          </w:p>
        </w:tc>
        <w:tc>
          <w:tcPr>
            <w:tcW w:w="1440" w:type="dxa"/>
            <w:tcMar>
              <w:top w:w="55" w:type="dxa"/>
              <w:left w:w="55" w:type="dxa"/>
              <w:bottom w:w="55" w:type="dxa"/>
              <w:right w:w="55" w:type="dxa"/>
            </w:tcMar>
          </w:tcPr>
          <w:p w14:paraId="2EE0034C" w14:textId="77777777" w:rsidR="002274F0" w:rsidRPr="00050E4A" w:rsidRDefault="00000000">
            <w:pPr>
              <w:rPr>
                <w:szCs w:val="16"/>
              </w:rPr>
            </w:pPr>
            <w:r w:rsidRPr="00050E4A">
              <w:rPr>
                <w:color w:val="009B00"/>
                <w:szCs w:val="16"/>
              </w:rPr>
              <w:t>Blooms &amp; Berries</w:t>
            </w:r>
            <w:r w:rsidRPr="00050E4A">
              <w:rPr>
                <w:color w:val="009B00"/>
                <w:szCs w:val="16"/>
              </w:rPr>
              <w:br/>
              <w:t>$15</w:t>
            </w:r>
            <w:r w:rsidRPr="00050E4A">
              <w:rPr>
                <w:color w:val="009B00"/>
                <w:szCs w:val="16"/>
              </w:rPr>
              <w:br/>
              <w:t>Pack Lunch</w:t>
            </w:r>
          </w:p>
        </w:tc>
        <w:tc>
          <w:tcPr>
            <w:tcW w:w="1440" w:type="dxa"/>
            <w:tcMar>
              <w:top w:w="55" w:type="dxa"/>
              <w:left w:w="55" w:type="dxa"/>
              <w:bottom w:w="55" w:type="dxa"/>
              <w:right w:w="55" w:type="dxa"/>
            </w:tcMar>
          </w:tcPr>
          <w:p w14:paraId="62EB428A" w14:textId="77777777" w:rsidR="002274F0" w:rsidRPr="00050E4A" w:rsidRDefault="00000000">
            <w:pPr>
              <w:rPr>
                <w:szCs w:val="16"/>
              </w:rPr>
            </w:pPr>
            <w:r w:rsidRPr="00050E4A">
              <w:rPr>
                <w:color w:val="00B6CE"/>
                <w:szCs w:val="16"/>
              </w:rPr>
              <w:t>Tom’s Maze</w:t>
            </w:r>
            <w:r w:rsidRPr="00050E4A">
              <w:rPr>
                <w:color w:val="00B6CE"/>
                <w:szCs w:val="16"/>
              </w:rPr>
              <w:br/>
              <w:t>Pack Lunch</w:t>
            </w:r>
          </w:p>
        </w:tc>
        <w:tc>
          <w:tcPr>
            <w:tcW w:w="1440" w:type="dxa"/>
            <w:tcMar>
              <w:top w:w="55" w:type="dxa"/>
              <w:left w:w="55" w:type="dxa"/>
              <w:bottom w:w="55" w:type="dxa"/>
              <w:right w:w="55" w:type="dxa"/>
            </w:tcMar>
          </w:tcPr>
          <w:p w14:paraId="7664905B" w14:textId="77777777" w:rsidR="002274F0" w:rsidRPr="00050E4A" w:rsidRDefault="00000000">
            <w:pPr>
              <w:rPr>
                <w:szCs w:val="16"/>
              </w:rPr>
            </w:pPr>
            <w:r w:rsidRPr="00050E4A">
              <w:rPr>
                <w:color w:val="C830E8"/>
                <w:szCs w:val="16"/>
              </w:rPr>
              <w:t>N/A</w:t>
            </w:r>
          </w:p>
        </w:tc>
      </w:tr>
      <w:tr w:rsidR="002274F0" w:rsidRPr="00050E4A" w14:paraId="67424561" w14:textId="77777777">
        <w:trPr>
          <w:jc w:val="center"/>
        </w:trPr>
        <w:tc>
          <w:tcPr>
            <w:tcW w:w="1080" w:type="dxa"/>
            <w:shd w:val="clear" w:color="auto" w:fill="E7E6E6"/>
            <w:tcMar>
              <w:top w:w="55" w:type="dxa"/>
              <w:left w:w="55" w:type="dxa"/>
              <w:bottom w:w="55" w:type="dxa"/>
              <w:right w:w="55" w:type="dxa"/>
            </w:tcMar>
          </w:tcPr>
          <w:p w14:paraId="0949D964" w14:textId="77777777" w:rsidR="002274F0" w:rsidRPr="00050E4A" w:rsidRDefault="00000000">
            <w:pPr>
              <w:rPr>
                <w:szCs w:val="16"/>
              </w:rPr>
            </w:pPr>
            <w:r w:rsidRPr="00050E4A">
              <w:rPr>
                <w:b/>
                <w:szCs w:val="16"/>
              </w:rPr>
              <w:t>Wed 28</w:t>
            </w:r>
          </w:p>
        </w:tc>
        <w:tc>
          <w:tcPr>
            <w:tcW w:w="3960" w:type="dxa"/>
            <w:tcMar>
              <w:top w:w="55" w:type="dxa"/>
              <w:left w:w="55" w:type="dxa"/>
              <w:bottom w:w="55" w:type="dxa"/>
              <w:right w:w="55" w:type="dxa"/>
            </w:tcMar>
          </w:tcPr>
          <w:p w14:paraId="7FAC3E11" w14:textId="629434E5" w:rsidR="002274F0" w:rsidRPr="00B3199D" w:rsidRDefault="00000000">
            <w:pPr>
              <w:spacing w:after="40"/>
              <w:rPr>
                <w:sz w:val="14"/>
                <w:szCs w:val="14"/>
              </w:rPr>
            </w:pPr>
            <w:r w:rsidRPr="00B3199D">
              <w:rPr>
                <w:b/>
                <w:color w:val="607797"/>
                <w:sz w:val="14"/>
                <w:szCs w:val="14"/>
              </w:rPr>
              <w:t xml:space="preserve">Halloween Monster </w:t>
            </w:r>
            <w:r w:rsidR="00E6762E" w:rsidRPr="00B3199D">
              <w:rPr>
                <w:b/>
                <w:color w:val="607797"/>
                <w:sz w:val="14"/>
                <w:szCs w:val="14"/>
              </w:rPr>
              <w:t>Fun</w:t>
            </w:r>
            <w:r w:rsidR="00B3199D">
              <w:rPr>
                <w:sz w:val="14"/>
                <w:szCs w:val="14"/>
              </w:rPr>
              <w:t xml:space="preserve"> </w:t>
            </w:r>
            <w:r w:rsidRPr="00B3199D">
              <w:rPr>
                <w:b/>
                <w:color w:val="607797"/>
                <w:sz w:val="14"/>
                <w:szCs w:val="14"/>
              </w:rPr>
              <w:t>Arts &amp; Activities</w:t>
            </w:r>
            <w:r w:rsidR="00B3199D">
              <w:rPr>
                <w:sz w:val="14"/>
                <w:szCs w:val="14"/>
              </w:rPr>
              <w:t xml:space="preserve"> </w:t>
            </w:r>
            <w:r w:rsidRPr="00B3199D">
              <w:rPr>
                <w:color w:val="607797"/>
                <w:sz w:val="14"/>
                <w:szCs w:val="14"/>
              </w:rPr>
              <w:t>Mummy Self-Portraits – Add strips of white paper over a picture/drawing. Cotton Ball Ghosts Decorate Mini Trick-or-Treat Bags Paper Plate Witches Halloween Door Hangers Build-a-Skeleton Craft Create a Halloween Mask Spider Web Yarn Art Halloween Rock Painting Decorate Paper Candy Buckets</w:t>
            </w:r>
            <w:r w:rsidR="00B3199D">
              <w:rPr>
                <w:sz w:val="14"/>
                <w:szCs w:val="14"/>
              </w:rPr>
              <w:t xml:space="preserve"> </w:t>
            </w:r>
            <w:r w:rsidRPr="00B3199D">
              <w:rPr>
                <w:b/>
                <w:color w:val="607797"/>
                <w:sz w:val="14"/>
                <w:szCs w:val="14"/>
              </w:rPr>
              <w:t>Games</w:t>
            </w:r>
            <w:r w:rsidR="00B3199D">
              <w:rPr>
                <w:sz w:val="14"/>
                <w:szCs w:val="14"/>
              </w:rPr>
              <w:t xml:space="preserve"> </w:t>
            </w:r>
            <w:r w:rsidRPr="00B3199D">
              <w:rPr>
                <w:color w:val="607797"/>
                <w:sz w:val="14"/>
                <w:szCs w:val="14"/>
              </w:rPr>
              <w:t>Mummy Wrap Challenge – Wrap a teammate, chair, or stuffed animal with toilet paper. Witch Hat Ring Toss Spider Races – Blow lightweight plastic/paper spiders across a table using straws. Ghost Cup Bowling Candy Corn Toss Skeleton Bone Hunt – Hide paper bones and assemble the skeleton afterward. Halloween Bingo Pumpkin Balloon Keep-Up Witch’s Broom Balloon Sweep – Move balloons across the floor using a broom. Eyeball Pong – Bounce decorated ping-pong balls into cups. Halloween Freeze Dance Pin the Face on the Pumpkin Spider Web Ball Toss – Toss sticky/lightweight balls toward a web target. Candy Guessing Jar Halloween Picture Charades What’s in the Cauldron? – Reach into a covered container and identify mystery objects by touch.</w:t>
            </w:r>
            <w:r w:rsidR="00B3199D">
              <w:rPr>
                <w:sz w:val="14"/>
                <w:szCs w:val="14"/>
              </w:rPr>
              <w:t xml:space="preserve"> </w:t>
            </w:r>
            <w:r w:rsidRPr="00B3199D">
              <w:rPr>
                <w:b/>
                <w:color w:val="607797"/>
                <w:sz w:val="14"/>
                <w:szCs w:val="14"/>
              </w:rPr>
              <w:t>Circle Time – Halloween Fun &amp; Traditions</w:t>
            </w:r>
            <w:r w:rsidR="00B3199D">
              <w:rPr>
                <w:sz w:val="14"/>
                <w:szCs w:val="14"/>
              </w:rPr>
              <w:t xml:space="preserve"> </w:t>
            </w:r>
            <w:r w:rsidRPr="00B3199D">
              <w:rPr>
                <w:color w:val="607797"/>
                <w:sz w:val="14"/>
                <w:szCs w:val="14"/>
              </w:rPr>
              <w:t>Talk about costumes, candy, decorations, favorite Halloween memories, and things that are funny versus scary. Circle Activities: Have a Costume Would You Rather discussion—witch or vampire, superhero or cartoon character, funny costume or scary costume, homemade or store-bought. Then play Halloween A–Z, taking turns naming Halloween/fall words for different letters.</w:t>
            </w:r>
            <w:r w:rsidR="00B3199D">
              <w:rPr>
                <w:sz w:val="14"/>
                <w:szCs w:val="14"/>
              </w:rPr>
              <w:t xml:space="preserve"> </w:t>
            </w:r>
            <w:r w:rsidRPr="00B3199D">
              <w:rPr>
                <w:b/>
                <w:color w:val="607797"/>
                <w:sz w:val="14"/>
                <w:szCs w:val="14"/>
              </w:rPr>
              <w:t>Group Finale</w:t>
            </w:r>
            <w:r w:rsidR="00B3199D">
              <w:rPr>
                <w:sz w:val="14"/>
                <w:szCs w:val="14"/>
              </w:rPr>
              <w:t xml:space="preserve"> </w:t>
            </w:r>
            <w:r w:rsidRPr="00B3199D">
              <w:rPr>
                <w:color w:val="607797"/>
                <w:sz w:val="14"/>
                <w:szCs w:val="14"/>
              </w:rPr>
              <w:t xml:space="preserve">End the day with a Monster Mash Party. Put on </w:t>
            </w:r>
            <w:r w:rsidRPr="00B3199D">
              <w:rPr>
                <w:color w:val="607797"/>
                <w:sz w:val="14"/>
                <w:szCs w:val="14"/>
              </w:rPr>
              <w:lastRenderedPageBreak/>
              <w:t>Halloween music and let everyone dance, use instruments, participate from their seat, or request songs. You could also give out funny awards such as Best Dance Moves, Silliest Monster, Best Halloween Spirit, and Most Creative Craft.</w:t>
            </w:r>
          </w:p>
        </w:tc>
        <w:tc>
          <w:tcPr>
            <w:tcW w:w="1440" w:type="dxa"/>
            <w:tcMar>
              <w:top w:w="55" w:type="dxa"/>
              <w:left w:w="55" w:type="dxa"/>
              <w:bottom w:w="55" w:type="dxa"/>
              <w:right w:w="55" w:type="dxa"/>
            </w:tcMar>
          </w:tcPr>
          <w:p w14:paraId="0DD60EC9" w14:textId="77777777" w:rsidR="002274F0" w:rsidRPr="00050E4A" w:rsidRDefault="00000000">
            <w:pPr>
              <w:rPr>
                <w:szCs w:val="16"/>
              </w:rPr>
            </w:pPr>
            <w:r w:rsidRPr="00050E4A">
              <w:rPr>
                <w:color w:val="D90000"/>
                <w:szCs w:val="16"/>
              </w:rPr>
              <w:lastRenderedPageBreak/>
              <w:t>Cane’s</w:t>
            </w:r>
          </w:p>
        </w:tc>
        <w:tc>
          <w:tcPr>
            <w:tcW w:w="1440" w:type="dxa"/>
            <w:tcMar>
              <w:top w:w="55" w:type="dxa"/>
              <w:left w:w="55" w:type="dxa"/>
              <w:bottom w:w="55" w:type="dxa"/>
              <w:right w:w="55" w:type="dxa"/>
            </w:tcMar>
          </w:tcPr>
          <w:p w14:paraId="6801EB31" w14:textId="77777777" w:rsidR="002274F0" w:rsidRPr="00050E4A" w:rsidRDefault="00000000">
            <w:pPr>
              <w:rPr>
                <w:szCs w:val="16"/>
              </w:rPr>
            </w:pPr>
            <w:r w:rsidRPr="00050E4A">
              <w:rPr>
                <w:color w:val="009B00"/>
                <w:szCs w:val="16"/>
              </w:rPr>
              <w:t>Panda Express</w:t>
            </w:r>
          </w:p>
        </w:tc>
        <w:tc>
          <w:tcPr>
            <w:tcW w:w="1440" w:type="dxa"/>
            <w:tcMar>
              <w:top w:w="55" w:type="dxa"/>
              <w:left w:w="55" w:type="dxa"/>
              <w:bottom w:w="55" w:type="dxa"/>
              <w:right w:w="55" w:type="dxa"/>
            </w:tcMar>
          </w:tcPr>
          <w:p w14:paraId="2CA89D28" w14:textId="77777777" w:rsidR="002274F0" w:rsidRPr="00050E4A" w:rsidRDefault="00000000">
            <w:pPr>
              <w:rPr>
                <w:szCs w:val="16"/>
              </w:rPr>
            </w:pPr>
            <w:r w:rsidRPr="00050E4A">
              <w:rPr>
                <w:color w:val="00B6CE"/>
                <w:szCs w:val="16"/>
              </w:rPr>
              <w:t>Hidden Valley Orchard</w:t>
            </w:r>
            <w:r w:rsidRPr="00050E4A">
              <w:rPr>
                <w:color w:val="00B6CE"/>
                <w:szCs w:val="16"/>
              </w:rPr>
              <w:br/>
              <w:t>$10</w:t>
            </w:r>
            <w:r w:rsidRPr="00050E4A">
              <w:rPr>
                <w:color w:val="00B6CE"/>
                <w:szCs w:val="16"/>
              </w:rPr>
              <w:br/>
              <w:t>Pack Lunch</w:t>
            </w:r>
          </w:p>
        </w:tc>
        <w:tc>
          <w:tcPr>
            <w:tcW w:w="1440" w:type="dxa"/>
            <w:tcMar>
              <w:top w:w="55" w:type="dxa"/>
              <w:left w:w="55" w:type="dxa"/>
              <w:bottom w:w="55" w:type="dxa"/>
              <w:right w:w="55" w:type="dxa"/>
            </w:tcMar>
          </w:tcPr>
          <w:p w14:paraId="5BA1BFA7" w14:textId="77777777" w:rsidR="002274F0" w:rsidRPr="00050E4A" w:rsidRDefault="00000000">
            <w:pPr>
              <w:rPr>
                <w:szCs w:val="16"/>
              </w:rPr>
            </w:pPr>
            <w:r w:rsidRPr="00050E4A">
              <w:rPr>
                <w:color w:val="C830E8"/>
                <w:szCs w:val="16"/>
              </w:rPr>
              <w:t>N/A</w:t>
            </w:r>
          </w:p>
        </w:tc>
      </w:tr>
      <w:tr w:rsidR="002274F0" w:rsidRPr="00050E4A" w14:paraId="1933714B" w14:textId="77777777">
        <w:trPr>
          <w:jc w:val="center"/>
        </w:trPr>
        <w:tc>
          <w:tcPr>
            <w:tcW w:w="1080" w:type="dxa"/>
            <w:shd w:val="clear" w:color="auto" w:fill="E7E6E6"/>
            <w:tcMar>
              <w:top w:w="55" w:type="dxa"/>
              <w:left w:w="55" w:type="dxa"/>
              <w:bottom w:w="55" w:type="dxa"/>
              <w:right w:w="55" w:type="dxa"/>
            </w:tcMar>
          </w:tcPr>
          <w:p w14:paraId="746C80AA" w14:textId="77777777" w:rsidR="002274F0" w:rsidRPr="00050E4A" w:rsidRDefault="00000000">
            <w:pPr>
              <w:rPr>
                <w:szCs w:val="16"/>
              </w:rPr>
            </w:pPr>
            <w:r w:rsidRPr="00050E4A">
              <w:rPr>
                <w:b/>
                <w:szCs w:val="16"/>
              </w:rPr>
              <w:t>Thu 29</w:t>
            </w:r>
          </w:p>
        </w:tc>
        <w:tc>
          <w:tcPr>
            <w:tcW w:w="3960" w:type="dxa"/>
            <w:tcMar>
              <w:top w:w="55" w:type="dxa"/>
              <w:left w:w="55" w:type="dxa"/>
              <w:bottom w:w="55" w:type="dxa"/>
              <w:right w:w="55" w:type="dxa"/>
            </w:tcMar>
          </w:tcPr>
          <w:p w14:paraId="2DCFF236" w14:textId="1ADA3A7B" w:rsidR="002274F0" w:rsidRPr="00B3199D" w:rsidRDefault="00000000">
            <w:pPr>
              <w:spacing w:after="40"/>
              <w:rPr>
                <w:sz w:val="14"/>
                <w:szCs w:val="14"/>
              </w:rPr>
            </w:pPr>
            <w:r w:rsidRPr="00B3199D">
              <w:rPr>
                <w:b/>
                <w:color w:val="607797"/>
                <w:sz w:val="14"/>
                <w:szCs w:val="14"/>
              </w:rPr>
              <w:t>Trick or Treat for a Good Deed</w:t>
            </w:r>
            <w:r w:rsidR="00B3199D">
              <w:rPr>
                <w:sz w:val="14"/>
                <w:szCs w:val="14"/>
              </w:rPr>
              <w:t xml:space="preserve"> </w:t>
            </w:r>
            <w:r w:rsidRPr="00B3199D">
              <w:rPr>
                <w:color w:val="607797"/>
                <w:sz w:val="14"/>
                <w:szCs w:val="14"/>
              </w:rPr>
              <w:t>Focus: A Halloween Community Connections celebration centered around giving rather than receiving. Circle Time: Ask, “What can we give besides candy or money?” Participants might suggest time, friendship, compliments, help, drawings, or smiles. Then play Trick or Treat: Kindness Edition: participants choose a paper pumpkin from a bucket and complete the positive action written on it. Activities: Create Halloween Goodie Bags of Positivity using paper bags—no purchased treats necessary. Fill them with handmade jokes, coloring pages, positive notes, puzzles, and drawings to share with another group. Make Monster Compliment Cards and a large “Routson House Monster of Kindness” poster where everyone contributes one piece. Games: Have a mini Halloween Game Circuit with Pumpkin Bowling (ball + cups), Feed the Monster (toss paper balls into a decorated box), Spider Ring Toss, and Roll-a-Monster—roll a die to determine which body part to draw until everyone has a ridiculous monster.</w:t>
            </w:r>
          </w:p>
        </w:tc>
        <w:tc>
          <w:tcPr>
            <w:tcW w:w="1440" w:type="dxa"/>
            <w:tcMar>
              <w:top w:w="55" w:type="dxa"/>
              <w:left w:w="55" w:type="dxa"/>
              <w:bottom w:w="55" w:type="dxa"/>
              <w:right w:w="55" w:type="dxa"/>
            </w:tcMar>
          </w:tcPr>
          <w:p w14:paraId="1D8BC20F" w14:textId="77777777" w:rsidR="002274F0" w:rsidRPr="00050E4A" w:rsidRDefault="00000000">
            <w:pPr>
              <w:rPr>
                <w:szCs w:val="16"/>
              </w:rPr>
            </w:pPr>
            <w:r w:rsidRPr="00050E4A">
              <w:rPr>
                <w:color w:val="D90000"/>
                <w:szCs w:val="16"/>
              </w:rPr>
              <w:t>Wendy’s</w:t>
            </w:r>
          </w:p>
        </w:tc>
        <w:tc>
          <w:tcPr>
            <w:tcW w:w="1440" w:type="dxa"/>
            <w:tcMar>
              <w:top w:w="55" w:type="dxa"/>
              <w:left w:w="55" w:type="dxa"/>
              <w:bottom w:w="55" w:type="dxa"/>
              <w:right w:w="55" w:type="dxa"/>
            </w:tcMar>
          </w:tcPr>
          <w:p w14:paraId="15A08086" w14:textId="77777777" w:rsidR="002274F0" w:rsidRPr="00050E4A" w:rsidRDefault="00000000">
            <w:pPr>
              <w:rPr>
                <w:szCs w:val="16"/>
              </w:rPr>
            </w:pPr>
            <w:r w:rsidRPr="00050E4A">
              <w:rPr>
                <w:color w:val="009B00"/>
                <w:szCs w:val="16"/>
              </w:rPr>
              <w:t>Burger King</w:t>
            </w:r>
          </w:p>
        </w:tc>
        <w:tc>
          <w:tcPr>
            <w:tcW w:w="1440" w:type="dxa"/>
            <w:tcMar>
              <w:top w:w="55" w:type="dxa"/>
              <w:left w:w="55" w:type="dxa"/>
              <w:bottom w:w="55" w:type="dxa"/>
              <w:right w:w="55" w:type="dxa"/>
            </w:tcMar>
          </w:tcPr>
          <w:p w14:paraId="496F3FF3" w14:textId="77777777" w:rsidR="002274F0" w:rsidRPr="00050E4A" w:rsidRDefault="00000000">
            <w:pPr>
              <w:rPr>
                <w:szCs w:val="16"/>
              </w:rPr>
            </w:pPr>
            <w:r w:rsidRPr="00050E4A">
              <w:rPr>
                <w:color w:val="00B6CE"/>
                <w:szCs w:val="16"/>
              </w:rPr>
              <w:t>N/A</w:t>
            </w:r>
          </w:p>
        </w:tc>
        <w:tc>
          <w:tcPr>
            <w:tcW w:w="1440" w:type="dxa"/>
            <w:tcMar>
              <w:top w:w="55" w:type="dxa"/>
              <w:left w:w="55" w:type="dxa"/>
              <w:bottom w:w="55" w:type="dxa"/>
              <w:right w:w="55" w:type="dxa"/>
            </w:tcMar>
          </w:tcPr>
          <w:p w14:paraId="4BF5365D" w14:textId="77777777" w:rsidR="002274F0" w:rsidRPr="00050E4A" w:rsidRDefault="00000000">
            <w:pPr>
              <w:rPr>
                <w:szCs w:val="16"/>
              </w:rPr>
            </w:pPr>
            <w:r w:rsidRPr="00050E4A">
              <w:rPr>
                <w:color w:val="C830E8"/>
                <w:szCs w:val="16"/>
              </w:rPr>
              <w:t>Lane Library</w:t>
            </w:r>
            <w:r w:rsidRPr="00050E4A">
              <w:rPr>
                <w:color w:val="C830E8"/>
                <w:szCs w:val="16"/>
              </w:rPr>
              <w:br/>
              <w:t>Wendy’s</w:t>
            </w:r>
            <w:r w:rsidRPr="00050E4A">
              <w:rPr>
                <w:color w:val="C830E8"/>
                <w:szCs w:val="16"/>
              </w:rPr>
              <w:br/>
              <w:t>Antique Mall</w:t>
            </w:r>
          </w:p>
        </w:tc>
      </w:tr>
      <w:tr w:rsidR="002274F0" w:rsidRPr="00050E4A" w14:paraId="0B0B108F" w14:textId="77777777">
        <w:trPr>
          <w:jc w:val="center"/>
        </w:trPr>
        <w:tc>
          <w:tcPr>
            <w:tcW w:w="1080" w:type="dxa"/>
            <w:shd w:val="clear" w:color="auto" w:fill="E7E6E6"/>
            <w:tcMar>
              <w:top w:w="55" w:type="dxa"/>
              <w:left w:w="55" w:type="dxa"/>
              <w:bottom w:w="55" w:type="dxa"/>
              <w:right w:w="55" w:type="dxa"/>
            </w:tcMar>
          </w:tcPr>
          <w:p w14:paraId="658E061D" w14:textId="77777777" w:rsidR="002274F0" w:rsidRPr="00050E4A" w:rsidRDefault="00000000">
            <w:pPr>
              <w:rPr>
                <w:szCs w:val="16"/>
              </w:rPr>
            </w:pPr>
            <w:r w:rsidRPr="00050E4A">
              <w:rPr>
                <w:b/>
                <w:szCs w:val="16"/>
              </w:rPr>
              <w:t>Fri 30</w:t>
            </w:r>
          </w:p>
        </w:tc>
        <w:tc>
          <w:tcPr>
            <w:tcW w:w="3960" w:type="dxa"/>
            <w:shd w:val="clear" w:color="auto" w:fill="FCE4D6"/>
            <w:tcMar>
              <w:top w:w="55" w:type="dxa"/>
              <w:left w:w="55" w:type="dxa"/>
              <w:bottom w:w="55" w:type="dxa"/>
              <w:right w:w="55" w:type="dxa"/>
            </w:tcMar>
          </w:tcPr>
          <w:p w14:paraId="148D6566" w14:textId="77777777" w:rsidR="002274F0" w:rsidRPr="00050E4A" w:rsidRDefault="00000000">
            <w:pPr>
              <w:rPr>
                <w:szCs w:val="16"/>
              </w:rPr>
            </w:pPr>
            <w:r w:rsidRPr="00050E4A">
              <w:rPr>
                <w:b/>
                <w:szCs w:val="16"/>
              </w:rPr>
              <w:t>HALLOWEEN PARTY</w:t>
            </w:r>
            <w:r w:rsidRPr="00050E4A">
              <w:rPr>
                <w:b/>
                <w:szCs w:val="16"/>
              </w:rPr>
              <w:br/>
              <w:t>Normal morning activities</w:t>
            </w:r>
            <w:r w:rsidRPr="00050E4A">
              <w:rPr>
                <w:b/>
                <w:szCs w:val="16"/>
              </w:rPr>
              <w:br/>
              <w:t>Pizza lunch and afternoon party</w:t>
            </w:r>
            <w:r w:rsidRPr="00050E4A">
              <w:rPr>
                <w:b/>
                <w:szCs w:val="16"/>
              </w:rPr>
              <w:br/>
              <w:t>$5 for pizza</w:t>
            </w:r>
          </w:p>
        </w:tc>
        <w:tc>
          <w:tcPr>
            <w:tcW w:w="1440" w:type="dxa"/>
            <w:shd w:val="clear" w:color="auto" w:fill="FCE4D6"/>
            <w:tcMar>
              <w:top w:w="55" w:type="dxa"/>
              <w:left w:w="55" w:type="dxa"/>
              <w:bottom w:w="55" w:type="dxa"/>
              <w:right w:w="55" w:type="dxa"/>
            </w:tcMar>
          </w:tcPr>
          <w:p w14:paraId="0F77ABE3" w14:textId="77777777" w:rsidR="002274F0" w:rsidRPr="00050E4A" w:rsidRDefault="00000000">
            <w:pPr>
              <w:rPr>
                <w:szCs w:val="16"/>
              </w:rPr>
            </w:pPr>
            <w:r w:rsidRPr="00050E4A">
              <w:rPr>
                <w:b/>
                <w:color w:val="D90000"/>
                <w:szCs w:val="16"/>
              </w:rPr>
              <w:t>HALLOWEEN PARTY</w:t>
            </w:r>
            <w:r w:rsidRPr="00050E4A">
              <w:rPr>
                <w:b/>
                <w:color w:val="D90000"/>
                <w:szCs w:val="16"/>
              </w:rPr>
              <w:br/>
              <w:t>$5 for pizza</w:t>
            </w:r>
            <w:r w:rsidRPr="00050E4A">
              <w:rPr>
                <w:b/>
                <w:color w:val="D90000"/>
                <w:szCs w:val="16"/>
              </w:rPr>
              <w:br/>
              <w:t>Lunch / afternoon</w:t>
            </w:r>
          </w:p>
        </w:tc>
        <w:tc>
          <w:tcPr>
            <w:tcW w:w="1440" w:type="dxa"/>
            <w:shd w:val="clear" w:color="auto" w:fill="FCE4D6"/>
            <w:tcMar>
              <w:top w:w="55" w:type="dxa"/>
              <w:left w:w="55" w:type="dxa"/>
              <w:bottom w:w="55" w:type="dxa"/>
              <w:right w:w="55" w:type="dxa"/>
            </w:tcMar>
          </w:tcPr>
          <w:p w14:paraId="7D09CEEB" w14:textId="77777777" w:rsidR="002274F0" w:rsidRPr="00050E4A" w:rsidRDefault="00000000">
            <w:pPr>
              <w:rPr>
                <w:szCs w:val="16"/>
              </w:rPr>
            </w:pPr>
            <w:r w:rsidRPr="00050E4A">
              <w:rPr>
                <w:b/>
                <w:color w:val="009B00"/>
                <w:szCs w:val="16"/>
              </w:rPr>
              <w:t>HALLOWEEN PARTY</w:t>
            </w:r>
            <w:r w:rsidRPr="00050E4A">
              <w:rPr>
                <w:b/>
                <w:color w:val="009B00"/>
                <w:szCs w:val="16"/>
              </w:rPr>
              <w:br/>
              <w:t>$5 for pizza</w:t>
            </w:r>
            <w:r w:rsidRPr="00050E4A">
              <w:rPr>
                <w:b/>
                <w:color w:val="009B00"/>
                <w:szCs w:val="16"/>
              </w:rPr>
              <w:br/>
              <w:t>Lunch / afternoon</w:t>
            </w:r>
          </w:p>
        </w:tc>
        <w:tc>
          <w:tcPr>
            <w:tcW w:w="1440" w:type="dxa"/>
            <w:shd w:val="clear" w:color="auto" w:fill="FCE4D6"/>
            <w:tcMar>
              <w:top w:w="55" w:type="dxa"/>
              <w:left w:w="55" w:type="dxa"/>
              <w:bottom w:w="55" w:type="dxa"/>
              <w:right w:w="55" w:type="dxa"/>
            </w:tcMar>
          </w:tcPr>
          <w:p w14:paraId="7C541B0F" w14:textId="77777777" w:rsidR="002274F0" w:rsidRPr="00050E4A" w:rsidRDefault="00000000">
            <w:pPr>
              <w:rPr>
                <w:szCs w:val="16"/>
              </w:rPr>
            </w:pPr>
            <w:r w:rsidRPr="00050E4A">
              <w:rPr>
                <w:b/>
                <w:color w:val="00B6CE"/>
                <w:szCs w:val="16"/>
              </w:rPr>
              <w:t>HALLOWEEN PARTY</w:t>
            </w:r>
            <w:r w:rsidRPr="00050E4A">
              <w:rPr>
                <w:b/>
                <w:color w:val="00B6CE"/>
                <w:szCs w:val="16"/>
              </w:rPr>
              <w:br/>
              <w:t>$5 for pizza</w:t>
            </w:r>
            <w:r w:rsidRPr="00050E4A">
              <w:rPr>
                <w:b/>
                <w:color w:val="00B6CE"/>
                <w:szCs w:val="16"/>
              </w:rPr>
              <w:br/>
              <w:t>Lunch / afternoon</w:t>
            </w:r>
          </w:p>
        </w:tc>
        <w:tc>
          <w:tcPr>
            <w:tcW w:w="1440" w:type="dxa"/>
            <w:shd w:val="clear" w:color="auto" w:fill="FCE4D6"/>
            <w:tcMar>
              <w:top w:w="55" w:type="dxa"/>
              <w:left w:w="55" w:type="dxa"/>
              <w:bottom w:w="55" w:type="dxa"/>
              <w:right w:w="55" w:type="dxa"/>
            </w:tcMar>
          </w:tcPr>
          <w:p w14:paraId="419EFADF" w14:textId="77777777" w:rsidR="002274F0" w:rsidRPr="00050E4A" w:rsidRDefault="00000000">
            <w:pPr>
              <w:rPr>
                <w:szCs w:val="16"/>
              </w:rPr>
            </w:pPr>
            <w:r w:rsidRPr="00050E4A">
              <w:rPr>
                <w:b/>
                <w:color w:val="C830E8"/>
                <w:szCs w:val="16"/>
              </w:rPr>
              <w:t>HALLOWEEN PARTY</w:t>
            </w:r>
            <w:r w:rsidRPr="00050E4A">
              <w:rPr>
                <w:b/>
                <w:color w:val="C830E8"/>
                <w:szCs w:val="16"/>
              </w:rPr>
              <w:br/>
              <w:t>$5 for pizza</w:t>
            </w:r>
            <w:r w:rsidRPr="00050E4A">
              <w:rPr>
                <w:b/>
                <w:color w:val="C830E8"/>
                <w:szCs w:val="16"/>
              </w:rPr>
              <w:br/>
              <w:t>Lunch / afternoon</w:t>
            </w:r>
          </w:p>
        </w:tc>
      </w:tr>
    </w:tbl>
    <w:p w14:paraId="428705BB" w14:textId="77777777" w:rsidR="002274F0" w:rsidRPr="00050E4A" w:rsidRDefault="00000000">
      <w:pPr>
        <w:spacing w:before="120"/>
        <w:rPr>
          <w:szCs w:val="16"/>
        </w:rPr>
      </w:pPr>
      <w:r w:rsidRPr="00050E4A">
        <w:rPr>
          <w:szCs w:val="16"/>
        </w:rPr>
        <w:t>Notes: Pack Lunch means lunch is brought from home. Activities may adjust due to weather or community availability. Blank cells have no outing or lunch listed in the October plans.</w:t>
      </w:r>
    </w:p>
    <w:sectPr w:rsidR="002274F0" w:rsidRPr="00050E4A" w:rsidSect="00034616">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922BBF" w14:textId="77777777" w:rsidR="00BE0C57" w:rsidRDefault="00BE0C57">
      <w:r>
        <w:separator/>
      </w:r>
    </w:p>
  </w:endnote>
  <w:endnote w:type="continuationSeparator" w:id="0">
    <w:p w14:paraId="1BE71783" w14:textId="77777777" w:rsidR="00BE0C57" w:rsidRDefault="00BE0C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MS Gothic">
    <w:panose1 w:val="020B0609070205080204"/>
    <w:charset w:val="80"/>
    <w:family w:val="modern"/>
    <w:pitch w:val="fixed"/>
    <w:sig w:usb0="E00002FF" w:usb1="6AC7FDFB" w:usb2="08000012" w:usb3="00000000" w:csb0="0002009F" w:csb1="00000000"/>
  </w:font>
  <w:font w:name="Courier">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3A0036" w14:textId="77777777" w:rsidR="002274F0" w:rsidRDefault="00000000">
    <w:pPr>
      <w:pStyle w:val="Footer"/>
      <w:jc w:val="right"/>
    </w:pPr>
    <w:r>
      <w:t xml:space="preserve">Ability To Thrive  •  October 2026  •  </w:t>
    </w:r>
    <w:r>
      <w:fldChar w:fldCharType="begin"/>
    </w:r>
    <w:r>
      <w:instrText>PAGE</w:instrText>
    </w:r>
    <w:r>
      <w:fldChar w:fldCharType="separate"/>
    </w:r>
    <w:r w:rsidR="00F3206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456779A" w14:textId="77777777" w:rsidR="00BE0C57" w:rsidRDefault="00BE0C57">
      <w:r>
        <w:separator/>
      </w:r>
    </w:p>
  </w:footnote>
  <w:footnote w:type="continuationSeparator" w:id="0">
    <w:p w14:paraId="5CBB2289" w14:textId="77777777" w:rsidR="00BE0C57" w:rsidRDefault="00BE0C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54836275">
    <w:abstractNumId w:val="8"/>
  </w:num>
  <w:num w:numId="2" w16cid:durableId="352610613">
    <w:abstractNumId w:val="6"/>
  </w:num>
  <w:num w:numId="3" w16cid:durableId="1947620393">
    <w:abstractNumId w:val="5"/>
  </w:num>
  <w:num w:numId="4" w16cid:durableId="67308853">
    <w:abstractNumId w:val="4"/>
  </w:num>
  <w:num w:numId="5" w16cid:durableId="1142622168">
    <w:abstractNumId w:val="7"/>
  </w:num>
  <w:num w:numId="6" w16cid:durableId="679160213">
    <w:abstractNumId w:val="3"/>
  </w:num>
  <w:num w:numId="7" w16cid:durableId="425229321">
    <w:abstractNumId w:val="2"/>
  </w:num>
  <w:num w:numId="8" w16cid:durableId="1958095521">
    <w:abstractNumId w:val="1"/>
  </w:num>
  <w:num w:numId="9" w16cid:durableId="161220170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3"/>
  <w:proofState w:spelling="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0E4A"/>
    <w:rsid w:val="0006063C"/>
    <w:rsid w:val="00066F60"/>
    <w:rsid w:val="00080CAC"/>
    <w:rsid w:val="00144F15"/>
    <w:rsid w:val="0015074B"/>
    <w:rsid w:val="002274F0"/>
    <w:rsid w:val="0029639D"/>
    <w:rsid w:val="00326F90"/>
    <w:rsid w:val="00361A19"/>
    <w:rsid w:val="0038380A"/>
    <w:rsid w:val="004307BC"/>
    <w:rsid w:val="004C35F1"/>
    <w:rsid w:val="004D0D3B"/>
    <w:rsid w:val="004E447C"/>
    <w:rsid w:val="005D26FC"/>
    <w:rsid w:val="005D3D2C"/>
    <w:rsid w:val="00650571"/>
    <w:rsid w:val="006606CD"/>
    <w:rsid w:val="00673157"/>
    <w:rsid w:val="00696A85"/>
    <w:rsid w:val="006B6AB0"/>
    <w:rsid w:val="00711740"/>
    <w:rsid w:val="00732EB3"/>
    <w:rsid w:val="0074331C"/>
    <w:rsid w:val="0075003D"/>
    <w:rsid w:val="00776CFA"/>
    <w:rsid w:val="00784F14"/>
    <w:rsid w:val="007D66BF"/>
    <w:rsid w:val="008A5D25"/>
    <w:rsid w:val="008D313B"/>
    <w:rsid w:val="00901D0E"/>
    <w:rsid w:val="00923167"/>
    <w:rsid w:val="009344C7"/>
    <w:rsid w:val="009F3BDE"/>
    <w:rsid w:val="00A01FB7"/>
    <w:rsid w:val="00A4463D"/>
    <w:rsid w:val="00AA1D8D"/>
    <w:rsid w:val="00B3199D"/>
    <w:rsid w:val="00B47730"/>
    <w:rsid w:val="00B74B8F"/>
    <w:rsid w:val="00BB76B5"/>
    <w:rsid w:val="00BE0C57"/>
    <w:rsid w:val="00C17F54"/>
    <w:rsid w:val="00C515C0"/>
    <w:rsid w:val="00CB0664"/>
    <w:rsid w:val="00CB6194"/>
    <w:rsid w:val="00D278F1"/>
    <w:rsid w:val="00DD3CA1"/>
    <w:rsid w:val="00E6762E"/>
    <w:rsid w:val="00E9282D"/>
    <w:rsid w:val="00EB5E78"/>
    <w:rsid w:val="00EC085A"/>
    <w:rsid w:val="00ED3012"/>
    <w:rsid w:val="00F32062"/>
    <w:rsid w:val="00F76EB5"/>
    <w:rsid w:val="00F7757D"/>
    <w:rsid w:val="00F821FD"/>
    <w:rsid w:val="00F843D0"/>
    <w:rsid w:val="00FC42F1"/>
    <w:rsid w:val="00FC693F"/>
    <w:rsid w:val="00FD39B8"/>
    <w:rsid w:val="00FD53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5E71DED"/>
  <w14:defaultImageDpi w14:val="300"/>
  <w15:docId w15:val="{E28F9F29-C0C2-894E-9A96-0D8F980689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3280</Words>
  <Characters>18696</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21933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Emily Soles</cp:lastModifiedBy>
  <cp:revision>8</cp:revision>
  <dcterms:created xsi:type="dcterms:W3CDTF">2026-09-30T13:12:00Z</dcterms:created>
  <dcterms:modified xsi:type="dcterms:W3CDTF">2026-09-30T13:17:00Z</dcterms:modified>
  <cp:category/>
</cp:coreProperties>
</file>