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853E4F" w14:textId="0FD44910" w:rsidR="0080603D" w:rsidRPr="002E6714" w:rsidRDefault="00FA61CB" w:rsidP="00102448">
      <w:pPr>
        <w:pStyle w:val="Heading1"/>
        <w:jc w:val="center"/>
        <w:rPr>
          <w:color w:val="8064A2" w:themeColor="accent4"/>
          <w:sz w:val="22"/>
          <w:szCs w:val="22"/>
        </w:rPr>
      </w:pPr>
      <w:r>
        <w:rPr>
          <w:color w:val="8064A2" w:themeColor="accent4"/>
          <w:sz w:val="22"/>
          <w:szCs w:val="22"/>
        </w:rPr>
        <w:t>Ability</w:t>
      </w:r>
      <w:r w:rsidR="00BB4D77" w:rsidRPr="002E6714">
        <w:rPr>
          <w:color w:val="8064A2" w:themeColor="accent4"/>
          <w:sz w:val="22"/>
          <w:szCs w:val="22"/>
        </w:rPr>
        <w:t xml:space="preserve"> To Thrive – Monthly Program Calendar</w:t>
      </w:r>
      <w:r w:rsidR="00D02EA7">
        <w:rPr>
          <w:color w:val="8064A2" w:themeColor="accent4"/>
          <w:sz w:val="22"/>
          <w:szCs w:val="22"/>
        </w:rPr>
        <w:t xml:space="preserve"> </w:t>
      </w:r>
    </w:p>
    <w:p w14:paraId="5D0E4498" w14:textId="31971CCB" w:rsidR="00293BEF" w:rsidRPr="008B1C4A" w:rsidRDefault="005D5C1C" w:rsidP="00F37BDB">
      <w:pPr>
        <w:pStyle w:val="Heading2"/>
        <w:spacing w:after="240"/>
        <w:jc w:val="center"/>
        <w:rPr>
          <w:color w:val="8064A2" w:themeColor="accent4"/>
          <w:sz w:val="22"/>
          <w:szCs w:val="22"/>
        </w:rPr>
      </w:pPr>
      <w:r>
        <w:rPr>
          <w:color w:val="8064A2" w:themeColor="accent4"/>
          <w:sz w:val="22"/>
          <w:szCs w:val="22"/>
        </w:rPr>
        <w:t>Ju</w:t>
      </w:r>
      <w:r w:rsidR="00691A2C">
        <w:rPr>
          <w:color w:val="8064A2" w:themeColor="accent4"/>
          <w:sz w:val="22"/>
          <w:szCs w:val="22"/>
        </w:rPr>
        <w:t>ly</w:t>
      </w:r>
      <w:r w:rsidR="00FA61CB">
        <w:rPr>
          <w:color w:val="8064A2" w:themeColor="accent4"/>
          <w:sz w:val="22"/>
          <w:szCs w:val="22"/>
        </w:rPr>
        <w:t xml:space="preserve"> </w:t>
      </w:r>
      <w:r w:rsidR="002E3EB5" w:rsidRPr="002E6714">
        <w:rPr>
          <w:color w:val="8064A2" w:themeColor="accent4"/>
          <w:sz w:val="22"/>
          <w:szCs w:val="22"/>
        </w:rPr>
        <w:t>2026</w:t>
      </w:r>
    </w:p>
    <w:p w14:paraId="2093F357" w14:textId="0D0F20FA" w:rsidR="00FC72C9" w:rsidRPr="002E5418" w:rsidRDefault="002E5418" w:rsidP="00FC72C9">
      <w:pPr>
        <w:spacing w:after="240"/>
        <w:jc w:val="center"/>
        <w:rPr>
          <w:color w:val="F748F0"/>
        </w:rPr>
      </w:pPr>
      <w:r>
        <w:rPr>
          <w:color w:val="F748F0"/>
        </w:rPr>
        <w:t xml:space="preserve">MEMBERS OF THE MONTH: </w:t>
      </w:r>
      <w:r w:rsidR="00283611">
        <w:rPr>
          <w:color w:val="F748F0"/>
        </w:rPr>
        <w:t xml:space="preserve"> </w:t>
      </w:r>
      <w:r w:rsidR="00666A72">
        <w:rPr>
          <w:color w:val="F748F0"/>
        </w:rPr>
        <w:t xml:space="preserve">Micheal McElligott &amp; </w:t>
      </w:r>
      <w:r w:rsidR="00202D5B">
        <w:rPr>
          <w:color w:val="F748F0"/>
        </w:rPr>
        <w:t xml:space="preserve">Jocelyn (Jojo) </w:t>
      </w:r>
      <w:r w:rsidR="004D3FCA">
        <w:rPr>
          <w:color w:val="F748F0"/>
        </w:rPr>
        <w:t>Allison</w:t>
      </w:r>
    </w:p>
    <w:tbl>
      <w:tblPr>
        <w:tblStyle w:val="TableGrid"/>
        <w:tblW w:w="11018" w:type="dxa"/>
        <w:tblLook w:val="04A0" w:firstRow="1" w:lastRow="0" w:firstColumn="1" w:lastColumn="0" w:noHBand="0" w:noVBand="1"/>
      </w:tblPr>
      <w:tblGrid>
        <w:gridCol w:w="1414"/>
        <w:gridCol w:w="3558"/>
        <w:gridCol w:w="1621"/>
        <w:gridCol w:w="1531"/>
        <w:gridCol w:w="1441"/>
        <w:gridCol w:w="1453"/>
      </w:tblGrid>
      <w:tr w:rsidR="00326F46" w:rsidRPr="00FE7940" w14:paraId="652F7AE2" w14:textId="77777777" w:rsidTr="00E70BAE">
        <w:trPr>
          <w:trHeight w:val="167"/>
        </w:trPr>
        <w:tc>
          <w:tcPr>
            <w:tcW w:w="1414" w:type="dxa"/>
          </w:tcPr>
          <w:p w14:paraId="2F326B92" w14:textId="59940EDF" w:rsidR="0080603D" w:rsidRPr="00FE7940" w:rsidRDefault="00102448" w:rsidP="00F37BDB">
            <w:pPr>
              <w:rPr>
                <w:b/>
                <w:bCs/>
                <w:sz w:val="16"/>
                <w:szCs w:val="16"/>
              </w:rPr>
            </w:pPr>
            <w:r w:rsidRPr="00FE7940">
              <w:rPr>
                <w:b/>
                <w:bCs/>
                <w:sz w:val="16"/>
                <w:szCs w:val="16"/>
              </w:rPr>
              <w:t>Week 1</w:t>
            </w:r>
          </w:p>
        </w:tc>
        <w:tc>
          <w:tcPr>
            <w:tcW w:w="3558" w:type="dxa"/>
            <w:shd w:val="clear" w:color="auto" w:fill="FFFFFF" w:themeFill="background1"/>
          </w:tcPr>
          <w:p w14:paraId="3C5593CF" w14:textId="3A52525E" w:rsidR="0080603D" w:rsidRPr="000F633A" w:rsidRDefault="0080603D" w:rsidP="00F37BDB">
            <w:pPr>
              <w:rPr>
                <w:b/>
                <w:color w:val="FFFF00"/>
                <w:sz w:val="16"/>
                <w:szCs w:val="16"/>
                <w:highlight w:val="lightGray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3A1448E3" w14:textId="7860F2DF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373CFA64" w14:textId="17A38CE5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95EA492" w14:textId="43E3DD09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EDC517F" w14:textId="4ABCB11F" w:rsidR="0080603D" w:rsidRPr="00FE7940" w:rsidRDefault="0080603D" w:rsidP="00F37BD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26F46" w:rsidRPr="00FE7940" w14:paraId="70A2C04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15A4E4DF" w14:textId="3561D54D" w:rsidR="00102448" w:rsidRPr="00FE7940" w:rsidRDefault="00102448" w:rsidP="00102448">
            <w:pPr>
              <w:rPr>
                <w:b/>
                <w:bCs/>
                <w:sz w:val="16"/>
                <w:szCs w:val="16"/>
              </w:rPr>
            </w:pPr>
            <w:r w:rsidRPr="00FE7940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3558" w:type="dxa"/>
            <w:shd w:val="clear" w:color="auto" w:fill="FFFFFF" w:themeFill="background1"/>
          </w:tcPr>
          <w:p w14:paraId="71ECF568" w14:textId="0540AF63" w:rsidR="00102448" w:rsidRPr="00600FBB" w:rsidRDefault="00102448" w:rsidP="00102448">
            <w:pPr>
              <w:jc w:val="center"/>
              <w:rPr>
                <w:b/>
                <w:color w:val="5E718B"/>
                <w:sz w:val="16"/>
                <w:szCs w:val="16"/>
              </w:rPr>
            </w:pPr>
            <w:proofErr w:type="spellStart"/>
            <w:r w:rsidRPr="00600FBB">
              <w:rPr>
                <w:b/>
                <w:color w:val="5E718B"/>
                <w:sz w:val="16"/>
                <w:szCs w:val="16"/>
              </w:rPr>
              <w:t>Routson</w:t>
            </w:r>
            <w:proofErr w:type="spellEnd"/>
            <w:r w:rsidRPr="00600FBB">
              <w:rPr>
                <w:b/>
                <w:color w:val="5E718B"/>
                <w:sz w:val="16"/>
                <w:szCs w:val="16"/>
              </w:rPr>
              <w:t xml:space="preserve"> House / Life Skills</w:t>
            </w:r>
          </w:p>
        </w:tc>
        <w:tc>
          <w:tcPr>
            <w:tcW w:w="1621" w:type="dxa"/>
            <w:shd w:val="clear" w:color="auto" w:fill="FFFFFF" w:themeFill="background1"/>
          </w:tcPr>
          <w:p w14:paraId="2A8F920A" w14:textId="1D951639" w:rsidR="00102448" w:rsidRPr="00DA1344" w:rsidRDefault="00102448" w:rsidP="00102448">
            <w:pPr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DA1344">
              <w:rPr>
                <w:b/>
                <w:bCs/>
                <w:color w:val="C00000"/>
                <w:sz w:val="16"/>
                <w:szCs w:val="16"/>
              </w:rPr>
              <w:t>Fairfield Planet Fitness</w:t>
            </w:r>
          </w:p>
        </w:tc>
        <w:tc>
          <w:tcPr>
            <w:tcW w:w="1531" w:type="dxa"/>
            <w:shd w:val="clear" w:color="auto" w:fill="FFFFFF" w:themeFill="background1"/>
          </w:tcPr>
          <w:p w14:paraId="60E25BD4" w14:textId="7B825774" w:rsidR="00102448" w:rsidRPr="00F749A6" w:rsidRDefault="00102448" w:rsidP="00102448">
            <w:pPr>
              <w:jc w:val="center"/>
              <w:rPr>
                <w:b/>
                <w:bCs/>
                <w:color w:val="11D329"/>
                <w:sz w:val="16"/>
                <w:szCs w:val="16"/>
              </w:rPr>
            </w:pPr>
            <w:r w:rsidRPr="00F749A6">
              <w:rPr>
                <w:b/>
                <w:bCs/>
                <w:color w:val="11D329"/>
                <w:sz w:val="16"/>
                <w:szCs w:val="16"/>
              </w:rPr>
              <w:t>Hamilton Planet Fitness</w:t>
            </w:r>
          </w:p>
        </w:tc>
        <w:tc>
          <w:tcPr>
            <w:tcW w:w="1441" w:type="dxa"/>
            <w:shd w:val="clear" w:color="auto" w:fill="FFFFFF" w:themeFill="background1"/>
          </w:tcPr>
          <w:p w14:paraId="66E9B7D1" w14:textId="5261F9AC" w:rsidR="00102448" w:rsidRPr="00047A67" w:rsidRDefault="00102448" w:rsidP="00102448">
            <w:pPr>
              <w:jc w:val="center"/>
              <w:rPr>
                <w:b/>
                <w:bCs/>
                <w:color w:val="0FD7F1"/>
                <w:sz w:val="16"/>
                <w:szCs w:val="16"/>
              </w:rPr>
            </w:pPr>
            <w:r w:rsidRPr="00047A67">
              <w:rPr>
                <w:b/>
                <w:bCs/>
                <w:color w:val="0FD7F1"/>
                <w:sz w:val="16"/>
                <w:szCs w:val="16"/>
              </w:rPr>
              <w:t>Day Outing Group</w:t>
            </w:r>
          </w:p>
        </w:tc>
        <w:tc>
          <w:tcPr>
            <w:tcW w:w="1453" w:type="dxa"/>
            <w:shd w:val="clear" w:color="auto" w:fill="FFFFFF" w:themeFill="background1"/>
          </w:tcPr>
          <w:p w14:paraId="2F3DCB08" w14:textId="13B41121" w:rsidR="00102448" w:rsidRPr="00FE5F22" w:rsidRDefault="00102448" w:rsidP="00102448">
            <w:pPr>
              <w:jc w:val="center"/>
              <w:rPr>
                <w:b/>
                <w:bCs/>
                <w:color w:val="C438F0"/>
                <w:sz w:val="16"/>
                <w:szCs w:val="16"/>
              </w:rPr>
            </w:pPr>
            <w:r w:rsidRPr="00FE5F22">
              <w:rPr>
                <w:b/>
                <w:bCs/>
                <w:color w:val="C438F0"/>
                <w:sz w:val="16"/>
                <w:szCs w:val="16"/>
              </w:rPr>
              <w:t>Educational Day Group</w:t>
            </w:r>
          </w:p>
        </w:tc>
      </w:tr>
      <w:tr w:rsidR="00326F46" w14:paraId="1773B336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98A12C8" w14:textId="388B8FC0" w:rsidR="00615F0E" w:rsidRPr="00CB55CE" w:rsidRDefault="00017874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15F0E" w:rsidRPr="00CB55CE">
              <w:rPr>
                <w:b/>
                <w:bCs/>
                <w:sz w:val="16"/>
                <w:szCs w:val="16"/>
              </w:rPr>
              <w:t>Mon</w:t>
            </w:r>
            <w:r w:rsidR="00FD6D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58" w:type="dxa"/>
            <w:shd w:val="clear" w:color="auto" w:fill="FFFFFF" w:themeFill="background1"/>
          </w:tcPr>
          <w:p w14:paraId="70FF64F6" w14:textId="50BAA5DA" w:rsidR="00615F0E" w:rsidRPr="002B175A" w:rsidRDefault="00615F0E" w:rsidP="006F6F16">
            <w:pPr>
              <w:pStyle w:val="p1"/>
              <w:rPr>
                <w:b/>
                <w:bCs/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10D11733" w14:textId="4169FA22" w:rsidR="00615F0E" w:rsidRPr="000F6503" w:rsidRDefault="00615F0E" w:rsidP="00A946C3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4073AD4F" w14:textId="4757E577" w:rsidR="0017324B" w:rsidRPr="00772031" w:rsidRDefault="0017324B" w:rsidP="00152463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0CC88DD" w14:textId="52908F87" w:rsidR="00615F0E" w:rsidRPr="00047A67" w:rsidRDefault="00615F0E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31AB65F8" w14:textId="29ECC6F2" w:rsidR="00615F0E" w:rsidRPr="00FE5F22" w:rsidRDefault="00615F0E" w:rsidP="00102448">
            <w:pPr>
              <w:jc w:val="center"/>
              <w:rPr>
                <w:color w:val="C438F0"/>
              </w:rPr>
            </w:pPr>
          </w:p>
        </w:tc>
      </w:tr>
      <w:tr w:rsidR="00326F46" w14:paraId="7EA78CFB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CAEE978" w14:textId="58D5212A" w:rsidR="00615F0E" w:rsidRPr="00CB55CE" w:rsidRDefault="00615F0E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Tues</w:t>
            </w:r>
            <w:r w:rsidR="00FD6D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58" w:type="dxa"/>
            <w:shd w:val="clear" w:color="auto" w:fill="FFFFFF" w:themeFill="background1"/>
          </w:tcPr>
          <w:p w14:paraId="6D3F8C0A" w14:textId="67529911" w:rsidR="00615F0E" w:rsidRPr="00BF2824" w:rsidRDefault="00615F0E" w:rsidP="00BF2824">
            <w:pPr>
              <w:pStyle w:val="p1"/>
              <w:rPr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39EC479B" w14:textId="783C0CD5" w:rsidR="00763F2A" w:rsidRPr="00DA1344" w:rsidRDefault="00763F2A" w:rsidP="00D75484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3883D568" w14:textId="094F6029" w:rsidR="00341372" w:rsidRPr="00F749A6" w:rsidRDefault="00341372" w:rsidP="00741E14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49ED74A" w14:textId="72053BCC" w:rsidR="00BA2031" w:rsidRPr="00772031" w:rsidRDefault="00BA2031" w:rsidP="00B30E91">
            <w:pPr>
              <w:rPr>
                <w:color w:val="0FD7F1"/>
                <w:sz w:val="14"/>
                <w:szCs w:val="14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4CB609EC" w14:textId="59B39036" w:rsidR="00615F0E" w:rsidRPr="00FE5F22" w:rsidRDefault="00615F0E" w:rsidP="00772031">
            <w:pPr>
              <w:rPr>
                <w:color w:val="C438F0"/>
              </w:rPr>
            </w:pPr>
          </w:p>
        </w:tc>
      </w:tr>
      <w:tr w:rsidR="00326F46" w14:paraId="1F429F8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30BA0B5" w14:textId="03663116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Wed </w:t>
            </w:r>
            <w:r w:rsidR="00845B8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58" w:type="dxa"/>
            <w:shd w:val="clear" w:color="auto" w:fill="FFFFFF" w:themeFill="background1"/>
          </w:tcPr>
          <w:p w14:paraId="30210F41" w14:textId="17E1254E" w:rsidR="00485749" w:rsidRPr="00BC3C45" w:rsidRDefault="0043789A" w:rsidP="00345832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BC3C45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>Summer Picnic Day</w:t>
            </w:r>
            <w:r w:rsidR="00345832" w:rsidRPr="00BC3C45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! </w:t>
            </w:r>
            <w:r w:rsidRPr="00BC3C45">
              <w:rPr>
                <w:b/>
                <w:bCs/>
                <w:color w:val="5E718B"/>
                <w:sz w:val="14"/>
                <w:szCs w:val="14"/>
              </w:rPr>
              <w:t>Theme:</w:t>
            </w:r>
            <w:r w:rsidRPr="00BC3C45">
              <w:rPr>
                <w:color w:val="5E718B"/>
                <w:sz w:val="14"/>
                <w:szCs w:val="14"/>
              </w:rPr>
              <w:t xml:space="preserve"> Summer fun, food, and friendship</w:t>
            </w:r>
            <w:r w:rsidR="00345832" w:rsidRPr="00BC3C45">
              <w:rPr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 Activities</w:t>
            </w:r>
            <w:r w:rsidR="00345832"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Design your dream picnic blanket</w:t>
            </w:r>
            <w:r w:rsidR="00345832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 xml:space="preserve">Watermelon paper plate craft </w:t>
            </w:r>
            <w:r w:rsidRPr="00BC3C45">
              <w:rPr>
                <w:rFonts w:ascii="Apple Color Emoji" w:eastAsia="Times New Roman" w:hAnsi="Apple Color Emoji" w:cs="Apple Color Emoji"/>
                <w:color w:val="5E718B"/>
                <w:sz w:val="14"/>
                <w:szCs w:val="14"/>
              </w:rPr>
              <w:t>🍉</w:t>
            </w:r>
            <w:r w:rsidR="00FA7808" w:rsidRPr="00BC3C45">
              <w:rPr>
                <w:rFonts w:ascii="Cambria" w:eastAsia="Times New Roman" w:hAnsi="Cambria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Picnic basket collage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Summer food coloring posters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Decorate reusable drink cups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FA7808"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Picnic Item Memory Game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Hot Potato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Food Bingo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Picnic Basket Relay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Summer Charades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Fruit &amp; Vegetable Sorting Game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Beach Ball Questions</w:t>
            </w:r>
            <w:r w:rsidR="00FA7808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BC3C4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</w:t>
            </w:r>
            <w:r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</w:t>
            </w:r>
            <w:r w:rsidR="00FA7808"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BC3C45">
              <w:rPr>
                <w:b/>
                <w:bCs/>
                <w:color w:val="5E718B"/>
                <w:sz w:val="14"/>
                <w:szCs w:val="14"/>
              </w:rPr>
              <w:t>Topic:</w:t>
            </w:r>
            <w:r w:rsidRPr="00BC3C45">
              <w:rPr>
                <w:color w:val="5E718B"/>
                <w:sz w:val="14"/>
                <w:szCs w:val="14"/>
              </w:rPr>
              <w:t xml:space="preserve"> Summer Favorites</w:t>
            </w:r>
            <w:r w:rsidR="00FA7808" w:rsidRPr="00BC3C45">
              <w:rPr>
                <w:color w:val="5E718B"/>
                <w:sz w:val="14"/>
                <w:szCs w:val="14"/>
              </w:rPr>
              <w:t xml:space="preserve">: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Favorite summer food?</w:t>
            </w:r>
            <w:r w:rsidR="001709CA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Favorite outdoor activity?</w:t>
            </w:r>
            <w:r w:rsidR="001709CA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What makes a good picnic?</w:t>
            </w:r>
            <w:r w:rsidR="001709CA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BC3C45">
              <w:rPr>
                <w:rFonts w:eastAsia="Times New Roman"/>
                <w:color w:val="5E718B"/>
                <w:sz w:val="14"/>
                <w:szCs w:val="14"/>
              </w:rPr>
              <w:t>Share a favorite summer memory.</w:t>
            </w:r>
            <w:r w:rsidR="001709CA" w:rsidRPr="00BC3C4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DC3E0A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Summer bucket list workshop </w:t>
            </w:r>
            <w:r w:rsidR="00FF2B51" w:rsidRPr="00BC3C4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w/ </w:t>
            </w:r>
            <w:r w:rsidR="008F46CB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ms Holly</w:t>
            </w:r>
          </w:p>
        </w:tc>
        <w:tc>
          <w:tcPr>
            <w:tcW w:w="1621" w:type="dxa"/>
            <w:shd w:val="clear" w:color="auto" w:fill="FFFFFF" w:themeFill="background1"/>
          </w:tcPr>
          <w:p w14:paraId="7F52FFBC" w14:textId="10CE8448" w:rsidR="00485749" w:rsidRPr="00DA1344" w:rsidRDefault="00A30419" w:rsidP="00DB55B6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2E29C84F" w14:textId="4DAE94F8" w:rsidR="00485749" w:rsidRPr="00F749A6" w:rsidRDefault="0027233A" w:rsidP="007B6122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Wendys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13F63FAA" w14:textId="6512EEF9" w:rsidR="009B4CF6" w:rsidRPr="00047A67" w:rsidRDefault="00721FF7" w:rsidP="001C6C51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Jungle </w:t>
            </w:r>
            <w:r w:rsidR="00E2616C">
              <w:rPr>
                <w:color w:val="0FD7F1"/>
                <w:sz w:val="14"/>
                <w:szCs w:val="14"/>
              </w:rPr>
              <w:t>Jim’s</w:t>
            </w:r>
            <w:r w:rsidR="00D01304">
              <w:rPr>
                <w:color w:val="0FD7F1"/>
                <w:sz w:val="14"/>
                <w:szCs w:val="14"/>
              </w:rPr>
              <w:t xml:space="preserve">, </w:t>
            </w:r>
            <w:proofErr w:type="spellStart"/>
            <w:r w:rsidR="00D01304">
              <w:rPr>
                <w:color w:val="0FD7F1"/>
                <w:sz w:val="14"/>
                <w:szCs w:val="14"/>
              </w:rPr>
              <w:t>cicis</w:t>
            </w:r>
            <w:proofErr w:type="spellEnd"/>
            <w:r w:rsidR="00507FB3">
              <w:rPr>
                <w:color w:val="0FD7F1"/>
                <w:sz w:val="14"/>
                <w:szCs w:val="14"/>
              </w:rPr>
              <w:t xml:space="preserve">, </w:t>
            </w:r>
            <w:r w:rsidR="0025723F">
              <w:rPr>
                <w:color w:val="0FD7F1"/>
                <w:sz w:val="14"/>
                <w:szCs w:val="14"/>
              </w:rPr>
              <w:t>antique mall</w:t>
            </w:r>
          </w:p>
        </w:tc>
        <w:tc>
          <w:tcPr>
            <w:tcW w:w="1453" w:type="dxa"/>
            <w:shd w:val="clear" w:color="auto" w:fill="FFFFFF" w:themeFill="background1"/>
          </w:tcPr>
          <w:p w14:paraId="68F522BD" w14:textId="365537D9" w:rsidR="00485749" w:rsidRPr="00FE5F22" w:rsidRDefault="00F84856" w:rsidP="00102448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326F46" w14:paraId="4DD3E29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05A5239" w14:textId="20838CE9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Thur </w:t>
            </w:r>
            <w:r w:rsidR="008B18F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58" w:type="dxa"/>
            <w:shd w:val="clear" w:color="auto" w:fill="FFFFFF" w:themeFill="background1"/>
          </w:tcPr>
          <w:p w14:paraId="44112B66" w14:textId="1E27ACF4" w:rsidR="00485749" w:rsidRPr="004548BA" w:rsidRDefault="0040053C" w:rsidP="004548BA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>FIELD DAY</w:t>
            </w:r>
          </w:p>
        </w:tc>
        <w:tc>
          <w:tcPr>
            <w:tcW w:w="1621" w:type="dxa"/>
            <w:shd w:val="clear" w:color="auto" w:fill="FFFFFF" w:themeFill="background1"/>
          </w:tcPr>
          <w:p w14:paraId="61BAC7F6" w14:textId="20E8BFCB" w:rsidR="00DF354A" w:rsidRPr="00DA1344" w:rsidRDefault="0040053C" w:rsidP="00F17D32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FIELD DAY</w:t>
            </w:r>
          </w:p>
        </w:tc>
        <w:tc>
          <w:tcPr>
            <w:tcW w:w="1531" w:type="dxa"/>
            <w:shd w:val="clear" w:color="auto" w:fill="FFFFFF" w:themeFill="background1"/>
          </w:tcPr>
          <w:p w14:paraId="55961563" w14:textId="5ABB1859" w:rsidR="00DF354A" w:rsidRPr="00F749A6" w:rsidRDefault="0040053C" w:rsidP="004D4C96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FIELD DAY</w:t>
            </w:r>
          </w:p>
        </w:tc>
        <w:tc>
          <w:tcPr>
            <w:tcW w:w="1441" w:type="dxa"/>
            <w:shd w:val="clear" w:color="auto" w:fill="FFFFFF" w:themeFill="background1"/>
          </w:tcPr>
          <w:p w14:paraId="79BF5BD1" w14:textId="1AC231D5" w:rsidR="00485749" w:rsidRPr="00047A67" w:rsidRDefault="00F84856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3D324D7F" w14:textId="263CAF2C" w:rsidR="000F1A62" w:rsidRPr="00FE5F22" w:rsidRDefault="00A43F3F" w:rsidP="008801D7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FIELD</w:t>
            </w:r>
            <w:r w:rsidR="00451692">
              <w:rPr>
                <w:color w:val="C438F0"/>
                <w:sz w:val="14"/>
                <w:szCs w:val="14"/>
              </w:rPr>
              <w:t xml:space="preserve"> DAY</w:t>
            </w:r>
          </w:p>
        </w:tc>
      </w:tr>
      <w:tr w:rsidR="00326F46" w14:paraId="0005227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0C233013" w14:textId="27CFB96B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 w:rsidR="008B18F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58" w:type="dxa"/>
            <w:shd w:val="clear" w:color="auto" w:fill="FFFFFF" w:themeFill="background1"/>
          </w:tcPr>
          <w:p w14:paraId="3CF7FB08" w14:textId="10FAAA2B" w:rsidR="00485749" w:rsidRPr="004E7906" w:rsidRDefault="008B18F7" w:rsidP="0076791E">
            <w:pPr>
              <w:pStyle w:val="p1"/>
              <w:rPr>
                <w:b/>
                <w:bCs/>
                <w:color w:val="5E718B"/>
                <w:sz w:val="14"/>
                <w:szCs w:val="14"/>
              </w:rPr>
            </w:pPr>
            <w:r>
              <w:rPr>
                <w:b/>
                <w:bCs/>
                <w:color w:val="5E718B"/>
                <w:sz w:val="14"/>
                <w:szCs w:val="14"/>
              </w:rPr>
              <w:t>Cl</w:t>
            </w:r>
            <w:r w:rsidR="0010008B">
              <w:rPr>
                <w:b/>
                <w:bCs/>
                <w:color w:val="5E718B"/>
                <w:sz w:val="14"/>
                <w:szCs w:val="14"/>
              </w:rPr>
              <w:t>osed for</w:t>
            </w:r>
            <w:r w:rsidR="00AD4432">
              <w:rPr>
                <w:b/>
                <w:bCs/>
                <w:color w:val="5E718B"/>
                <w:sz w:val="14"/>
                <w:szCs w:val="14"/>
              </w:rPr>
              <w:t xml:space="preserve"> 4</w:t>
            </w:r>
            <w:r w:rsidR="006D1AFD" w:rsidRPr="00AD4432">
              <w:rPr>
                <w:b/>
                <w:bCs/>
                <w:color w:val="5E718B"/>
                <w:sz w:val="14"/>
                <w:szCs w:val="14"/>
                <w:vertAlign w:val="superscript"/>
              </w:rPr>
              <w:t>th</w:t>
            </w:r>
            <w:r w:rsidR="006D1AFD">
              <w:rPr>
                <w:b/>
                <w:bCs/>
                <w:color w:val="5E718B"/>
                <w:sz w:val="14"/>
                <w:szCs w:val="14"/>
              </w:rPr>
              <w:t xml:space="preserve"> of</w:t>
            </w:r>
            <w:r w:rsidR="0010008B">
              <w:rPr>
                <w:b/>
                <w:bCs/>
                <w:color w:val="5E718B"/>
                <w:sz w:val="14"/>
                <w:szCs w:val="14"/>
              </w:rPr>
              <w:t xml:space="preserve"> July </w:t>
            </w:r>
          </w:p>
        </w:tc>
        <w:tc>
          <w:tcPr>
            <w:tcW w:w="1621" w:type="dxa"/>
            <w:shd w:val="clear" w:color="auto" w:fill="FFFFFF" w:themeFill="background1"/>
          </w:tcPr>
          <w:p w14:paraId="1066293E" w14:textId="3AE49250" w:rsidR="00485749" w:rsidRPr="00C46BA9" w:rsidRDefault="00FC5B3E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C</w:t>
            </w:r>
            <w:r w:rsidR="004167CE">
              <w:rPr>
                <w:color w:val="C00000"/>
                <w:sz w:val="14"/>
                <w:szCs w:val="14"/>
              </w:rPr>
              <w:t>losed for</w:t>
            </w:r>
            <w:r>
              <w:rPr>
                <w:color w:val="C00000"/>
                <w:sz w:val="14"/>
                <w:szCs w:val="14"/>
              </w:rPr>
              <w:t xml:space="preserve"> 4</w:t>
            </w:r>
            <w:r w:rsidRPr="00FC5B3E">
              <w:rPr>
                <w:color w:val="C00000"/>
                <w:sz w:val="14"/>
                <w:szCs w:val="14"/>
                <w:vertAlign w:val="superscript"/>
              </w:rPr>
              <w:t>th</w:t>
            </w:r>
            <w:r>
              <w:rPr>
                <w:color w:val="C00000"/>
                <w:sz w:val="14"/>
                <w:szCs w:val="14"/>
              </w:rPr>
              <w:t xml:space="preserve"> of July</w:t>
            </w:r>
          </w:p>
        </w:tc>
        <w:tc>
          <w:tcPr>
            <w:tcW w:w="1531" w:type="dxa"/>
            <w:shd w:val="clear" w:color="auto" w:fill="FFFFFF" w:themeFill="background1"/>
          </w:tcPr>
          <w:p w14:paraId="3A48E001" w14:textId="2B2AAA15" w:rsidR="00485749" w:rsidRPr="00F749A6" w:rsidRDefault="00AD4432" w:rsidP="006E08CD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Closed for 4</w:t>
            </w:r>
            <w:r w:rsidRPr="00AD4432">
              <w:rPr>
                <w:color w:val="11D329"/>
                <w:sz w:val="14"/>
                <w:szCs w:val="14"/>
                <w:vertAlign w:val="superscript"/>
              </w:rPr>
              <w:t>th</w:t>
            </w:r>
            <w:r>
              <w:rPr>
                <w:color w:val="11D329"/>
                <w:sz w:val="14"/>
                <w:szCs w:val="14"/>
              </w:rPr>
              <w:t xml:space="preserve"> of July</w:t>
            </w:r>
          </w:p>
        </w:tc>
        <w:tc>
          <w:tcPr>
            <w:tcW w:w="1441" w:type="dxa"/>
            <w:shd w:val="clear" w:color="auto" w:fill="FFFFFF" w:themeFill="background1"/>
          </w:tcPr>
          <w:p w14:paraId="18C64DD9" w14:textId="1CEA4382" w:rsidR="00036601" w:rsidRPr="00964555" w:rsidRDefault="00AD4432" w:rsidP="00AD4432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Closed for 4</w:t>
            </w:r>
            <w:r w:rsidRPr="00AD4432">
              <w:rPr>
                <w:color w:val="0FD7F1"/>
                <w:sz w:val="14"/>
                <w:szCs w:val="14"/>
                <w:vertAlign w:val="superscript"/>
              </w:rPr>
              <w:t>th</w:t>
            </w:r>
            <w:r>
              <w:rPr>
                <w:color w:val="0FD7F1"/>
                <w:sz w:val="14"/>
                <w:szCs w:val="14"/>
              </w:rPr>
              <w:t xml:space="preserve"> of July</w:t>
            </w:r>
          </w:p>
        </w:tc>
        <w:tc>
          <w:tcPr>
            <w:tcW w:w="1453" w:type="dxa"/>
            <w:shd w:val="clear" w:color="auto" w:fill="FFFFFF" w:themeFill="background1"/>
          </w:tcPr>
          <w:p w14:paraId="0AA53C40" w14:textId="7F9A882D" w:rsidR="00485749" w:rsidRPr="00500DFA" w:rsidRDefault="00500DFA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326F46" w14:paraId="0E455CFF" w14:textId="77777777" w:rsidTr="00E70BAE">
        <w:trPr>
          <w:trHeight w:val="167"/>
        </w:trPr>
        <w:tc>
          <w:tcPr>
            <w:tcW w:w="1414" w:type="dxa"/>
          </w:tcPr>
          <w:p w14:paraId="23351EC1" w14:textId="26FFFE21" w:rsidR="0029308C" w:rsidRPr="00575726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2</w:t>
            </w:r>
          </w:p>
        </w:tc>
        <w:tc>
          <w:tcPr>
            <w:tcW w:w="3558" w:type="dxa"/>
            <w:shd w:val="clear" w:color="auto" w:fill="FFFFFF" w:themeFill="background1"/>
          </w:tcPr>
          <w:p w14:paraId="47E987D6" w14:textId="77777777" w:rsidR="00485749" w:rsidRPr="00600FBB" w:rsidRDefault="00485749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650CFFA5" w14:textId="77777777" w:rsidR="00485749" w:rsidRPr="00DA1344" w:rsidRDefault="00485749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3EB85427" w14:textId="77777777" w:rsidR="00485749" w:rsidRPr="00F749A6" w:rsidRDefault="00485749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408135A2" w14:textId="77777777" w:rsidR="00485749" w:rsidRPr="00047A67" w:rsidRDefault="00485749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37F35D0C" w14:textId="77777777" w:rsidR="00485749" w:rsidRPr="00FE5F22" w:rsidRDefault="00485749" w:rsidP="00102448">
            <w:pPr>
              <w:jc w:val="center"/>
              <w:rPr>
                <w:color w:val="C438F0"/>
              </w:rPr>
            </w:pPr>
          </w:p>
        </w:tc>
      </w:tr>
      <w:tr w:rsidR="00326F46" w14:paraId="470ECB0D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8B0C08F" w14:textId="74FC355B" w:rsidR="00485749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Mon </w:t>
            </w:r>
            <w:r w:rsidR="00013828">
              <w:rPr>
                <w:b/>
                <w:bCs/>
                <w:sz w:val="16"/>
                <w:szCs w:val="16"/>
              </w:rPr>
              <w:t>6</w:t>
            </w:r>
          </w:p>
          <w:p w14:paraId="00BD7EE2" w14:textId="77777777" w:rsidR="0029308C" w:rsidRDefault="0029308C" w:rsidP="00102448">
            <w:pPr>
              <w:rPr>
                <w:b/>
                <w:bCs/>
                <w:sz w:val="16"/>
                <w:szCs w:val="16"/>
              </w:rPr>
            </w:pPr>
          </w:p>
          <w:p w14:paraId="7CD868C0" w14:textId="00266872" w:rsidR="0029308C" w:rsidRPr="00CB55CE" w:rsidRDefault="0029308C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1537796D" w14:textId="685971CA" w:rsidR="00485749" w:rsidRPr="00022E30" w:rsidRDefault="00E92C50" w:rsidP="00497646">
            <w:pPr>
              <w:pStyle w:val="p1"/>
              <w:rPr>
                <w:color w:val="5E718B"/>
                <w:sz w:val="14"/>
                <w:szCs w:val="14"/>
              </w:rPr>
            </w:pPr>
            <w:r w:rsidRPr="00022E30">
              <w:rPr>
                <w:rStyle w:val="s1"/>
                <w:color w:val="5E718B"/>
                <w:sz w:val="14"/>
                <w:szCs w:val="14"/>
              </w:rPr>
              <w:t>Following Directions &amp; Listening Skills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 xml:space="preserve">! </w:t>
            </w:r>
            <w:r w:rsidRPr="00022E30">
              <w:rPr>
                <w:rStyle w:val="s2"/>
                <w:rFonts w:ascii="Apple Color Emoji" w:hAnsi="Apple Color Emoji" w:cs="Apple Color Emoji"/>
                <w:color w:val="5E718B"/>
                <w:sz w:val="14"/>
                <w:szCs w:val="14"/>
              </w:rPr>
              <w:t>🔵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Circle Time Topics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 xml:space="preserve">: Why listening is important? What happens when we miss directions? How can we ask for clarification? </w:t>
            </w:r>
            <w:r w:rsidRPr="00022E30">
              <w:rPr>
                <w:rStyle w:val="s2"/>
                <w:rFonts w:ascii="Apple Color Emoji" w:hAnsi="Apple Color Emoji" w:cs="Apple Color Emoji"/>
                <w:color w:val="5E718B"/>
                <w:sz w:val="14"/>
                <w:szCs w:val="14"/>
              </w:rPr>
              <w:t>🟢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Games &amp; Activities: Follow the Leader Challenge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>: Take turns leading movements and actions.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One-Step, Two-Step, Three-Step Directions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>: Practice following increasingly complex directions.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Listening Detective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>: Listen to a short story and answer questions.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Build It Together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>: Follow verbal directions to build a simple block structure.</w:t>
            </w:r>
            <w:r w:rsidRPr="00022E30">
              <w:rPr>
                <w:rStyle w:val="s1"/>
                <w:color w:val="5E718B"/>
                <w:sz w:val="14"/>
                <w:szCs w:val="14"/>
              </w:rPr>
              <w:t xml:space="preserve"> Simon Says: (Life Skills Editio</w:t>
            </w:r>
            <w:r w:rsidRPr="00022E30">
              <w:rPr>
                <w:rStyle w:val="s2"/>
                <w:color w:val="5E718B"/>
                <w:sz w:val="14"/>
                <w:szCs w:val="14"/>
              </w:rPr>
              <w:t xml:space="preserve">n) Brush your teeth, pack a bag, put on a coat, </w:t>
            </w:r>
            <w:r w:rsidR="00022E30" w:rsidRPr="00022E30">
              <w:rPr>
                <w:rStyle w:val="s2"/>
                <w:color w:val="5E718B"/>
                <w:sz w:val="14"/>
                <w:szCs w:val="14"/>
              </w:rPr>
              <w:t>etc.</w:t>
            </w:r>
            <w:r w:rsidR="00022E30" w:rsidRPr="00022E30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Lunch</w:t>
            </w:r>
            <w:r w:rsidR="00E23D9F" w:rsidRPr="00022E30">
              <w:rPr>
                <w:rStyle w:val="s2"/>
                <w:b/>
                <w:bCs/>
                <w:color w:val="5E718B"/>
                <w:sz w:val="14"/>
                <w:szCs w:val="14"/>
              </w:rPr>
              <w:t>:</w:t>
            </w:r>
            <w:r w:rsidR="008743B6" w:rsidRPr="00022E30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880DE5">
              <w:rPr>
                <w:rStyle w:val="s2"/>
                <w:b/>
                <w:bCs/>
                <w:color w:val="5E718B"/>
                <w:sz w:val="14"/>
                <w:szCs w:val="14"/>
              </w:rPr>
              <w:t>gr</w:t>
            </w:r>
            <w:r w:rsidR="00667DC5">
              <w:rPr>
                <w:rStyle w:val="s2"/>
                <w:b/>
                <w:bCs/>
                <w:color w:val="5E718B"/>
                <w:sz w:val="14"/>
                <w:szCs w:val="14"/>
              </w:rPr>
              <w:t>illed cheese and tomato soup</w:t>
            </w:r>
          </w:p>
        </w:tc>
        <w:tc>
          <w:tcPr>
            <w:tcW w:w="1621" w:type="dxa"/>
            <w:shd w:val="clear" w:color="auto" w:fill="FFFFFF" w:themeFill="background1"/>
          </w:tcPr>
          <w:p w14:paraId="0C39FED3" w14:textId="057A4AB6" w:rsidR="00485749" w:rsidRPr="00DA1344" w:rsidRDefault="00485749" w:rsidP="00791501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26D0F43E" w14:textId="2DB1EBAF" w:rsidR="00485749" w:rsidRPr="00172635" w:rsidRDefault="00485749" w:rsidP="00D11E87">
            <w:pPr>
              <w:rPr>
                <w:color w:val="11D329"/>
                <w:sz w:val="14"/>
                <w:szCs w:val="14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Bowling:</w:t>
            </w:r>
            <w:r w:rsidR="0028426A">
              <w:rPr>
                <w:b/>
                <w:bCs/>
                <w:color w:val="11D329"/>
                <w:sz w:val="14"/>
                <w:szCs w:val="14"/>
              </w:rPr>
              <w:t xml:space="preserve"> </w:t>
            </w:r>
            <w:proofErr w:type="spellStart"/>
            <w:r w:rsidR="00172635">
              <w:rPr>
                <w:color w:val="11D329"/>
                <w:sz w:val="14"/>
                <w:szCs w:val="14"/>
              </w:rPr>
              <w:t>Goldstar</w:t>
            </w:r>
            <w:proofErr w:type="spellEnd"/>
          </w:p>
          <w:p w14:paraId="27F1AF48" w14:textId="77CA80F9" w:rsidR="00485749" w:rsidRPr="006B59AA" w:rsidRDefault="00485749" w:rsidP="00D11E87">
            <w:pPr>
              <w:rPr>
                <w:color w:val="11D329"/>
                <w:sz w:val="14"/>
                <w:szCs w:val="14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Swim:</w:t>
            </w:r>
            <w:r w:rsidR="00874DC0">
              <w:rPr>
                <w:b/>
                <w:bCs/>
                <w:color w:val="11D329"/>
                <w:sz w:val="14"/>
                <w:szCs w:val="14"/>
              </w:rPr>
              <w:t xml:space="preserve"> </w:t>
            </w:r>
            <w:r w:rsidR="000A7E2B">
              <w:rPr>
                <w:b/>
                <w:bCs/>
                <w:color w:val="11D329"/>
                <w:sz w:val="14"/>
                <w:szCs w:val="14"/>
              </w:rPr>
              <w:t>Penn Station</w:t>
            </w:r>
          </w:p>
        </w:tc>
        <w:tc>
          <w:tcPr>
            <w:tcW w:w="1441" w:type="dxa"/>
            <w:shd w:val="clear" w:color="auto" w:fill="FFFFFF" w:themeFill="background1"/>
          </w:tcPr>
          <w:p w14:paraId="7DDE33B2" w14:textId="77F17341" w:rsidR="00485749" w:rsidRPr="00047A67" w:rsidRDefault="00485749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50722C00" w14:textId="7DF1B8A3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63D3CC1D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47F367D4" w14:textId="3246E772" w:rsidR="00485749" w:rsidRPr="00C44D97" w:rsidRDefault="00C44D97" w:rsidP="0010244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Tues </w:t>
            </w:r>
            <w:r w:rsidR="00013828"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2423468D" w14:textId="77777777" w:rsidR="003F4C8A" w:rsidRPr="00644B8A" w:rsidRDefault="003F4C8A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  <w:p w14:paraId="1D907D67" w14:textId="744EE30C" w:rsidR="003F4C8A" w:rsidRPr="00644B8A" w:rsidRDefault="003F4C8A" w:rsidP="00102448">
            <w:pPr>
              <w:rPr>
                <w:b/>
                <w:bCs/>
                <w:color w:val="5E718B"/>
                <w:sz w:val="14"/>
                <w:szCs w:val="14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4B279D6D" w14:textId="7BBFA60F" w:rsidR="00485749" w:rsidRPr="00065308" w:rsidRDefault="00D4790F" w:rsidP="00065308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Red, White &amp; Blue Celebratio</w:t>
            </w:r>
            <w:r w:rsidR="00065308"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n! </w:t>
            </w:r>
            <w:r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Circle Time</w:t>
            </w:r>
            <w:r w:rsidR="00065308"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Favorite summer activities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What do the colors red, white, and blue remind you of?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Listen to patriotic music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Main Activity</w:t>
            </w:r>
            <w:r w:rsidR="00065308"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65308">
              <w:rPr>
                <w:b/>
                <w:bCs/>
                <w:color w:val="5E718B"/>
                <w:sz w:val="14"/>
                <w:szCs w:val="14"/>
              </w:rPr>
              <w:t>Firework Painting</w:t>
            </w:r>
            <w:r w:rsidR="00065308" w:rsidRPr="00065308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Use toilet paper rolls or sponge stampers dipped in paint to create fireworks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Additional Activities</w:t>
            </w:r>
            <w:r w:rsidR="00065308"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Red, white, and blue sorting game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Patriotic music sing-along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Decorate star cutouts with stickers and markers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Sensory Activity</w:t>
            </w:r>
            <w:r w:rsidR="00065308" w:rsidRPr="0006530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Explore red, white, and blue sensory items</w:t>
            </w:r>
            <w:r w:rsidR="00065308" w:rsidRPr="00065308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065308">
              <w:rPr>
                <w:rFonts w:eastAsia="Times New Roman"/>
                <w:color w:val="5E718B"/>
                <w:sz w:val="14"/>
                <w:szCs w:val="14"/>
              </w:rPr>
              <w:t>Light-up star wands and ribbons</w:t>
            </w:r>
            <w:r w:rsidR="00B9389C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="00B9389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guess that sound </w:t>
            </w:r>
            <w:r w:rsidR="00020A14" w:rsidRPr="00065308">
              <w:rPr>
                <w:rStyle w:val="s2"/>
                <w:b/>
                <w:bCs/>
                <w:color w:val="5E718B"/>
                <w:sz w:val="14"/>
                <w:szCs w:val="14"/>
              </w:rPr>
              <w:t>with ms Jasmine</w:t>
            </w:r>
          </w:p>
        </w:tc>
        <w:tc>
          <w:tcPr>
            <w:tcW w:w="1621" w:type="dxa"/>
            <w:shd w:val="clear" w:color="auto" w:fill="FFFFFF" w:themeFill="background1"/>
          </w:tcPr>
          <w:p w14:paraId="49CF439A" w14:textId="7445BFAC" w:rsidR="007B4F71" w:rsidRPr="00DA1344" w:rsidRDefault="00B52F2D" w:rsidP="00882D32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Flubs, </w:t>
            </w:r>
            <w:proofErr w:type="spellStart"/>
            <w:r>
              <w:rPr>
                <w:color w:val="C00000"/>
                <w:sz w:val="14"/>
                <w:szCs w:val="14"/>
              </w:rPr>
              <w:t>walmart</w:t>
            </w:r>
            <w:proofErr w:type="spellEnd"/>
            <w:r>
              <w:rPr>
                <w:color w:val="C00000"/>
                <w:sz w:val="14"/>
                <w:szCs w:val="14"/>
              </w:rPr>
              <w:t xml:space="preserve"> &amp; Raising Canes</w:t>
            </w:r>
          </w:p>
        </w:tc>
        <w:tc>
          <w:tcPr>
            <w:tcW w:w="1531" w:type="dxa"/>
            <w:shd w:val="clear" w:color="auto" w:fill="FFFFFF" w:themeFill="background1"/>
          </w:tcPr>
          <w:p w14:paraId="2F613F17" w14:textId="46049667" w:rsidR="009624A8" w:rsidRPr="00F749A6" w:rsidRDefault="00360741" w:rsidP="00CE6798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Cicis</w:t>
            </w:r>
            <w:proofErr w:type="spellEnd"/>
            <w:r>
              <w:rPr>
                <w:color w:val="11D329"/>
                <w:sz w:val="14"/>
                <w:szCs w:val="14"/>
              </w:rPr>
              <w:t xml:space="preserve"> </w:t>
            </w:r>
            <w:r w:rsidR="00C07B33">
              <w:rPr>
                <w:color w:val="11D329"/>
                <w:sz w:val="14"/>
                <w:szCs w:val="14"/>
              </w:rPr>
              <w:t xml:space="preserve">&amp; jungle Jim’s </w:t>
            </w:r>
          </w:p>
        </w:tc>
        <w:tc>
          <w:tcPr>
            <w:tcW w:w="1441" w:type="dxa"/>
            <w:shd w:val="clear" w:color="auto" w:fill="FFFFFF" w:themeFill="background1"/>
          </w:tcPr>
          <w:p w14:paraId="40BE2E85" w14:textId="709B5072" w:rsidR="00830FAD" w:rsidRPr="00047A67" w:rsidRDefault="00473593" w:rsidP="001E1792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Family </w:t>
            </w:r>
            <w:proofErr w:type="spellStart"/>
            <w:r>
              <w:rPr>
                <w:color w:val="0FD7F1"/>
                <w:sz w:val="14"/>
                <w:szCs w:val="14"/>
              </w:rPr>
              <w:t>fitton</w:t>
            </w:r>
            <w:proofErr w:type="spellEnd"/>
            <w:r>
              <w:rPr>
                <w:color w:val="0FD7F1"/>
                <w:sz w:val="14"/>
                <w:szCs w:val="14"/>
              </w:rPr>
              <w:t xml:space="preserve"> center </w:t>
            </w:r>
            <w:r w:rsidR="00BD3D9A">
              <w:rPr>
                <w:color w:val="0FD7F1"/>
                <w:sz w:val="14"/>
                <w:szCs w:val="14"/>
              </w:rPr>
              <w:t xml:space="preserve">museum, </w:t>
            </w:r>
            <w:r w:rsidR="005E6192">
              <w:rPr>
                <w:color w:val="0FD7F1"/>
                <w:sz w:val="14"/>
                <w:szCs w:val="14"/>
              </w:rPr>
              <w:t xml:space="preserve">mad mikes, </w:t>
            </w:r>
            <w:proofErr w:type="spellStart"/>
            <w:r w:rsidR="005E6192">
              <w:rPr>
                <w:color w:val="0FD7F1"/>
                <w:sz w:val="14"/>
                <w:szCs w:val="14"/>
              </w:rPr>
              <w:t>walmart</w:t>
            </w:r>
            <w:proofErr w:type="spellEnd"/>
          </w:p>
        </w:tc>
        <w:tc>
          <w:tcPr>
            <w:tcW w:w="1453" w:type="dxa"/>
            <w:shd w:val="clear" w:color="auto" w:fill="FFFFFF" w:themeFill="background1"/>
          </w:tcPr>
          <w:p w14:paraId="5B0B8400" w14:textId="6FC2BBB2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06393005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3569C68" w14:textId="74C9FD0B" w:rsidR="00485749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Wed </w:t>
            </w:r>
            <w:r w:rsidR="00013828">
              <w:rPr>
                <w:b/>
                <w:bCs/>
                <w:sz w:val="16"/>
                <w:szCs w:val="16"/>
              </w:rPr>
              <w:t>8</w:t>
            </w:r>
          </w:p>
          <w:p w14:paraId="13D9F503" w14:textId="77777777" w:rsidR="003F4C8A" w:rsidRDefault="003F4C8A" w:rsidP="00102448">
            <w:pPr>
              <w:rPr>
                <w:b/>
                <w:bCs/>
                <w:sz w:val="16"/>
                <w:szCs w:val="16"/>
              </w:rPr>
            </w:pPr>
          </w:p>
          <w:p w14:paraId="4F4A65C0" w14:textId="0584DD0D" w:rsidR="003F4C8A" w:rsidRPr="00CB55CE" w:rsidRDefault="003F4C8A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742E6232" w14:textId="2CF10DCA" w:rsidR="00485749" w:rsidRPr="00C369C5" w:rsidRDefault="00202E22" w:rsidP="00BC15B1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C369C5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>Animal Adventure Day</w:t>
            </w:r>
            <w:r w:rsidR="00BC15B1" w:rsidRPr="00C369C5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! </w:t>
            </w:r>
            <w:r w:rsidRPr="00C369C5">
              <w:rPr>
                <w:b/>
                <w:bCs/>
                <w:color w:val="5E718B"/>
                <w:sz w:val="14"/>
                <w:szCs w:val="14"/>
              </w:rPr>
              <w:t>Theme:</w:t>
            </w:r>
            <w:r w:rsidRPr="00C369C5">
              <w:rPr>
                <w:color w:val="5E718B"/>
                <w:sz w:val="14"/>
                <w:szCs w:val="14"/>
              </w:rPr>
              <w:t xml:space="preserve"> Animals from around the world</w:t>
            </w:r>
            <w:r w:rsidR="00BC15B1" w:rsidRPr="00C369C5">
              <w:rPr>
                <w:color w:val="5E718B"/>
                <w:sz w:val="14"/>
                <w:szCs w:val="14"/>
              </w:rPr>
              <w:t xml:space="preserve">! </w:t>
            </w:r>
            <w:r w:rsidRPr="00C369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 Activities</w:t>
            </w:r>
            <w:r w:rsidR="00BC15B1"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masks</w:t>
            </w:r>
            <w:r w:rsidR="00BC15B1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Zoo map creation</w:t>
            </w:r>
            <w:r w:rsidR="00BC15B1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Paper bag animal puppets</w:t>
            </w:r>
            <w:r w:rsidR="00BC15B1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footprint painting</w:t>
            </w:r>
            <w:r w:rsidR="00BC15B1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Create your own imaginary animal</w:t>
            </w:r>
            <w:r w:rsidR="00BC15B1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369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D23390"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Charades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Guess the Animal Sound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Bingo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Match Baby Animals to Parents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Movement Game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Zoo Scavenger Hunt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Animal Trivi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a, </w:t>
            </w:r>
            <w:r w:rsidRPr="00C369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</w:t>
            </w:r>
            <w:r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</w:t>
            </w:r>
            <w:r w:rsidR="00D23390" w:rsidRPr="00C369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e: </w:t>
            </w:r>
            <w:r w:rsidRPr="00C369C5">
              <w:rPr>
                <w:b/>
                <w:bCs/>
                <w:color w:val="5E718B"/>
                <w:sz w:val="14"/>
                <w:szCs w:val="14"/>
              </w:rPr>
              <w:t>Topic:</w:t>
            </w:r>
            <w:r w:rsidRPr="00C369C5">
              <w:rPr>
                <w:color w:val="5E718B"/>
                <w:sz w:val="14"/>
                <w:szCs w:val="14"/>
              </w:rPr>
              <w:t xml:space="preserve"> Animals &amp; Pets</w:t>
            </w:r>
            <w:r w:rsidR="00D23390" w:rsidRPr="00C369C5">
              <w:rPr>
                <w:color w:val="5E718B"/>
                <w:sz w:val="14"/>
                <w:szCs w:val="14"/>
              </w:rPr>
              <w:t xml:space="preserve">!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Do you have a pet?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Favorite animal?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If you could be any animal, what would you be?</w:t>
            </w:r>
            <w:r w:rsidR="00D23390" w:rsidRPr="00C369C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C369C5">
              <w:rPr>
                <w:rFonts w:eastAsia="Times New Roman"/>
                <w:color w:val="5E718B"/>
                <w:sz w:val="14"/>
                <w:szCs w:val="14"/>
              </w:rPr>
              <w:t>Why should we be kind to animals?</w:t>
            </w:r>
          </w:p>
        </w:tc>
        <w:tc>
          <w:tcPr>
            <w:tcW w:w="1621" w:type="dxa"/>
            <w:shd w:val="clear" w:color="auto" w:fill="FFFFFF" w:themeFill="background1"/>
          </w:tcPr>
          <w:p w14:paraId="327A0423" w14:textId="1A7956A4" w:rsidR="00485749" w:rsidRPr="00DA1344" w:rsidRDefault="00485749" w:rsidP="00B53E73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0DFD82D1" w14:textId="41A73F5F" w:rsidR="00FE7386" w:rsidRPr="00F749A6" w:rsidRDefault="00CF7201" w:rsidP="00A3514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All 8 up</w:t>
            </w:r>
          </w:p>
        </w:tc>
        <w:tc>
          <w:tcPr>
            <w:tcW w:w="1441" w:type="dxa"/>
            <w:shd w:val="clear" w:color="auto" w:fill="FFFFFF" w:themeFill="background1"/>
          </w:tcPr>
          <w:p w14:paraId="51904612" w14:textId="6E53B514" w:rsidR="00FF6EC4" w:rsidRPr="00F36740" w:rsidRDefault="00D86B8F" w:rsidP="004B47F4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Mason </w:t>
            </w:r>
            <w:r w:rsidR="00521B38">
              <w:rPr>
                <w:color w:val="0FD7F1"/>
                <w:sz w:val="14"/>
                <w:szCs w:val="14"/>
              </w:rPr>
              <w:t>Aquatic center $17, pack lunch</w:t>
            </w:r>
          </w:p>
        </w:tc>
        <w:tc>
          <w:tcPr>
            <w:tcW w:w="1453" w:type="dxa"/>
            <w:shd w:val="clear" w:color="auto" w:fill="FFFFFF" w:themeFill="background1"/>
          </w:tcPr>
          <w:p w14:paraId="26DCF895" w14:textId="5CF284BE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54498848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8B9A075" w14:textId="363C9C70" w:rsidR="008D5707" w:rsidRPr="00651684" w:rsidRDefault="00485749" w:rsidP="00102448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51684">
              <w:rPr>
                <w:b/>
                <w:bCs/>
                <w:color w:val="000000" w:themeColor="text1"/>
                <w:sz w:val="14"/>
                <w:szCs w:val="14"/>
              </w:rPr>
              <w:t xml:space="preserve">Thur </w:t>
            </w:r>
            <w:r w:rsidR="00013828">
              <w:rPr>
                <w:b/>
                <w:bCs/>
                <w:color w:val="000000" w:themeColor="text1"/>
                <w:sz w:val="14"/>
                <w:szCs w:val="14"/>
              </w:rPr>
              <w:t>9</w:t>
            </w:r>
          </w:p>
          <w:p w14:paraId="5AF3D2A8" w14:textId="69957218" w:rsidR="008D5707" w:rsidRPr="00651684" w:rsidRDefault="008D5707" w:rsidP="00102448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56E562A1" w14:textId="0B80AEF2" w:rsidR="00485749" w:rsidRPr="00F56A23" w:rsidRDefault="000670EF" w:rsidP="00383D3A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F56A23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>“Sweet Acts of Kindness”</w:t>
            </w:r>
            <w:r w:rsidR="00383D3A" w:rsidRPr="00F56A23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! </w:t>
            </w:r>
            <w:r w:rsidRPr="00F56A23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Discussion</w:t>
            </w:r>
            <w:r w:rsidR="00383D3A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What is the nicest thing someone has done for you?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How can we make someone feel special?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Why is kindness important?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Circle Time Activity</w:t>
            </w:r>
            <w:r w:rsidR="005D3EBA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F56A23">
              <w:rPr>
                <w:b/>
                <w:bCs/>
                <w:color w:val="5E718B"/>
                <w:sz w:val="14"/>
                <w:szCs w:val="14"/>
              </w:rPr>
              <w:t>Kindness Brainstorm</w:t>
            </w:r>
            <w:r w:rsidR="005D3EBA" w:rsidRPr="00F56A23">
              <w:rPr>
                <w:b/>
                <w:bCs/>
                <w:color w:val="5E718B"/>
                <w:sz w:val="14"/>
                <w:szCs w:val="14"/>
              </w:rPr>
              <w:t xml:space="preserve">!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List as many acts of kindness as possible.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Activities</w:t>
            </w:r>
            <w:r w:rsidR="005D3EBA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Create kindness coupons.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Decorate “Kindness Ice Cream Cones” with kind actions on each scoop.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Make encouragement cards.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F56A23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</w:t>
            </w:r>
            <w:r w:rsidR="005D3EBA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Kindness Scavenger Hunt</w:t>
            </w:r>
            <w:r w:rsidR="005D3EBA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Compliment Circle</w:t>
            </w:r>
            <w:r w:rsidR="001D3C9B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F56A23">
              <w:rPr>
                <w:rFonts w:eastAsia="Times New Roman"/>
                <w:color w:val="5E718B"/>
                <w:sz w:val="14"/>
                <w:szCs w:val="14"/>
              </w:rPr>
              <w:t>Pass the Kindness Ball</w:t>
            </w:r>
            <w:r w:rsidR="00CC3C7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1620C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paint by number</w:t>
            </w:r>
            <w:r w:rsidR="001D3C9B" w:rsidRPr="00F56A23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C16D86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w/ </w:t>
            </w:r>
            <w:r w:rsidR="00B043E6" w:rsidRPr="00F56A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ms. </w:t>
            </w:r>
            <w:r w:rsidR="00710A8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Shanda</w:t>
            </w:r>
          </w:p>
        </w:tc>
        <w:tc>
          <w:tcPr>
            <w:tcW w:w="1621" w:type="dxa"/>
            <w:shd w:val="clear" w:color="auto" w:fill="FFFFFF" w:themeFill="background1"/>
          </w:tcPr>
          <w:p w14:paraId="39058E09" w14:textId="3DC6BE74" w:rsidR="00485749" w:rsidRPr="00DA1344" w:rsidRDefault="006B4BA4" w:rsidP="00352B8F">
            <w:pPr>
              <w:rPr>
                <w:color w:val="C00000"/>
                <w:sz w:val="14"/>
                <w:szCs w:val="14"/>
              </w:rPr>
            </w:pPr>
            <w:proofErr w:type="spellStart"/>
            <w:r>
              <w:rPr>
                <w:color w:val="C00000"/>
                <w:sz w:val="14"/>
                <w:szCs w:val="14"/>
              </w:rPr>
              <w:t>Arbys</w:t>
            </w:r>
            <w:proofErr w:type="spellEnd"/>
          </w:p>
        </w:tc>
        <w:tc>
          <w:tcPr>
            <w:tcW w:w="1531" w:type="dxa"/>
            <w:shd w:val="clear" w:color="auto" w:fill="FFFFFF" w:themeFill="background1"/>
          </w:tcPr>
          <w:p w14:paraId="2526B70E" w14:textId="4743DF85" w:rsidR="00485749" w:rsidRPr="00F749A6" w:rsidRDefault="00235971" w:rsidP="00937482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Jockos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59494803" w14:textId="484266A8" w:rsidR="00485749" w:rsidRPr="00047A67" w:rsidRDefault="00485749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</w:t>
            </w:r>
            <w:r w:rsidRPr="00F36740">
              <w:rPr>
                <w:color w:val="0FD7F1"/>
              </w:rPr>
              <w:t>A</w:t>
            </w:r>
          </w:p>
        </w:tc>
        <w:tc>
          <w:tcPr>
            <w:tcW w:w="1453" w:type="dxa"/>
            <w:shd w:val="clear" w:color="auto" w:fill="FFFFFF" w:themeFill="background1"/>
          </w:tcPr>
          <w:p w14:paraId="4A3652B9" w14:textId="77777777" w:rsidR="00C05574" w:rsidRDefault="00EF6B52" w:rsidP="0057095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Mason Aquatic Center 16$</w:t>
            </w:r>
          </w:p>
          <w:p w14:paraId="6B5C7035" w14:textId="1AF3781B" w:rsidR="00EF6B52" w:rsidRPr="00FE5F22" w:rsidRDefault="00EF6B52" w:rsidP="0057095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Pack Lunch</w:t>
            </w:r>
          </w:p>
        </w:tc>
      </w:tr>
      <w:tr w:rsidR="00326F46" w14:paraId="6ACF5125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55474E42" w14:textId="33C8188D" w:rsidR="00485749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 w:rsidR="00013828">
              <w:rPr>
                <w:b/>
                <w:bCs/>
                <w:sz w:val="16"/>
                <w:szCs w:val="16"/>
              </w:rPr>
              <w:t>10</w:t>
            </w:r>
          </w:p>
          <w:p w14:paraId="685C512C" w14:textId="77777777" w:rsidR="006930BD" w:rsidRDefault="006930BD" w:rsidP="00102448">
            <w:pPr>
              <w:rPr>
                <w:b/>
                <w:bCs/>
                <w:sz w:val="16"/>
                <w:szCs w:val="16"/>
              </w:rPr>
            </w:pPr>
          </w:p>
          <w:p w14:paraId="23FE02B5" w14:textId="6C4A4BE9" w:rsidR="00D52A5C" w:rsidRPr="00CB55CE" w:rsidRDefault="00D52A5C" w:rsidP="0010244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62BA9758" w14:textId="5FD51DBA" w:rsidR="00AD690B" w:rsidRPr="009F5241" w:rsidRDefault="00B02250" w:rsidP="00CB5E92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Picnic Planning &amp; Outdoor Responsibility</w:t>
            </w:r>
            <w:r w:rsidR="00CB5E92"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! </w:t>
            </w:r>
            <w:r w:rsidRPr="009F524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</w:t>
            </w:r>
            <w:r w:rsidR="00CB5E92"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What do we need for a picnic?</w:t>
            </w:r>
            <w:r w:rsidR="00CB5E92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Cleaning up after ourselves</w:t>
            </w:r>
            <w:r w:rsidR="008228C8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Being respectful in public parks</w:t>
            </w:r>
            <w:r w:rsidR="008228C8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8228C8" w:rsidRPr="009F524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b/>
                <w:bCs/>
                <w:color w:val="5E718B"/>
                <w:sz w:val="14"/>
                <w:szCs w:val="14"/>
              </w:rPr>
              <w:t>Pack the Picnic Basket</w:t>
            </w:r>
            <w:r w:rsidR="008228C8" w:rsidRPr="009F5241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Choose items needed for a picnic.</w:t>
            </w:r>
            <w:r w:rsidR="008228C8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b/>
                <w:bCs/>
                <w:color w:val="5E718B"/>
                <w:sz w:val="14"/>
                <w:szCs w:val="14"/>
              </w:rPr>
              <w:t>Picnic Menu Builder</w:t>
            </w:r>
            <w:r w:rsidR="00943D74" w:rsidRPr="009F5241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Create a balanced picnic meal.</w:t>
            </w:r>
            <w:r w:rsidR="00943D74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b/>
                <w:bCs/>
                <w:color w:val="5E718B"/>
                <w:sz w:val="14"/>
                <w:szCs w:val="14"/>
              </w:rPr>
              <w:t>Trash or Recycling Sort</w:t>
            </w:r>
            <w:r w:rsidR="00943D74" w:rsidRPr="009F5241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Practice proper disposal.</w:t>
            </w:r>
            <w:r w:rsidR="00943D74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b/>
                <w:bCs/>
                <w:color w:val="5E718B"/>
                <w:sz w:val="14"/>
                <w:szCs w:val="14"/>
              </w:rPr>
              <w:t>Blanket Folding Relay</w:t>
            </w:r>
            <w:r w:rsidR="00943D74" w:rsidRPr="009F5241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>Fold picnic blankets and towels.</w:t>
            </w:r>
            <w:r w:rsidR="00943D74" w:rsidRPr="009F5241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9F5241">
              <w:rPr>
                <w:b/>
                <w:bCs/>
                <w:color w:val="5E718B"/>
                <w:sz w:val="14"/>
                <w:szCs w:val="14"/>
              </w:rPr>
              <w:t>Outdoor Scavenger Hunt</w:t>
            </w:r>
            <w:r w:rsidR="00943D74" w:rsidRPr="009F5241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9F5241">
              <w:rPr>
                <w:rFonts w:eastAsia="Times New Roman"/>
                <w:color w:val="5E718B"/>
                <w:sz w:val="14"/>
                <w:szCs w:val="14"/>
              </w:rPr>
              <w:t xml:space="preserve">Find common park items or nature </w:t>
            </w:r>
            <w:r w:rsidR="009F5241" w:rsidRPr="009F5241">
              <w:rPr>
                <w:rFonts w:eastAsia="Times New Roman"/>
                <w:color w:val="5E718B"/>
                <w:sz w:val="14"/>
                <w:szCs w:val="14"/>
              </w:rPr>
              <w:t>objects.</w:t>
            </w:r>
            <w:r w:rsidR="009F5241" w:rsidRPr="009F5241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Lunch</w:t>
            </w:r>
            <w:r w:rsidR="008743B6" w:rsidRPr="009F5241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="00D21D00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make your </w:t>
            </w:r>
            <w:r w:rsidR="00D21D00">
              <w:rPr>
                <w:rStyle w:val="s2"/>
                <w:b/>
                <w:bCs/>
                <w:color w:val="5E718B"/>
                <w:sz w:val="14"/>
                <w:szCs w:val="14"/>
              </w:rPr>
              <w:lastRenderedPageBreak/>
              <w:t>own pizza</w:t>
            </w:r>
          </w:p>
        </w:tc>
        <w:tc>
          <w:tcPr>
            <w:tcW w:w="1621" w:type="dxa"/>
            <w:shd w:val="clear" w:color="auto" w:fill="FFFFFF" w:themeFill="background1"/>
          </w:tcPr>
          <w:p w14:paraId="02A54C9F" w14:textId="0094CC70" w:rsidR="00F57625" w:rsidRDefault="00485749" w:rsidP="00791501">
            <w:pPr>
              <w:rPr>
                <w:color w:val="C00000"/>
                <w:sz w:val="14"/>
                <w:szCs w:val="14"/>
              </w:rPr>
            </w:pPr>
            <w:r w:rsidRPr="00DA1344">
              <w:rPr>
                <w:color w:val="C00000"/>
                <w:sz w:val="14"/>
                <w:szCs w:val="14"/>
              </w:rPr>
              <w:lastRenderedPageBreak/>
              <w:t>P</w:t>
            </w:r>
            <w:r w:rsidR="00284064">
              <w:rPr>
                <w:color w:val="C00000"/>
                <w:sz w:val="14"/>
                <w:szCs w:val="14"/>
              </w:rPr>
              <w:t>ack Lunch</w:t>
            </w:r>
          </w:p>
          <w:p w14:paraId="3238C4A2" w14:textId="64A8F345" w:rsidR="00F57625" w:rsidRPr="001E1E44" w:rsidRDefault="00F57625" w:rsidP="00791501">
            <w:pPr>
              <w:rPr>
                <w:b/>
                <w:bCs/>
                <w:color w:val="C00000"/>
                <w:sz w:val="14"/>
                <w:szCs w:val="14"/>
              </w:rPr>
            </w:pPr>
          </w:p>
          <w:p w14:paraId="2B4CF0A6" w14:textId="4AFA6664" w:rsidR="00F57625" w:rsidRPr="00DA1344" w:rsidRDefault="00F57625" w:rsidP="00791501">
            <w:pPr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288B5FC4" w14:textId="70B07097" w:rsidR="00491BD2" w:rsidRDefault="00C74679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Bubbakoos</w:t>
            </w:r>
            <w:proofErr w:type="spellEnd"/>
          </w:p>
          <w:p w14:paraId="68CCAEDC" w14:textId="3A877B43" w:rsidR="00841B01" w:rsidRPr="001E1E44" w:rsidRDefault="00841B01">
            <w:pPr>
              <w:rPr>
                <w:b/>
                <w:bCs/>
                <w:color w:val="11D329"/>
                <w:sz w:val="14"/>
                <w:szCs w:val="14"/>
              </w:rPr>
            </w:pPr>
          </w:p>
          <w:p w14:paraId="41B8D670" w14:textId="629BFB4A" w:rsidR="00841B01" w:rsidRPr="00F749A6" w:rsidRDefault="00841B01" w:rsidP="0038024A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6B076120" w14:textId="06F62396" w:rsidR="003B71E7" w:rsidRPr="00717AEC" w:rsidRDefault="0059637E" w:rsidP="00FC2B2D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Jungle Jim’s, </w:t>
            </w:r>
            <w:proofErr w:type="spellStart"/>
            <w:r>
              <w:rPr>
                <w:color w:val="0FD7F1"/>
                <w:sz w:val="14"/>
                <w:szCs w:val="14"/>
              </w:rPr>
              <w:t>cicis</w:t>
            </w:r>
            <w:proofErr w:type="spellEnd"/>
            <w:r>
              <w:rPr>
                <w:color w:val="0FD7F1"/>
                <w:sz w:val="14"/>
                <w:szCs w:val="14"/>
              </w:rPr>
              <w:t xml:space="preserve">, antique mall </w:t>
            </w:r>
          </w:p>
        </w:tc>
        <w:tc>
          <w:tcPr>
            <w:tcW w:w="1453" w:type="dxa"/>
            <w:shd w:val="clear" w:color="auto" w:fill="FFFFFF" w:themeFill="background1"/>
          </w:tcPr>
          <w:p w14:paraId="1525EBAF" w14:textId="76DBFC66" w:rsidR="00485749" w:rsidRPr="00FE5F22" w:rsidRDefault="00485749" w:rsidP="00615F0E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6621D0F6" w14:textId="77777777" w:rsidTr="00E70BAE">
        <w:trPr>
          <w:trHeight w:val="167"/>
        </w:trPr>
        <w:tc>
          <w:tcPr>
            <w:tcW w:w="1414" w:type="dxa"/>
          </w:tcPr>
          <w:p w14:paraId="7791E546" w14:textId="5779FD27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3</w:t>
            </w:r>
          </w:p>
        </w:tc>
        <w:tc>
          <w:tcPr>
            <w:tcW w:w="3558" w:type="dxa"/>
            <w:shd w:val="clear" w:color="auto" w:fill="FFFFFF" w:themeFill="background1"/>
          </w:tcPr>
          <w:p w14:paraId="33159AA1" w14:textId="77777777" w:rsidR="00485749" w:rsidRPr="00600FBB" w:rsidRDefault="00485749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5ED9D10D" w14:textId="77777777" w:rsidR="00485749" w:rsidRPr="00DA1344" w:rsidRDefault="00485749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6535D343" w14:textId="77777777" w:rsidR="00485749" w:rsidRPr="00F749A6" w:rsidRDefault="00485749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5CF68EA0" w14:textId="77777777" w:rsidR="00485749" w:rsidRPr="00047A67" w:rsidRDefault="00485749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9CA6F6E" w14:textId="77777777" w:rsidR="00485749" w:rsidRPr="00FE5F22" w:rsidRDefault="00485749" w:rsidP="00102448">
            <w:pPr>
              <w:jc w:val="center"/>
              <w:rPr>
                <w:color w:val="C438F0"/>
              </w:rPr>
            </w:pPr>
          </w:p>
        </w:tc>
      </w:tr>
      <w:tr w:rsidR="00326F46" w14:paraId="31DFE20F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E68D79A" w14:textId="4A45CC74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Mon </w:t>
            </w:r>
            <w:r w:rsidR="00A91EEC">
              <w:rPr>
                <w:b/>
                <w:bCs/>
                <w:sz w:val="16"/>
                <w:szCs w:val="16"/>
              </w:rPr>
              <w:t>1</w:t>
            </w:r>
            <w:r w:rsidR="0001382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58" w:type="dxa"/>
            <w:shd w:val="clear" w:color="auto" w:fill="FFFFFF" w:themeFill="background1"/>
          </w:tcPr>
          <w:p w14:paraId="0723FCCD" w14:textId="4075D766" w:rsidR="00485749" w:rsidRPr="00A03D3F" w:rsidRDefault="00D517F0" w:rsidP="00A03D3F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Knowing Personal Informatio</w:t>
            </w:r>
            <w:r w:rsidR="00A03D3F"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n! </w:t>
            </w:r>
            <w:r w:rsidRPr="00A03D3F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</w:t>
            </w:r>
            <w:r w:rsidR="005310DF"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Why it’s important to know your information</w:t>
            </w:r>
            <w:r w:rsidR="005310DF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?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Who should know your personal information?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What should stay private?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</w:t>
            </w:r>
            <w:r w:rsidR="00DD32D4" w:rsidRPr="00A03D3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b/>
                <w:bCs/>
                <w:color w:val="5E718B"/>
                <w:sz w:val="14"/>
                <w:szCs w:val="14"/>
              </w:rPr>
              <w:t>My Information Card</w:t>
            </w:r>
            <w:r w:rsidR="00DD32D4" w:rsidRPr="00A03D3F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Create emergency information cards.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b/>
                <w:bCs/>
                <w:color w:val="5E718B"/>
                <w:sz w:val="14"/>
                <w:szCs w:val="14"/>
              </w:rPr>
              <w:t>Address Match-Up</w:t>
            </w:r>
            <w:r w:rsidR="00DD32D4" w:rsidRPr="00A03D3F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Practice recognizing addresses and phone numbers.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b/>
                <w:bCs/>
                <w:color w:val="5E718B"/>
                <w:sz w:val="14"/>
                <w:szCs w:val="14"/>
              </w:rPr>
              <w:t>Private vs Public Information Sort</w:t>
            </w:r>
            <w:r w:rsidR="00DD32D4" w:rsidRPr="00A03D3F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Determine what information is safe to share.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b/>
                <w:bCs/>
                <w:color w:val="5E718B"/>
                <w:sz w:val="14"/>
                <w:szCs w:val="14"/>
              </w:rPr>
              <w:t>Name That Contact</w:t>
            </w:r>
            <w:r w:rsidR="00DD32D4" w:rsidRPr="00A03D3F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Match trusted contacts to situations.</w:t>
            </w:r>
            <w:r w:rsidR="00DD32D4" w:rsidRP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03D3F">
              <w:rPr>
                <w:b/>
                <w:bCs/>
                <w:color w:val="5E718B"/>
                <w:sz w:val="14"/>
                <w:szCs w:val="14"/>
              </w:rPr>
              <w:t>Identity Bingo</w:t>
            </w:r>
            <w:r w:rsidR="001F67C1" w:rsidRPr="00A03D3F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03D3F">
              <w:rPr>
                <w:rFonts w:eastAsia="Times New Roman"/>
                <w:color w:val="5E718B"/>
                <w:sz w:val="14"/>
                <w:szCs w:val="14"/>
              </w:rPr>
              <w:t>Practice recalling important personal information.</w:t>
            </w:r>
            <w:r w:rsidR="00A03D3F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="001B57A8">
              <w:rPr>
                <w:rStyle w:val="s2"/>
                <w:b/>
                <w:bCs/>
                <w:color w:val="5E718B"/>
                <w:sz w:val="14"/>
                <w:szCs w:val="14"/>
              </w:rPr>
              <w:t>Lunch:</w:t>
            </w:r>
            <w:r w:rsidR="0094182C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chicken bacon ranch sliders, </w:t>
            </w:r>
            <w:r w:rsidR="00A2364B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kindness chain challenge </w:t>
            </w:r>
            <w:r w:rsidR="007037A2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3D21ED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(w/ </w:t>
            </w:r>
            <w:r w:rsidR="00A2364B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ms. </w:t>
            </w:r>
            <w:proofErr w:type="spellStart"/>
            <w:r w:rsidR="00A2364B">
              <w:rPr>
                <w:rStyle w:val="s2"/>
                <w:b/>
                <w:bCs/>
                <w:color w:val="5E718B"/>
                <w:sz w:val="14"/>
                <w:szCs w:val="14"/>
              </w:rPr>
              <w:t>Ciarra</w:t>
            </w:r>
            <w:proofErr w:type="spellEnd"/>
            <w:r w:rsidR="00A2364B">
              <w:rPr>
                <w:rStyle w:val="s2"/>
                <w:b/>
                <w:bCs/>
                <w:color w:val="5E718B"/>
                <w:sz w:val="14"/>
                <w:szCs w:val="14"/>
              </w:rPr>
              <w:t>)</w:t>
            </w:r>
          </w:p>
        </w:tc>
        <w:tc>
          <w:tcPr>
            <w:tcW w:w="1621" w:type="dxa"/>
            <w:shd w:val="clear" w:color="auto" w:fill="FFFFFF" w:themeFill="background1"/>
          </w:tcPr>
          <w:p w14:paraId="0AA5ED63" w14:textId="1D07CDD5" w:rsidR="00485749" w:rsidRPr="00DA1344" w:rsidRDefault="00485749" w:rsidP="00791501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41B892B0" w14:textId="40007CF6" w:rsidR="00485749" w:rsidRPr="00A83CBC" w:rsidRDefault="00485749">
            <w:pPr>
              <w:rPr>
                <w:color w:val="11D329"/>
                <w:sz w:val="14"/>
                <w:szCs w:val="14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Bowling:</w:t>
            </w:r>
            <w:r w:rsidR="00A83CBC">
              <w:rPr>
                <w:b/>
                <w:bCs/>
                <w:color w:val="11D329"/>
                <w:sz w:val="14"/>
                <w:szCs w:val="14"/>
              </w:rPr>
              <w:t xml:space="preserve"> </w:t>
            </w:r>
            <w:r w:rsidR="00647FF1">
              <w:rPr>
                <w:b/>
                <w:bCs/>
                <w:color w:val="11D329"/>
                <w:sz w:val="14"/>
                <w:szCs w:val="14"/>
              </w:rPr>
              <w:t>Subway</w:t>
            </w:r>
          </w:p>
          <w:p w14:paraId="1A90A930" w14:textId="5188849D" w:rsidR="00485749" w:rsidRPr="00A83CBC" w:rsidRDefault="00485749" w:rsidP="007606C6">
            <w:pPr>
              <w:rPr>
                <w:color w:val="11D329"/>
              </w:rPr>
            </w:pPr>
            <w:r w:rsidRPr="00F749A6">
              <w:rPr>
                <w:b/>
                <w:bCs/>
                <w:color w:val="11D329"/>
                <w:sz w:val="14"/>
                <w:szCs w:val="14"/>
              </w:rPr>
              <w:t>Swim:</w:t>
            </w:r>
            <w:r w:rsidR="000E69C2">
              <w:rPr>
                <w:b/>
                <w:bCs/>
                <w:color w:val="11D329"/>
                <w:sz w:val="14"/>
                <w:szCs w:val="14"/>
              </w:rPr>
              <w:t xml:space="preserve"> </w:t>
            </w:r>
            <w:proofErr w:type="spellStart"/>
            <w:r w:rsidR="00647FF1">
              <w:rPr>
                <w:b/>
                <w:bCs/>
                <w:color w:val="11D329"/>
                <w:sz w:val="14"/>
                <w:szCs w:val="14"/>
              </w:rPr>
              <w:t>Jollys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3AB74F15" w14:textId="3D08FEBE" w:rsidR="00485749" w:rsidRPr="00047A67" w:rsidRDefault="00485749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2561BEC2" w14:textId="111870AA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326F46" w14:paraId="6AD94C84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74F01B29" w14:textId="355EB60D" w:rsidR="00485749" w:rsidRPr="00CB55CE" w:rsidRDefault="00485749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Tue 1</w:t>
            </w:r>
            <w:r w:rsidR="00DC2BF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3A4ED933" w14:textId="39A11D84" w:rsidR="00485749" w:rsidRPr="00A93C3D" w:rsidRDefault="008D20F9" w:rsidP="00A93C3D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Tropical Island Day</w:t>
            </w:r>
            <w:r w:rsidR="00A93C3D"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! </w:t>
            </w:r>
            <w:r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Circle Time</w:t>
            </w:r>
            <w:r w:rsidR="00A93C3D"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If you could visit an island, what would you do?</w:t>
            </w:r>
            <w:r w:rsidR="00A93C3D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Look at photos of beaches and tropical birds</w:t>
            </w:r>
            <w:r w:rsidR="00A93C3D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Favorite fruits discussion</w:t>
            </w:r>
            <w:r w:rsidR="00A93C3D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Main Activity</w:t>
            </w:r>
            <w:r w:rsidR="00A93C3D"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93C3D">
              <w:rPr>
                <w:b/>
                <w:bCs/>
                <w:color w:val="5E718B"/>
                <w:sz w:val="14"/>
                <w:szCs w:val="14"/>
              </w:rPr>
              <w:t>Tropical Bird Craft</w:t>
            </w:r>
            <w:r w:rsidR="00A93C3D" w:rsidRPr="00A93C3D">
              <w:rPr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Decorate large paper parrots with colorful feathers, tissue paper, and stickers</w:t>
            </w:r>
            <w:r w:rsidR="00A93C3D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Additional Activitie</w:t>
            </w:r>
            <w:r w:rsidR="00C93197"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s: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Tropical fruit matching game</w:t>
            </w:r>
            <w:r w:rsidR="00C93197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Hawaiian music and movement</w:t>
            </w:r>
            <w:r w:rsidR="00C93197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Decorate paper leis</w:t>
            </w:r>
            <w:r w:rsidR="00C93197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Sensory Activity</w:t>
            </w:r>
            <w:r w:rsidR="006B75BA" w:rsidRPr="00A93C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: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Smell pineapple, coconut, or citrus scents</w:t>
            </w:r>
            <w:r w:rsidR="00005EB5" w:rsidRPr="00A93C3D">
              <w:rPr>
                <w:rFonts w:eastAsia="Times New Roman"/>
                <w:color w:val="5E718B"/>
                <w:sz w:val="14"/>
                <w:szCs w:val="14"/>
              </w:rPr>
              <w:t xml:space="preserve">, </w:t>
            </w:r>
            <w:r w:rsidRPr="00A93C3D">
              <w:rPr>
                <w:rFonts w:eastAsia="Times New Roman"/>
                <w:color w:val="5E718B"/>
                <w:sz w:val="14"/>
                <w:szCs w:val="14"/>
              </w:rPr>
              <w:t>Feel tropical textures like raffia, silk flowers, and leis</w:t>
            </w:r>
          </w:p>
        </w:tc>
        <w:tc>
          <w:tcPr>
            <w:tcW w:w="1621" w:type="dxa"/>
            <w:shd w:val="clear" w:color="auto" w:fill="FFFFFF" w:themeFill="background1"/>
          </w:tcPr>
          <w:p w14:paraId="7DEF432E" w14:textId="04D2649F" w:rsidR="00307CD3" w:rsidRPr="00DA1344" w:rsidRDefault="00240190" w:rsidP="00112A61">
            <w:pPr>
              <w:jc w:val="both"/>
              <w:rPr>
                <w:color w:val="C00000"/>
                <w:sz w:val="14"/>
                <w:szCs w:val="14"/>
              </w:rPr>
            </w:pPr>
            <w:proofErr w:type="spellStart"/>
            <w:r>
              <w:rPr>
                <w:color w:val="C00000"/>
                <w:sz w:val="14"/>
                <w:szCs w:val="14"/>
              </w:rPr>
              <w:t>Cicis</w:t>
            </w:r>
            <w:proofErr w:type="spellEnd"/>
            <w:r>
              <w:rPr>
                <w:color w:val="C00000"/>
                <w:sz w:val="14"/>
                <w:szCs w:val="14"/>
              </w:rPr>
              <w:t xml:space="preserve"> &amp; Jungle Jim’s </w:t>
            </w:r>
          </w:p>
        </w:tc>
        <w:tc>
          <w:tcPr>
            <w:tcW w:w="1531" w:type="dxa"/>
            <w:shd w:val="clear" w:color="auto" w:fill="FFFFFF" w:themeFill="background1"/>
          </w:tcPr>
          <w:p w14:paraId="4D3BDFED" w14:textId="0C4C0FC5" w:rsidR="00626670" w:rsidRDefault="007B08EF" w:rsidP="0001157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Mason</w:t>
            </w:r>
            <w:r w:rsidR="005B5A53">
              <w:rPr>
                <w:color w:val="11D329"/>
                <w:sz w:val="14"/>
                <w:szCs w:val="14"/>
              </w:rPr>
              <w:t xml:space="preserve"> Aquatic Center</w:t>
            </w:r>
            <w:r w:rsidR="00430E47">
              <w:rPr>
                <w:color w:val="11D329"/>
                <w:sz w:val="14"/>
                <w:szCs w:val="14"/>
              </w:rPr>
              <w:t xml:space="preserve"> 1</w:t>
            </w:r>
            <w:r w:rsidR="00C173A2">
              <w:rPr>
                <w:color w:val="11D329"/>
                <w:sz w:val="14"/>
                <w:szCs w:val="14"/>
              </w:rPr>
              <w:t>7</w:t>
            </w:r>
            <w:r w:rsidR="00430E47">
              <w:rPr>
                <w:color w:val="11D329"/>
                <w:sz w:val="14"/>
                <w:szCs w:val="14"/>
              </w:rPr>
              <w:t>$</w:t>
            </w:r>
          </w:p>
          <w:p w14:paraId="5EF12AC1" w14:textId="20B2C317" w:rsidR="00430E47" w:rsidRPr="00F749A6" w:rsidRDefault="00430E47" w:rsidP="0001157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Pack lunch </w:t>
            </w:r>
          </w:p>
        </w:tc>
        <w:tc>
          <w:tcPr>
            <w:tcW w:w="1441" w:type="dxa"/>
            <w:shd w:val="clear" w:color="auto" w:fill="FFFFFF" w:themeFill="background1"/>
          </w:tcPr>
          <w:p w14:paraId="65020F71" w14:textId="70A2334C" w:rsidR="00381D5A" w:rsidRPr="00047A67" w:rsidRDefault="00047FA6" w:rsidP="00766805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Harbin park splash pad, </w:t>
            </w:r>
            <w:r w:rsidR="00645B23">
              <w:rPr>
                <w:color w:val="0FD7F1"/>
                <w:sz w:val="14"/>
                <w:szCs w:val="14"/>
              </w:rPr>
              <w:t xml:space="preserve">the dip, </w:t>
            </w:r>
            <w:proofErr w:type="spellStart"/>
            <w:r w:rsidR="00872306">
              <w:rPr>
                <w:color w:val="0FD7F1"/>
                <w:sz w:val="14"/>
                <w:szCs w:val="14"/>
              </w:rPr>
              <w:t>m</w:t>
            </w:r>
            <w:r w:rsidR="0026719F">
              <w:rPr>
                <w:color w:val="0FD7F1"/>
                <w:sz w:val="14"/>
                <w:szCs w:val="14"/>
              </w:rPr>
              <w:t>eijer</w:t>
            </w:r>
            <w:proofErr w:type="spellEnd"/>
          </w:p>
        </w:tc>
        <w:tc>
          <w:tcPr>
            <w:tcW w:w="1453" w:type="dxa"/>
            <w:shd w:val="clear" w:color="auto" w:fill="FFFFFF" w:themeFill="background1"/>
          </w:tcPr>
          <w:p w14:paraId="1B176062" w14:textId="4F465E2E" w:rsidR="00485749" w:rsidRPr="00FE5F22" w:rsidRDefault="00485749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6850AA" w14:paraId="5C9F6EA7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2D5957A5" w14:textId="40E6F814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Wed 1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58" w:type="dxa"/>
            <w:shd w:val="clear" w:color="auto" w:fill="FFFFFF" w:themeFill="background1"/>
          </w:tcPr>
          <w:p w14:paraId="578419CD" w14:textId="6CEC7BAE" w:rsidR="006850AA" w:rsidRPr="00093CC5" w:rsidRDefault="006850AA" w:rsidP="00093CC5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093CC5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Space Explorer Day! </w:t>
            </w:r>
            <w:r w:rsidRPr="00093CC5">
              <w:rPr>
                <w:b/>
                <w:bCs/>
                <w:color w:val="5E718B"/>
                <w:sz w:val="14"/>
                <w:szCs w:val="14"/>
              </w:rPr>
              <w:t>Theme:</w:t>
            </w:r>
            <w:r w:rsidRPr="00093CC5">
              <w:rPr>
                <w:color w:val="5E718B"/>
                <w:sz w:val="14"/>
                <w:szCs w:val="14"/>
              </w:rPr>
              <w:t xml:space="preserve"> Planets, stars, and imagination </w:t>
            </w:r>
            <w:r w:rsidRPr="00093C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093C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 Activities: </w:t>
            </w:r>
            <w:r w:rsidRPr="00093CC5">
              <w:rPr>
                <w:rFonts w:eastAsia="Times New Roman"/>
                <w:color w:val="5E718B"/>
                <w:sz w:val="14"/>
                <w:szCs w:val="14"/>
              </w:rPr>
              <w:t xml:space="preserve">Galaxy sponge painting, Design your own planet, Rocket ship craft, Constellation art, Alien character creation </w:t>
            </w:r>
            <w:r w:rsidRPr="00093C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093C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Games: </w:t>
            </w:r>
            <w:r w:rsidRPr="00093CC5">
              <w:rPr>
                <w:rFonts w:eastAsia="Times New Roman"/>
                <w:color w:val="5E718B"/>
                <w:sz w:val="14"/>
                <w:szCs w:val="14"/>
              </w:rPr>
              <w:t xml:space="preserve">Planet Matching Game, Moon Rock Toss, Space Bingo, Alien Freeze Dance, Rocket Relay, Space Trivia, Build-a-Spaceship Challenge </w:t>
            </w:r>
            <w:r w:rsidRPr="00093CC5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</w:t>
            </w:r>
            <w:r w:rsidRPr="00093C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Time: </w:t>
            </w:r>
            <w:r w:rsidRPr="00093CC5">
              <w:rPr>
                <w:b/>
                <w:bCs/>
                <w:color w:val="5E718B"/>
                <w:sz w:val="14"/>
                <w:szCs w:val="14"/>
              </w:rPr>
              <w:t>Topic:</w:t>
            </w:r>
            <w:r w:rsidRPr="00093CC5">
              <w:rPr>
                <w:color w:val="5E718B"/>
                <w:sz w:val="14"/>
                <w:szCs w:val="14"/>
              </w:rPr>
              <w:t xml:space="preserve"> Big Dreams &amp; Exploration! </w:t>
            </w:r>
            <w:r w:rsidRPr="00093CC5">
              <w:rPr>
                <w:rFonts w:eastAsia="Times New Roman"/>
                <w:color w:val="5E718B"/>
                <w:sz w:val="14"/>
                <w:szCs w:val="14"/>
              </w:rPr>
              <w:t>If you could visit space, would you? What would your planet be called? What does it mean to explore? Share a dream or goal you have</w:t>
            </w:r>
            <w:r w:rsidR="00062AE7">
              <w:rPr>
                <w:rFonts w:eastAsia="Times New Roman"/>
                <w:color w:val="5E718B"/>
                <w:sz w:val="14"/>
                <w:szCs w:val="14"/>
              </w:rPr>
              <w:t xml:space="preserve">. </w:t>
            </w:r>
            <w:r w:rsidR="00AD5E2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Minute to win it</w:t>
            </w:r>
            <w:r w:rsidRPr="00093CC5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093CC5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w/ ms</w:t>
            </w:r>
            <w:r w:rsidR="004739F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7D6CA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Jacki</w:t>
            </w:r>
          </w:p>
        </w:tc>
        <w:tc>
          <w:tcPr>
            <w:tcW w:w="1621" w:type="dxa"/>
            <w:shd w:val="clear" w:color="auto" w:fill="FFFFFF" w:themeFill="background1"/>
          </w:tcPr>
          <w:p w14:paraId="01DEA48B" w14:textId="4F0E858B" w:rsidR="006850AA" w:rsidRPr="00DA1344" w:rsidRDefault="006850AA" w:rsidP="00B53E73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555B1E85" w14:textId="1DF47101" w:rsidR="006850AA" w:rsidRPr="00F749A6" w:rsidRDefault="006850AA" w:rsidP="00A35149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Goldstar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1067342E" w14:textId="77777777" w:rsidR="006850AA" w:rsidRDefault="006850AA" w:rsidP="007B36FC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Fishing at Isaac Walton’s Club</w:t>
            </w:r>
          </w:p>
          <w:p w14:paraId="23AEACBC" w14:textId="624970B9" w:rsidR="006850AA" w:rsidRPr="00AE0895" w:rsidRDefault="006850AA" w:rsidP="00485749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Pack lunch</w:t>
            </w:r>
          </w:p>
        </w:tc>
        <w:tc>
          <w:tcPr>
            <w:tcW w:w="1453" w:type="dxa"/>
            <w:shd w:val="clear" w:color="auto" w:fill="FFFFFF" w:themeFill="background1"/>
          </w:tcPr>
          <w:p w14:paraId="7F257FA9" w14:textId="63E85698" w:rsidR="006850AA" w:rsidRPr="00FE5F22" w:rsidRDefault="006850AA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6850AA" w14:paraId="5CB54543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B64EB09" w14:textId="4B2ED95A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Thur 1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58" w:type="dxa"/>
            <w:shd w:val="clear" w:color="auto" w:fill="FFFFFF" w:themeFill="background1"/>
          </w:tcPr>
          <w:p w14:paraId="1999A777" w14:textId="3A12942C" w:rsidR="006850AA" w:rsidRPr="00444E0C" w:rsidRDefault="006850AA" w:rsidP="009A5F4D">
            <w:pPr>
              <w:pStyle w:val="Heading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5E718B"/>
                <w:kern w:val="36"/>
                <w:sz w:val="14"/>
                <w:szCs w:val="14"/>
              </w:rPr>
            </w:pPr>
            <w:r w:rsidRPr="00444E0C">
              <w:rPr>
                <w:rFonts w:ascii="Times New Roman" w:eastAsia="Times New Roman" w:hAnsi="Times New Roman" w:cs="Times New Roman"/>
                <w:b w:val="0"/>
                <w:bCs w:val="0"/>
                <w:color w:val="5E718B"/>
                <w:kern w:val="36"/>
                <w:sz w:val="14"/>
                <w:szCs w:val="14"/>
              </w:rPr>
              <w:t xml:space="preserve">“Making Our Community Better”! </w:t>
            </w:r>
            <w:r w:rsidRPr="00444E0C">
              <w:rPr>
                <w:rFonts w:ascii="Apple Color Emoji" w:eastAsia="Times New Roman" w:hAnsi="Apple Color Emoji" w:cs="Apple Color Emoji"/>
                <w:b w:val="0"/>
                <w:bCs w:val="0"/>
                <w:color w:val="5E718B"/>
                <w:sz w:val="14"/>
                <w:szCs w:val="14"/>
              </w:rPr>
              <w:t>💬</w:t>
            </w:r>
            <w:r w:rsidRPr="00444E0C">
              <w:rPr>
                <w:rFonts w:eastAsia="Times New Roman"/>
                <w:b w:val="0"/>
                <w:bCs w:val="0"/>
                <w:color w:val="5E718B"/>
                <w:sz w:val="14"/>
                <w:szCs w:val="14"/>
              </w:rPr>
              <w:t xml:space="preserve"> Circle Time Discussion: What makes a good community? What would you improve in your neighborhood? How can we work together? Circle Time Activity: </w:t>
            </w:r>
            <w:r w:rsidRPr="00444E0C">
              <w:rPr>
                <w:b w:val="0"/>
                <w:bCs w:val="0"/>
                <w:color w:val="5E718B"/>
                <w:sz w:val="14"/>
                <w:szCs w:val="14"/>
              </w:rPr>
              <w:t xml:space="preserve">Problem Solvers Circle! </w:t>
            </w:r>
            <w:r w:rsidRPr="00444E0C">
              <w:rPr>
                <w:rFonts w:eastAsia="Times New Roman"/>
                <w:b w:val="0"/>
                <w:bCs w:val="0"/>
                <w:color w:val="5E718B"/>
                <w:sz w:val="14"/>
                <w:szCs w:val="14"/>
              </w:rPr>
              <w:t xml:space="preserve">Discuss simple community problems and solutions. </w:t>
            </w:r>
            <w:r w:rsidRPr="00444E0C">
              <w:rPr>
                <w:rFonts w:ascii="Apple Color Emoji" w:eastAsia="Times New Roman" w:hAnsi="Apple Color Emoji" w:cs="Apple Color Emoji"/>
                <w:b w:val="0"/>
                <w:bCs w:val="0"/>
                <w:color w:val="5E718B"/>
                <w:sz w:val="14"/>
                <w:szCs w:val="14"/>
              </w:rPr>
              <w:t>🎨</w:t>
            </w:r>
            <w:r w:rsidRPr="00444E0C">
              <w:rPr>
                <w:rFonts w:eastAsia="Times New Roman"/>
                <w:b w:val="0"/>
                <w:bCs w:val="0"/>
                <w:color w:val="5E718B"/>
                <w:sz w:val="14"/>
                <w:szCs w:val="14"/>
              </w:rPr>
              <w:t xml:space="preserve"> Activities: Design a dream community poster. Create a group “Community Values” mural. Build a paper town together. </w:t>
            </w:r>
            <w:r w:rsidRPr="00444E0C">
              <w:rPr>
                <w:rFonts w:ascii="Apple Color Emoji" w:eastAsia="Times New Roman" w:hAnsi="Apple Color Emoji" w:cs="Apple Color Emoji"/>
                <w:b w:val="0"/>
                <w:bCs w:val="0"/>
                <w:color w:val="5E718B"/>
                <w:sz w:val="14"/>
                <w:szCs w:val="14"/>
              </w:rPr>
              <w:t>🎲</w:t>
            </w:r>
            <w:r w:rsidRPr="00444E0C">
              <w:rPr>
                <w:rFonts w:eastAsia="Times New Roman"/>
                <w:b w:val="0"/>
                <w:bCs w:val="0"/>
                <w:color w:val="5E718B"/>
                <w:sz w:val="14"/>
                <w:szCs w:val="14"/>
              </w:rPr>
              <w:t xml:space="preserve"> Games: Team Building Challenge, Community Matching Game, Cooperative Puzzle Race</w:t>
            </w:r>
          </w:p>
        </w:tc>
        <w:tc>
          <w:tcPr>
            <w:tcW w:w="1621" w:type="dxa"/>
            <w:shd w:val="clear" w:color="auto" w:fill="FFFFFF" w:themeFill="background1"/>
          </w:tcPr>
          <w:p w14:paraId="36BA48FD" w14:textId="630758B5" w:rsidR="006850AA" w:rsidRPr="00DA1344" w:rsidRDefault="006850AA" w:rsidP="005D10DE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Burger king</w:t>
            </w:r>
          </w:p>
        </w:tc>
        <w:tc>
          <w:tcPr>
            <w:tcW w:w="1531" w:type="dxa"/>
            <w:shd w:val="clear" w:color="auto" w:fill="FFFFFF" w:themeFill="background1"/>
          </w:tcPr>
          <w:p w14:paraId="238ED3B3" w14:textId="29C8DB8C" w:rsidR="006850AA" w:rsidRPr="00F749A6" w:rsidRDefault="006850AA" w:rsidP="00AB201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Fishing at Isaac Walton Club, pack lunch</w:t>
            </w:r>
          </w:p>
        </w:tc>
        <w:tc>
          <w:tcPr>
            <w:tcW w:w="1441" w:type="dxa"/>
            <w:shd w:val="clear" w:color="auto" w:fill="FFFFFF" w:themeFill="background1"/>
          </w:tcPr>
          <w:p w14:paraId="395C3FF0" w14:textId="460B063A" w:rsidR="006850AA" w:rsidRPr="00047A67" w:rsidRDefault="006850AA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</w:t>
            </w:r>
            <w:r w:rsidRPr="00AE0895">
              <w:rPr>
                <w:color w:val="0FD7F1"/>
              </w:rPr>
              <w:t>A</w:t>
            </w:r>
          </w:p>
        </w:tc>
        <w:tc>
          <w:tcPr>
            <w:tcW w:w="1453" w:type="dxa"/>
            <w:shd w:val="clear" w:color="auto" w:fill="FFFFFF" w:themeFill="background1"/>
          </w:tcPr>
          <w:p w14:paraId="230D9FB9" w14:textId="3CCB56D0" w:rsidR="006850AA" w:rsidRPr="00FE5F22" w:rsidRDefault="006850AA" w:rsidP="005418E1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Hefner museum, skyline</w:t>
            </w:r>
          </w:p>
        </w:tc>
      </w:tr>
      <w:tr w:rsidR="006850AA" w14:paraId="2EA6A19E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312EF900" w14:textId="636DE1AE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558" w:type="dxa"/>
            <w:shd w:val="clear" w:color="auto" w:fill="FFFFFF" w:themeFill="background1"/>
          </w:tcPr>
          <w:p w14:paraId="721350C9" w14:textId="36A7383F" w:rsidR="006850AA" w:rsidRPr="00C62A99" w:rsidRDefault="006850AA" w:rsidP="00A72667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C62A9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Home Safety Checks! </w:t>
            </w:r>
            <w:r w:rsidRPr="00C62A9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C62A9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What makes a home safe? Identifying hazards, Who do we tell if something is unsafe? </w:t>
            </w:r>
            <w:r w:rsidRPr="00C62A99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C62A99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Activities: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Safety Inspector Game: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Find hazards in pictures.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Home Safety Scavenger Hunt: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Locate smoke detectors, exits, and first aid kits.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Safe or Unsafe?: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Sort household situations.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Emergency Exit Mapping: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Draw simple exit routes.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Fix the Problem: </w:t>
            </w:r>
            <w:r w:rsidRPr="00C62A99">
              <w:rPr>
                <w:rFonts w:eastAsia="Times New Roman"/>
                <w:color w:val="5E718B"/>
                <w:sz w:val="14"/>
                <w:szCs w:val="14"/>
              </w:rPr>
              <w:t xml:space="preserve">Discuss solutions to safety concerns.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Lunch: </w:t>
            </w:r>
            <w:r w:rsidR="00AC5340">
              <w:rPr>
                <w:b/>
                <w:bCs/>
                <w:color w:val="5E718B"/>
                <w:sz w:val="14"/>
                <w:szCs w:val="14"/>
              </w:rPr>
              <w:t>brunch</w:t>
            </w:r>
            <w:r w:rsidR="002931A8">
              <w:rPr>
                <w:b/>
                <w:bCs/>
                <w:color w:val="5E718B"/>
                <w:sz w:val="14"/>
                <w:szCs w:val="14"/>
              </w:rPr>
              <w:t xml:space="preserve">, </w:t>
            </w:r>
            <w:r w:rsidR="00987431">
              <w:rPr>
                <w:b/>
                <w:bCs/>
                <w:color w:val="5E718B"/>
                <w:sz w:val="14"/>
                <w:szCs w:val="14"/>
              </w:rPr>
              <w:t xml:space="preserve">balloon bonanza </w:t>
            </w:r>
            <w:r w:rsidRPr="00C62A99">
              <w:rPr>
                <w:b/>
                <w:bCs/>
                <w:color w:val="5E718B"/>
                <w:sz w:val="14"/>
                <w:szCs w:val="14"/>
              </w:rPr>
              <w:t xml:space="preserve">w/ </w:t>
            </w:r>
            <w:r w:rsidR="00B40855">
              <w:rPr>
                <w:b/>
                <w:bCs/>
                <w:color w:val="5E718B"/>
                <w:sz w:val="14"/>
                <w:szCs w:val="14"/>
              </w:rPr>
              <w:t>ms jasmine</w:t>
            </w:r>
          </w:p>
        </w:tc>
        <w:tc>
          <w:tcPr>
            <w:tcW w:w="1621" w:type="dxa"/>
            <w:shd w:val="clear" w:color="auto" w:fill="FFFFFF" w:themeFill="background1"/>
          </w:tcPr>
          <w:p w14:paraId="6A0F1C6A" w14:textId="4B584008" w:rsidR="006850AA" w:rsidRPr="00B671D9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60C1EFD7" w14:textId="2E9E5AFC" w:rsidR="006850AA" w:rsidRPr="000660C4" w:rsidRDefault="006850AA" w:rsidP="00EA790C">
            <w:pPr>
              <w:rPr>
                <w:b/>
                <w:bCs/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Hot heads</w:t>
            </w:r>
          </w:p>
        </w:tc>
        <w:tc>
          <w:tcPr>
            <w:tcW w:w="1441" w:type="dxa"/>
            <w:shd w:val="clear" w:color="auto" w:fill="FFFFFF" w:themeFill="background1"/>
          </w:tcPr>
          <w:p w14:paraId="0B1AE313" w14:textId="75CEFE63" w:rsidR="006850AA" w:rsidRPr="000660C4" w:rsidRDefault="006850AA" w:rsidP="00102448">
            <w:pPr>
              <w:jc w:val="center"/>
              <w:rPr>
                <w:b/>
                <w:bCs/>
                <w:color w:val="0FD7F1"/>
                <w:sz w:val="14"/>
                <w:szCs w:val="14"/>
              </w:rPr>
            </w:pPr>
            <w:r>
              <w:rPr>
                <w:b/>
                <w:bCs/>
                <w:color w:val="0FD7F1"/>
                <w:sz w:val="14"/>
                <w:szCs w:val="14"/>
              </w:rPr>
              <w:t>Oxford Aquatic center $10, pack lunch</w:t>
            </w:r>
          </w:p>
        </w:tc>
        <w:tc>
          <w:tcPr>
            <w:tcW w:w="1453" w:type="dxa"/>
            <w:shd w:val="clear" w:color="auto" w:fill="FFFFFF" w:themeFill="background1"/>
          </w:tcPr>
          <w:p w14:paraId="21860CD2" w14:textId="5F4A32F7" w:rsidR="006850AA" w:rsidRPr="000660C4" w:rsidRDefault="006850AA" w:rsidP="00B816C8">
            <w:pPr>
              <w:rPr>
                <w:b/>
                <w:bCs/>
                <w:color w:val="C438F0"/>
                <w:sz w:val="14"/>
                <w:szCs w:val="14"/>
              </w:rPr>
            </w:pPr>
            <w:r>
              <w:rPr>
                <w:b/>
                <w:bCs/>
                <w:color w:val="C438F0"/>
                <w:sz w:val="14"/>
                <w:szCs w:val="14"/>
              </w:rPr>
              <w:t>N/A</w:t>
            </w:r>
          </w:p>
        </w:tc>
      </w:tr>
      <w:tr w:rsidR="006850AA" w14:paraId="39B25115" w14:textId="77777777" w:rsidTr="00E70BAE">
        <w:trPr>
          <w:trHeight w:val="167"/>
        </w:trPr>
        <w:tc>
          <w:tcPr>
            <w:tcW w:w="1414" w:type="dxa"/>
          </w:tcPr>
          <w:p w14:paraId="7D311828" w14:textId="5A5825C3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Week 4</w:t>
            </w:r>
          </w:p>
        </w:tc>
        <w:tc>
          <w:tcPr>
            <w:tcW w:w="3558" w:type="dxa"/>
            <w:shd w:val="clear" w:color="auto" w:fill="FFFFFF" w:themeFill="background1"/>
          </w:tcPr>
          <w:p w14:paraId="5F78B5E8" w14:textId="77777777" w:rsidR="006850AA" w:rsidRPr="00600FBB" w:rsidRDefault="006850AA" w:rsidP="00102448">
            <w:pPr>
              <w:jc w:val="center"/>
              <w:rPr>
                <w:color w:val="5E718B"/>
                <w:sz w:val="16"/>
                <w:szCs w:val="16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34E77D64" w14:textId="77777777" w:rsidR="006850AA" w:rsidRPr="00DA1344" w:rsidRDefault="006850AA" w:rsidP="00102448">
            <w:pPr>
              <w:jc w:val="center"/>
              <w:rPr>
                <w:color w:val="C00000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2FC245B0" w14:textId="77777777" w:rsidR="006850AA" w:rsidRPr="00F749A6" w:rsidRDefault="006850AA" w:rsidP="00102448">
            <w:pPr>
              <w:jc w:val="center"/>
              <w:rPr>
                <w:color w:val="11D329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4AF83B0B" w14:textId="77777777" w:rsidR="006850AA" w:rsidRPr="00047A67" w:rsidRDefault="006850AA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2FFDE120" w14:textId="77777777" w:rsidR="006850AA" w:rsidRPr="00FE5F22" w:rsidRDefault="006850AA" w:rsidP="00102448">
            <w:pPr>
              <w:jc w:val="center"/>
              <w:rPr>
                <w:color w:val="C438F0"/>
              </w:rPr>
            </w:pPr>
          </w:p>
        </w:tc>
      </w:tr>
      <w:tr w:rsidR="006850AA" w14:paraId="7F9ED71A" w14:textId="77777777" w:rsidTr="00E70BAE">
        <w:trPr>
          <w:trHeight w:val="229"/>
        </w:trPr>
        <w:tc>
          <w:tcPr>
            <w:tcW w:w="1414" w:type="dxa"/>
            <w:shd w:val="clear" w:color="auto" w:fill="D9D9D9" w:themeFill="background1" w:themeFillShade="D9"/>
          </w:tcPr>
          <w:p w14:paraId="4992EF42" w14:textId="19BC2889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Mon </w:t>
            </w: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558" w:type="dxa"/>
            <w:shd w:val="clear" w:color="auto" w:fill="FFFFFF" w:themeFill="background1"/>
          </w:tcPr>
          <w:p w14:paraId="24F18E0C" w14:textId="5CDD3726" w:rsidR="006850AA" w:rsidRPr="000C65EE" w:rsidRDefault="006850AA" w:rsidP="000C65EE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0C65E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Respecting Property &amp; Borrowing Items! </w:t>
            </w:r>
            <w:r w:rsidRPr="000C65E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0C65E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Asking before borrowing, Returning items, Taking care of belongings. </w:t>
            </w:r>
            <w:r w:rsidRPr="000C65E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0C65E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Activities: </w:t>
            </w:r>
            <w:r w:rsidRPr="000C65EE">
              <w:rPr>
                <w:b/>
                <w:bCs/>
                <w:color w:val="5E718B"/>
                <w:sz w:val="14"/>
                <w:szCs w:val="14"/>
              </w:rPr>
              <w:t xml:space="preserve">Borrow or Ask? Sorting Game: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Determine when permission is needed. </w:t>
            </w:r>
            <w:r w:rsidRPr="000C65EE">
              <w:rPr>
                <w:b/>
                <w:bCs/>
                <w:color w:val="5E718B"/>
                <w:sz w:val="14"/>
                <w:szCs w:val="14"/>
              </w:rPr>
              <w:t xml:space="preserve">Lost Item Challenge: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Practice returning found items. </w:t>
            </w:r>
            <w:r w:rsidRPr="000C65EE">
              <w:rPr>
                <w:b/>
                <w:bCs/>
                <w:color w:val="5E718B"/>
                <w:sz w:val="14"/>
                <w:szCs w:val="14"/>
              </w:rPr>
              <w:t xml:space="preserve">Care for It Relay: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Demonstrate proper handling of common items. </w:t>
            </w:r>
            <w:r w:rsidRPr="000C65EE">
              <w:rPr>
                <w:b/>
                <w:bCs/>
                <w:color w:val="5E718B"/>
                <w:sz w:val="14"/>
                <w:szCs w:val="14"/>
              </w:rPr>
              <w:t xml:space="preserve">Whose Is It? Match-Up: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Match belongings to owners. </w:t>
            </w:r>
            <w:r w:rsidRPr="000C65EE">
              <w:rPr>
                <w:b/>
                <w:bCs/>
                <w:color w:val="5E718B"/>
                <w:sz w:val="14"/>
                <w:szCs w:val="14"/>
              </w:rPr>
              <w:t xml:space="preserve">Role-Play Respectful Borrowing: </w:t>
            </w:r>
            <w:r w:rsidRPr="000C65EE">
              <w:rPr>
                <w:rFonts w:eastAsia="Times New Roman"/>
                <w:color w:val="5E718B"/>
                <w:sz w:val="14"/>
                <w:szCs w:val="14"/>
              </w:rPr>
              <w:t xml:space="preserve">Practice asking politely. </w:t>
            </w:r>
            <w:r w:rsidRPr="000C65EE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Lunch: </w:t>
            </w:r>
            <w:r w:rsidR="007F1F52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pack (snack: </w:t>
            </w:r>
            <w:r w:rsidR="00DF22FB">
              <w:rPr>
                <w:rStyle w:val="s2"/>
                <w:b/>
                <w:bCs/>
                <w:color w:val="5E718B"/>
                <w:sz w:val="14"/>
                <w:szCs w:val="14"/>
              </w:rPr>
              <w:t>fruit pizza)</w:t>
            </w:r>
          </w:p>
        </w:tc>
        <w:tc>
          <w:tcPr>
            <w:tcW w:w="1621" w:type="dxa"/>
            <w:shd w:val="clear" w:color="auto" w:fill="FFFFFF" w:themeFill="background1"/>
          </w:tcPr>
          <w:p w14:paraId="61E31862" w14:textId="3AC3BBC6" w:rsidR="006850AA" w:rsidRPr="004D079E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1B7889E9" w14:textId="12CB39E9" w:rsidR="006850AA" w:rsidRPr="00A93AA7" w:rsidRDefault="006850AA" w:rsidP="007606C6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Bowling: Jersey Mikes</w:t>
            </w:r>
          </w:p>
          <w:p w14:paraId="602B4004" w14:textId="094E181E" w:rsidR="006850AA" w:rsidRPr="00A93AA7" w:rsidRDefault="006850AA" w:rsidP="007606C6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 xml:space="preserve">Swim: Jimmy John’s </w:t>
            </w:r>
          </w:p>
        </w:tc>
        <w:tc>
          <w:tcPr>
            <w:tcW w:w="1441" w:type="dxa"/>
            <w:shd w:val="clear" w:color="auto" w:fill="FFFFFF" w:themeFill="background1"/>
          </w:tcPr>
          <w:p w14:paraId="7643C02D" w14:textId="62768E2C" w:rsidR="006850AA" w:rsidRPr="004D079E" w:rsidRDefault="006850AA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20307FAD" w14:textId="2EAA9CF0" w:rsidR="006850AA" w:rsidRPr="004D079E" w:rsidRDefault="006850AA" w:rsidP="00102448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6850AA" w14:paraId="3DB3A9BA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0BAEF6B0" w14:textId="5CC08774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Tue </w:t>
            </w: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558" w:type="dxa"/>
            <w:shd w:val="clear" w:color="auto" w:fill="FFFFFF" w:themeFill="background1"/>
          </w:tcPr>
          <w:p w14:paraId="523A6353" w14:textId="368C2BAF" w:rsidR="006850AA" w:rsidRPr="00FC1CC6" w:rsidRDefault="006850AA" w:rsidP="005760DD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5760D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Travel Around the World! Circle Time: </w:t>
            </w:r>
            <w:r w:rsidRPr="005760DD">
              <w:rPr>
                <w:rFonts w:eastAsia="Times New Roman"/>
                <w:color w:val="5E718B"/>
                <w:sz w:val="14"/>
                <w:szCs w:val="14"/>
              </w:rPr>
              <w:t xml:space="preserve">Places you’ve visited, Places you’d like to go, Look at photos from different countries, </w:t>
            </w:r>
            <w:r w:rsidRPr="005760D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Main Activity: </w:t>
            </w:r>
            <w:r w:rsidRPr="005760DD">
              <w:rPr>
                <w:b/>
                <w:bCs/>
                <w:color w:val="5E718B"/>
                <w:sz w:val="14"/>
                <w:szCs w:val="14"/>
              </w:rPr>
              <w:t xml:space="preserve">Passport Adventure Book: </w:t>
            </w:r>
            <w:r w:rsidRPr="005760DD">
              <w:rPr>
                <w:rFonts w:eastAsia="Times New Roman"/>
                <w:color w:val="5E718B"/>
                <w:sz w:val="14"/>
                <w:szCs w:val="14"/>
              </w:rPr>
              <w:t xml:space="preserve">Create simple “passports” with stickers from different destinations, </w:t>
            </w:r>
            <w:r w:rsidRPr="005760D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Additional Activities: </w:t>
            </w:r>
            <w:r w:rsidRPr="005760DD">
              <w:rPr>
                <w:rFonts w:eastAsia="Times New Roman"/>
                <w:color w:val="5E718B"/>
                <w:sz w:val="14"/>
                <w:szCs w:val="14"/>
              </w:rPr>
              <w:t xml:space="preserve">Match landmarks to countries, Transportation picture bingo, Watch short travel videos, </w:t>
            </w:r>
            <w:r w:rsidRPr="005760D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Sensory Activity: </w:t>
            </w:r>
            <w:r w:rsidRPr="005760DD">
              <w:rPr>
                <w:rFonts w:eastAsia="Times New Roman"/>
                <w:color w:val="5E718B"/>
                <w:sz w:val="14"/>
                <w:szCs w:val="14"/>
              </w:rPr>
              <w:t xml:space="preserve">Explore souvenirs and items from different cultures, Feel maps, postcards, and travel-themed objects </w:t>
            </w:r>
            <w:r w:rsidR="00FC1CC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crazy science w/ </w:t>
            </w:r>
            <w:r w:rsidR="00300DB4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ms Ashley and ms Emily </w:t>
            </w:r>
          </w:p>
        </w:tc>
        <w:tc>
          <w:tcPr>
            <w:tcW w:w="1621" w:type="dxa"/>
            <w:shd w:val="clear" w:color="auto" w:fill="FFFFFF" w:themeFill="background1"/>
          </w:tcPr>
          <w:p w14:paraId="2501597F" w14:textId="22439DD7" w:rsidR="006850AA" w:rsidRPr="00DA1344" w:rsidRDefault="006850AA" w:rsidP="00E71AD9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Mason aquatic center ($17) 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118FCAD5" w14:textId="77777777" w:rsidR="006850AA" w:rsidRDefault="006850AA" w:rsidP="005230E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Chick-fil-A </w:t>
            </w:r>
          </w:p>
          <w:p w14:paraId="3FD317A8" w14:textId="1863B37E" w:rsidR="006850AA" w:rsidRPr="00F749A6" w:rsidRDefault="006850AA" w:rsidP="005230E2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Harbin park splash pad</w:t>
            </w:r>
          </w:p>
        </w:tc>
        <w:tc>
          <w:tcPr>
            <w:tcW w:w="1441" w:type="dxa"/>
            <w:shd w:val="clear" w:color="auto" w:fill="FFFFFF" w:themeFill="background1"/>
          </w:tcPr>
          <w:p w14:paraId="203F5C8D" w14:textId="284D7077" w:rsidR="006850AA" w:rsidRPr="004B47F4" w:rsidRDefault="006850AA" w:rsidP="00281E76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West Chester antique mall, the cone, skyline</w:t>
            </w:r>
          </w:p>
        </w:tc>
        <w:tc>
          <w:tcPr>
            <w:tcW w:w="1453" w:type="dxa"/>
            <w:shd w:val="clear" w:color="auto" w:fill="FFFFFF" w:themeFill="background1"/>
          </w:tcPr>
          <w:p w14:paraId="39CE62DE" w14:textId="051D6C3F" w:rsidR="006850AA" w:rsidRPr="00FE5F22" w:rsidRDefault="006850AA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6850AA" w14:paraId="600CD0CF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30831E8F" w14:textId="217A2038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Wed </w:t>
            </w: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558" w:type="dxa"/>
            <w:shd w:val="clear" w:color="auto" w:fill="FFFFFF" w:themeFill="background1"/>
          </w:tcPr>
          <w:p w14:paraId="3138338F" w14:textId="0FB5BDDD" w:rsidR="006850AA" w:rsidRPr="00304F46" w:rsidRDefault="006850AA" w:rsidP="00304F46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304F46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Talent &amp; Creativity Day! </w:t>
            </w:r>
            <w:r w:rsidRPr="00304F46">
              <w:rPr>
                <w:b/>
                <w:bCs/>
                <w:color w:val="5E718B"/>
                <w:sz w:val="14"/>
                <w:szCs w:val="14"/>
              </w:rPr>
              <w:t>Theme:</w:t>
            </w:r>
            <w:r w:rsidRPr="00304F46">
              <w:rPr>
                <w:color w:val="5E718B"/>
                <w:sz w:val="14"/>
                <w:szCs w:val="14"/>
              </w:rPr>
              <w:t xml:space="preserve"> Celebrating what makes us unique! </w:t>
            </w:r>
            <w:r w:rsidRPr="00304F46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304F4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 Activities: </w:t>
            </w:r>
            <w:r w:rsidRPr="00304F46">
              <w:rPr>
                <w:rFonts w:eastAsia="Times New Roman"/>
                <w:color w:val="5E718B"/>
                <w:sz w:val="14"/>
                <w:szCs w:val="14"/>
              </w:rPr>
              <w:t xml:space="preserve">Self-portrait collage, “All About Me” poster, Decorate a trophy or ribbon craft, Talent showcase certificates, Dream board creation </w:t>
            </w:r>
            <w:r w:rsidRPr="00304F46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304F4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Games: </w:t>
            </w:r>
            <w:r w:rsidRPr="00304F46">
              <w:rPr>
                <w:rFonts w:eastAsia="Times New Roman"/>
                <w:color w:val="5E718B"/>
                <w:sz w:val="14"/>
                <w:szCs w:val="14"/>
              </w:rPr>
              <w:t xml:space="preserve">Show Your Talent (optional and low-pressure), Pictionary, Creative Drawing Challenge, Finish the Picture Game, Talent Bingo, Team Building Challenges, Would You Rather? </w:t>
            </w:r>
            <w:r w:rsidRPr="00304F46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</w:t>
            </w:r>
            <w:r w:rsidRPr="00304F46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Time: </w:t>
            </w:r>
            <w:r w:rsidRPr="00304F46">
              <w:rPr>
                <w:b/>
                <w:bCs/>
                <w:color w:val="5E718B"/>
                <w:sz w:val="14"/>
                <w:szCs w:val="14"/>
              </w:rPr>
              <w:t>Topic:</w:t>
            </w:r>
            <w:r w:rsidRPr="00304F46">
              <w:rPr>
                <w:color w:val="5E718B"/>
                <w:sz w:val="14"/>
                <w:szCs w:val="14"/>
              </w:rPr>
              <w:t xml:space="preserve"> Strengths &amp; Confidence! </w:t>
            </w:r>
            <w:r w:rsidRPr="00304F46">
              <w:rPr>
                <w:rFonts w:eastAsia="Times New Roman"/>
                <w:color w:val="5E718B"/>
                <w:sz w:val="14"/>
                <w:szCs w:val="14"/>
              </w:rPr>
              <w:t xml:space="preserve">What are you good at? What makes you unique? What is something you’ve learned recently? </w:t>
            </w:r>
            <w:r w:rsidRPr="00304F46">
              <w:rPr>
                <w:rFonts w:eastAsia="Times New Roman"/>
                <w:color w:val="5E718B"/>
                <w:sz w:val="14"/>
                <w:szCs w:val="14"/>
              </w:rPr>
              <w:lastRenderedPageBreak/>
              <w:t>Compliment circle.</w:t>
            </w:r>
          </w:p>
        </w:tc>
        <w:tc>
          <w:tcPr>
            <w:tcW w:w="1621" w:type="dxa"/>
            <w:shd w:val="clear" w:color="auto" w:fill="FFFFFF" w:themeFill="background1"/>
          </w:tcPr>
          <w:p w14:paraId="541EC618" w14:textId="28D91A3D" w:rsidR="006850AA" w:rsidRPr="000050CD" w:rsidRDefault="006850AA" w:rsidP="00415A16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lastRenderedPageBreak/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3BA27C0F" w14:textId="1F4B8385" w:rsidR="006850AA" w:rsidRPr="00F749A6" w:rsidRDefault="006850AA" w:rsidP="0022493B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McDonald’s </w:t>
            </w:r>
          </w:p>
        </w:tc>
        <w:tc>
          <w:tcPr>
            <w:tcW w:w="1441" w:type="dxa"/>
            <w:shd w:val="clear" w:color="auto" w:fill="FFFFFF" w:themeFill="background1"/>
          </w:tcPr>
          <w:p w14:paraId="637E1028" w14:textId="7CFE11F4" w:rsidR="006850AA" w:rsidRPr="00580FAB" w:rsidRDefault="006850AA" w:rsidP="00AD3DEC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Hefner museum, skyline</w:t>
            </w:r>
          </w:p>
        </w:tc>
        <w:tc>
          <w:tcPr>
            <w:tcW w:w="1453" w:type="dxa"/>
            <w:shd w:val="clear" w:color="auto" w:fill="FFFFFF" w:themeFill="background1"/>
          </w:tcPr>
          <w:p w14:paraId="763EBE06" w14:textId="1D63F67D" w:rsidR="006850AA" w:rsidRPr="00FE5F22" w:rsidRDefault="006850AA" w:rsidP="00102448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6850AA" w14:paraId="2F7DFBE6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66B36CF0" w14:textId="6A40913A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>Thur 2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58" w:type="dxa"/>
            <w:shd w:val="clear" w:color="auto" w:fill="FFFFFF" w:themeFill="background1"/>
          </w:tcPr>
          <w:p w14:paraId="0C6727EE" w14:textId="41E865B3" w:rsidR="006850AA" w:rsidRPr="00DB76F2" w:rsidRDefault="006850AA" w:rsidP="00DB76F2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DB76F2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“Sharing Joy Through Music”! </w:t>
            </w:r>
            <w:r w:rsidRPr="00DB76F2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DB76F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Discussion: </w:t>
            </w:r>
            <w:r w:rsidRPr="00DB76F2">
              <w:rPr>
                <w:rFonts w:eastAsia="Times New Roman"/>
                <w:color w:val="5E718B"/>
                <w:sz w:val="14"/>
                <w:szCs w:val="14"/>
              </w:rPr>
              <w:t xml:space="preserve">What songs make you happy? How does music bring people together? What music reminds you of good memories? </w:t>
            </w:r>
            <w:r w:rsidRPr="00DB76F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Circle Time Activity: </w:t>
            </w:r>
            <w:r w:rsidRPr="00DB76F2">
              <w:rPr>
                <w:b/>
                <w:bCs/>
                <w:color w:val="5E718B"/>
                <w:sz w:val="14"/>
                <w:szCs w:val="14"/>
              </w:rPr>
              <w:t xml:space="preserve">Favorite Song Share: </w:t>
            </w:r>
            <w:r w:rsidRPr="00DB76F2">
              <w:rPr>
                <w:rFonts w:eastAsia="Times New Roman"/>
                <w:color w:val="5E718B"/>
                <w:sz w:val="14"/>
                <w:szCs w:val="14"/>
              </w:rPr>
              <w:t xml:space="preserve">Participants share favorite songs or artists. </w:t>
            </w:r>
            <w:r w:rsidRPr="00DB76F2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DB76F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Activities: </w:t>
            </w:r>
            <w:r w:rsidRPr="00DB76F2">
              <w:rPr>
                <w:rFonts w:eastAsia="Times New Roman"/>
                <w:color w:val="5E718B"/>
                <w:sz w:val="14"/>
                <w:szCs w:val="14"/>
              </w:rPr>
              <w:t xml:space="preserve">Make musical instruments from recycled materials. Decorate music note posters with positive messages. Create a group playlist chart. </w:t>
            </w:r>
            <w:r w:rsidRPr="00DB76F2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DB76F2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Games: </w:t>
            </w:r>
            <w:r w:rsidRPr="00DB76F2">
              <w:rPr>
                <w:rFonts w:eastAsia="Times New Roman"/>
                <w:color w:val="5E718B"/>
                <w:sz w:val="14"/>
                <w:szCs w:val="14"/>
              </w:rPr>
              <w:t xml:space="preserve">Name That Tune, Freeze Dance, Musical Hot Potato, </w:t>
            </w:r>
            <w:r w:rsidRPr="00DB76F2">
              <w:rPr>
                <w:b/>
                <w:bCs/>
                <w:color w:val="5E718B"/>
                <w:sz w:val="14"/>
                <w:szCs w:val="14"/>
              </w:rPr>
              <w:t xml:space="preserve">Paint by number (w/ Ms. Shanda) </w:t>
            </w:r>
          </w:p>
        </w:tc>
        <w:tc>
          <w:tcPr>
            <w:tcW w:w="1621" w:type="dxa"/>
            <w:shd w:val="clear" w:color="auto" w:fill="FFFFFF" w:themeFill="background1"/>
          </w:tcPr>
          <w:p w14:paraId="6C7388C9" w14:textId="49BE2BF3" w:rsidR="006850AA" w:rsidRPr="00DA1344" w:rsidRDefault="006850AA" w:rsidP="00395E4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Raising Canes</w:t>
            </w:r>
          </w:p>
        </w:tc>
        <w:tc>
          <w:tcPr>
            <w:tcW w:w="1531" w:type="dxa"/>
            <w:shd w:val="clear" w:color="auto" w:fill="FFFFFF" w:themeFill="background1"/>
          </w:tcPr>
          <w:p w14:paraId="2753711F" w14:textId="4C5340BA" w:rsidR="006850AA" w:rsidRPr="00F749A6" w:rsidRDefault="006850AA" w:rsidP="004D7A79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Mad mikes</w:t>
            </w:r>
          </w:p>
        </w:tc>
        <w:tc>
          <w:tcPr>
            <w:tcW w:w="1441" w:type="dxa"/>
            <w:shd w:val="clear" w:color="auto" w:fill="FFFFFF" w:themeFill="background1"/>
          </w:tcPr>
          <w:p w14:paraId="47276D88" w14:textId="53E59C65" w:rsidR="006850AA" w:rsidRPr="00047A67" w:rsidRDefault="006850AA" w:rsidP="00102448">
            <w:pPr>
              <w:jc w:val="center"/>
              <w:rPr>
                <w:color w:val="0FD7F1"/>
              </w:rPr>
            </w:pPr>
            <w:r w:rsidRPr="00047A67"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4EA1C7E2" w14:textId="5FD7DA1B" w:rsidR="006850AA" w:rsidRPr="00FE5F22" w:rsidRDefault="006850AA" w:rsidP="00786BE4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Richard and Carole cooks art museum, raising canes</w:t>
            </w:r>
          </w:p>
        </w:tc>
      </w:tr>
      <w:tr w:rsidR="006850AA" w14:paraId="73E0E90A" w14:textId="77777777" w:rsidTr="00E70BAE">
        <w:trPr>
          <w:trHeight w:val="167"/>
        </w:trPr>
        <w:tc>
          <w:tcPr>
            <w:tcW w:w="1414" w:type="dxa"/>
            <w:shd w:val="clear" w:color="auto" w:fill="D9D9D9" w:themeFill="background1" w:themeFillShade="D9"/>
          </w:tcPr>
          <w:p w14:paraId="13CB6377" w14:textId="711A33CE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 w:rsidRPr="00CB55CE">
              <w:rPr>
                <w:b/>
                <w:bCs/>
                <w:sz w:val="16"/>
                <w:szCs w:val="16"/>
              </w:rPr>
              <w:t xml:space="preserve">Fri </w:t>
            </w: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558" w:type="dxa"/>
            <w:shd w:val="clear" w:color="auto" w:fill="FFFFFF" w:themeFill="background1"/>
          </w:tcPr>
          <w:p w14:paraId="7CB37AAF" w14:textId="05540592" w:rsidR="006850AA" w:rsidRPr="00241B0E" w:rsidRDefault="006850AA" w:rsidP="00241B0E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241B0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Healthy Leisure Time Choices! </w:t>
            </w:r>
            <w:r w:rsidRPr="00241B0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241B0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What hobbies do you enjoy? Active vs inactive activities, Trying something new. </w:t>
            </w:r>
            <w:r w:rsidRPr="00241B0E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241B0E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Activities: </w:t>
            </w:r>
            <w:r w:rsidRPr="00241B0E">
              <w:rPr>
                <w:b/>
                <w:bCs/>
                <w:color w:val="5E718B"/>
                <w:sz w:val="14"/>
                <w:szCs w:val="14"/>
              </w:rPr>
              <w:t xml:space="preserve">Hobby Exploration Stations: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Puzzles, coloring, music, gardening, games. </w:t>
            </w:r>
            <w:r w:rsidRPr="00241B0E">
              <w:rPr>
                <w:b/>
                <w:bCs/>
                <w:color w:val="5E718B"/>
                <w:sz w:val="14"/>
                <w:szCs w:val="14"/>
              </w:rPr>
              <w:t xml:space="preserve">Would You Rather? Recreation Edition: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Choose between leisure activities. </w:t>
            </w:r>
            <w:r w:rsidRPr="00241B0E">
              <w:rPr>
                <w:b/>
                <w:bCs/>
                <w:color w:val="5E718B"/>
                <w:sz w:val="14"/>
                <w:szCs w:val="14"/>
              </w:rPr>
              <w:t xml:space="preserve">Leisure Planning Board: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Create an ideal free-time schedule. </w:t>
            </w:r>
            <w:r w:rsidRPr="00241B0E">
              <w:rPr>
                <w:b/>
                <w:bCs/>
                <w:color w:val="5E718B"/>
                <w:sz w:val="14"/>
                <w:szCs w:val="14"/>
              </w:rPr>
              <w:t xml:space="preserve">Active or Relaxing Sort: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Categorize activities. </w:t>
            </w:r>
            <w:r w:rsidRPr="00241B0E">
              <w:rPr>
                <w:b/>
                <w:bCs/>
                <w:color w:val="5E718B"/>
                <w:sz w:val="14"/>
                <w:szCs w:val="14"/>
              </w:rPr>
              <w:t xml:space="preserve">Talent Showcase: </w:t>
            </w:r>
            <w:r w:rsidRPr="00241B0E">
              <w:rPr>
                <w:rFonts w:eastAsia="Times New Roman"/>
                <w:color w:val="5E718B"/>
                <w:sz w:val="14"/>
                <w:szCs w:val="14"/>
              </w:rPr>
              <w:t xml:space="preserve">Share a favorite hobby or skill. </w:t>
            </w:r>
            <w:r w:rsidRPr="00241B0E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Lunch: </w:t>
            </w:r>
            <w:r w:rsidR="00AE3D15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pack ( </w:t>
            </w:r>
            <w:r w:rsidR="00416F7C">
              <w:rPr>
                <w:rStyle w:val="s2"/>
                <w:b/>
                <w:bCs/>
                <w:color w:val="5E718B"/>
                <w:sz w:val="14"/>
                <w:szCs w:val="14"/>
              </w:rPr>
              <w:t>snack: dirt cups)</w:t>
            </w:r>
          </w:p>
        </w:tc>
        <w:tc>
          <w:tcPr>
            <w:tcW w:w="1621" w:type="dxa"/>
            <w:shd w:val="clear" w:color="auto" w:fill="FFFFFF" w:themeFill="background1"/>
          </w:tcPr>
          <w:p w14:paraId="0C767D18" w14:textId="43230959" w:rsidR="006850AA" w:rsidRPr="00DA1344" w:rsidRDefault="006850AA" w:rsidP="00791501">
            <w:pPr>
              <w:rPr>
                <w:color w:val="C00000"/>
              </w:rPr>
            </w:pPr>
            <w:r w:rsidRPr="00DA1344"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38A9BC63" w14:textId="7E927167" w:rsidR="006850AA" w:rsidRPr="00F749A6" w:rsidRDefault="006850AA" w:rsidP="00D339D4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Wendys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62AD046B" w14:textId="5E52572E" w:rsidR="006850AA" w:rsidRPr="00823432" w:rsidRDefault="006850AA" w:rsidP="0083312F">
            <w:pPr>
              <w:jc w:val="center"/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Richard and Carole cooks art museum, </w:t>
            </w:r>
            <w:proofErr w:type="spellStart"/>
            <w:r>
              <w:rPr>
                <w:color w:val="0FD7F1"/>
                <w:sz w:val="14"/>
                <w:szCs w:val="14"/>
              </w:rPr>
              <w:t>arbys</w:t>
            </w:r>
            <w:proofErr w:type="spellEnd"/>
          </w:p>
        </w:tc>
        <w:tc>
          <w:tcPr>
            <w:tcW w:w="1453" w:type="dxa"/>
            <w:shd w:val="clear" w:color="auto" w:fill="FFFFFF" w:themeFill="background1"/>
          </w:tcPr>
          <w:p w14:paraId="228F70A3" w14:textId="199DDA98" w:rsidR="006850AA" w:rsidRPr="00FE5F22" w:rsidRDefault="006850AA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6850AA" w14:paraId="03CCA713" w14:textId="77777777" w:rsidTr="00E23D97">
        <w:trPr>
          <w:trHeight w:val="303"/>
        </w:trPr>
        <w:tc>
          <w:tcPr>
            <w:tcW w:w="1414" w:type="dxa"/>
            <w:shd w:val="clear" w:color="auto" w:fill="FFFFFF" w:themeFill="background1"/>
          </w:tcPr>
          <w:p w14:paraId="46DC8BB4" w14:textId="71E65F6B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Week 5</w:t>
            </w:r>
          </w:p>
        </w:tc>
        <w:tc>
          <w:tcPr>
            <w:tcW w:w="3558" w:type="dxa"/>
            <w:shd w:val="clear" w:color="auto" w:fill="FFFFFF" w:themeFill="background1"/>
          </w:tcPr>
          <w:p w14:paraId="15E84844" w14:textId="77777777" w:rsidR="006850AA" w:rsidRPr="00600FBB" w:rsidRDefault="006850AA">
            <w:pPr>
              <w:rPr>
                <w:color w:val="5E718B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0B29244F" w14:textId="457B017C" w:rsidR="006850AA" w:rsidRPr="00DA1344" w:rsidRDefault="006850AA" w:rsidP="00791501">
            <w:pPr>
              <w:rPr>
                <w:color w:val="C00000"/>
                <w:sz w:val="14"/>
                <w:szCs w:val="14"/>
              </w:rPr>
            </w:pPr>
          </w:p>
        </w:tc>
        <w:tc>
          <w:tcPr>
            <w:tcW w:w="1531" w:type="dxa"/>
            <w:shd w:val="clear" w:color="auto" w:fill="FFFFFF" w:themeFill="background1"/>
          </w:tcPr>
          <w:p w14:paraId="4462A8BD" w14:textId="77777777" w:rsidR="006850AA" w:rsidRPr="00F749A6" w:rsidRDefault="006850AA" w:rsidP="00D339D4">
            <w:pPr>
              <w:rPr>
                <w:color w:val="11D329"/>
                <w:sz w:val="14"/>
                <w:szCs w:val="14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17F043CA" w14:textId="77777777" w:rsidR="006850AA" w:rsidRPr="00047A67" w:rsidRDefault="006850AA" w:rsidP="00102448">
            <w:pPr>
              <w:jc w:val="center"/>
              <w:rPr>
                <w:color w:val="0FD7F1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776549C9" w14:textId="77777777" w:rsidR="006850AA" w:rsidRPr="00FE5F22" w:rsidRDefault="006850AA" w:rsidP="00615F0E">
            <w:pPr>
              <w:jc w:val="center"/>
              <w:rPr>
                <w:color w:val="C438F0"/>
              </w:rPr>
            </w:pPr>
          </w:p>
        </w:tc>
      </w:tr>
      <w:tr w:rsidR="006850AA" w14:paraId="7C18F7F4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3A57CF05" w14:textId="2ED2E512" w:rsidR="006850AA" w:rsidRPr="00CB55CE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 27</w:t>
            </w:r>
          </w:p>
        </w:tc>
        <w:tc>
          <w:tcPr>
            <w:tcW w:w="3558" w:type="dxa"/>
            <w:shd w:val="clear" w:color="auto" w:fill="FFFFFF" w:themeFill="background1"/>
          </w:tcPr>
          <w:p w14:paraId="55ADD2B9" w14:textId="7D40A648" w:rsidR="006850AA" w:rsidRPr="0057364C" w:rsidRDefault="006850AA" w:rsidP="009E5EF4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57364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Goal Setting &amp; Personal Growth! </w:t>
            </w:r>
            <w:r w:rsidRPr="0057364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57364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What is a goal? Why do goals help us? Celebrating accomplishments. </w:t>
            </w:r>
            <w:r w:rsidRPr="0057364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57364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Activities: </w:t>
            </w:r>
            <w:r w:rsidRPr="0057364C">
              <w:rPr>
                <w:b/>
                <w:bCs/>
                <w:color w:val="5E718B"/>
                <w:sz w:val="14"/>
                <w:szCs w:val="14"/>
              </w:rPr>
              <w:t xml:space="preserve">My Goal Ladder: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Create steps toward a personal goal. </w:t>
            </w:r>
            <w:r w:rsidRPr="0057364C">
              <w:rPr>
                <w:b/>
                <w:bCs/>
                <w:color w:val="5E718B"/>
                <w:sz w:val="14"/>
                <w:szCs w:val="14"/>
              </w:rPr>
              <w:t xml:space="preserve">Small Wins Circle: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Share recent accomplishments. </w:t>
            </w:r>
            <w:r w:rsidRPr="0057364C">
              <w:rPr>
                <w:b/>
                <w:bCs/>
                <w:color w:val="5E718B"/>
                <w:sz w:val="14"/>
                <w:szCs w:val="14"/>
              </w:rPr>
              <w:t xml:space="preserve">Future Me Collage: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Create a vision board of goals and dreams. </w:t>
            </w:r>
            <w:r w:rsidRPr="0057364C">
              <w:rPr>
                <w:b/>
                <w:bCs/>
                <w:color w:val="5E718B"/>
                <w:sz w:val="14"/>
                <w:szCs w:val="14"/>
              </w:rPr>
              <w:t xml:space="preserve">Goal Match Game: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Match goals with action steps. </w:t>
            </w:r>
            <w:r w:rsidRPr="0057364C">
              <w:rPr>
                <w:b/>
                <w:bCs/>
                <w:color w:val="5E718B"/>
                <w:sz w:val="14"/>
                <w:szCs w:val="14"/>
              </w:rPr>
              <w:t xml:space="preserve">Achievement Certificates: </w:t>
            </w:r>
            <w:r w:rsidRPr="0057364C">
              <w:rPr>
                <w:rFonts w:eastAsia="Times New Roman"/>
                <w:color w:val="5E718B"/>
                <w:sz w:val="14"/>
                <w:szCs w:val="14"/>
              </w:rPr>
              <w:t xml:space="preserve">Recognize skills participants have learned. </w:t>
            </w:r>
            <w:r w:rsidR="00DD1357" w:rsidRPr="0057364C">
              <w:rPr>
                <w:rStyle w:val="s2"/>
                <w:b/>
                <w:bCs/>
                <w:color w:val="5E718B"/>
                <w:sz w:val="14"/>
                <w:szCs w:val="14"/>
              </w:rPr>
              <w:t>Lunch:</w:t>
            </w:r>
            <w:r w:rsidRPr="0057364C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654E41">
              <w:rPr>
                <w:rStyle w:val="s2"/>
                <w:b/>
                <w:bCs/>
                <w:color w:val="5E718B"/>
                <w:sz w:val="14"/>
                <w:szCs w:val="14"/>
              </w:rPr>
              <w:t>sp</w:t>
            </w:r>
            <w:r w:rsidR="004300E8">
              <w:rPr>
                <w:rStyle w:val="s2"/>
                <w:b/>
                <w:bCs/>
                <w:color w:val="5E718B"/>
                <w:sz w:val="14"/>
                <w:szCs w:val="14"/>
              </w:rPr>
              <w:t>aghetti &amp; meatballs</w:t>
            </w:r>
            <w:r w:rsidR="005D0F71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8F095A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summer scavenger hunt </w:t>
            </w:r>
            <w:r w:rsidRPr="0057364C">
              <w:rPr>
                <w:rStyle w:val="s2"/>
                <w:b/>
                <w:bCs/>
                <w:color w:val="5E718B"/>
                <w:sz w:val="14"/>
                <w:szCs w:val="14"/>
              </w:rPr>
              <w:t>(W</w:t>
            </w:r>
            <w:r w:rsidR="008F095A" w:rsidRPr="0057364C">
              <w:rPr>
                <w:rStyle w:val="s2"/>
                <w:b/>
                <w:bCs/>
                <w:color w:val="5E718B"/>
                <w:sz w:val="14"/>
                <w:szCs w:val="14"/>
              </w:rPr>
              <w:t>/</w:t>
            </w:r>
            <w:r w:rsidR="008F095A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Mr </w:t>
            </w:r>
            <w:r w:rsidR="00197E46">
              <w:rPr>
                <w:rStyle w:val="s2"/>
                <w:b/>
                <w:bCs/>
                <w:color w:val="5E718B"/>
                <w:sz w:val="14"/>
                <w:szCs w:val="14"/>
              </w:rPr>
              <w:t>IJ</w:t>
            </w:r>
            <w:r w:rsidR="008F095A">
              <w:rPr>
                <w:rStyle w:val="s2"/>
                <w:b/>
                <w:bCs/>
                <w:color w:val="5E718B"/>
                <w:sz w:val="14"/>
                <w:szCs w:val="14"/>
              </w:rPr>
              <w:t xml:space="preserve"> (volunteer)</w:t>
            </w:r>
          </w:p>
        </w:tc>
        <w:tc>
          <w:tcPr>
            <w:tcW w:w="1621" w:type="dxa"/>
            <w:shd w:val="clear" w:color="auto" w:fill="FFFFFF" w:themeFill="background1"/>
          </w:tcPr>
          <w:p w14:paraId="0879F03B" w14:textId="14CFA6DD" w:rsidR="006850AA" w:rsidRPr="00F12342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40991361" w14:textId="3D4AF538" w:rsidR="006850AA" w:rsidRPr="008C67DF" w:rsidRDefault="006850AA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Bowling: Mad Mikes</w:t>
            </w:r>
            <w:r>
              <w:rPr>
                <w:color w:val="11D329"/>
                <w:sz w:val="14"/>
                <w:szCs w:val="14"/>
              </w:rPr>
              <w:t xml:space="preserve"> </w:t>
            </w:r>
          </w:p>
          <w:p w14:paraId="4901C5EC" w14:textId="7899D177" w:rsidR="006850AA" w:rsidRPr="00664CE8" w:rsidRDefault="006850AA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b/>
                <w:bCs/>
                <w:color w:val="11D329"/>
                <w:sz w:val="14"/>
                <w:szCs w:val="14"/>
              </w:rPr>
              <w:t>Swim: Chipotle</w:t>
            </w:r>
          </w:p>
        </w:tc>
        <w:tc>
          <w:tcPr>
            <w:tcW w:w="1441" w:type="dxa"/>
            <w:shd w:val="clear" w:color="auto" w:fill="FFFFFF" w:themeFill="background1"/>
          </w:tcPr>
          <w:p w14:paraId="6412DB4E" w14:textId="7B697248" w:rsidR="006850AA" w:rsidRPr="005F7646" w:rsidRDefault="006850AA" w:rsidP="00102448">
            <w:pPr>
              <w:jc w:val="center"/>
              <w:rPr>
                <w:color w:val="0FD7F1"/>
              </w:rPr>
            </w:pPr>
            <w:r>
              <w:rPr>
                <w:color w:val="0FD7F1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427420BE" w14:textId="4E8610F1" w:rsidR="006850AA" w:rsidRPr="005F7646" w:rsidRDefault="006850AA" w:rsidP="00615F0E">
            <w:pPr>
              <w:jc w:val="center"/>
              <w:rPr>
                <w:color w:val="C438F0"/>
              </w:rPr>
            </w:pPr>
            <w:r>
              <w:rPr>
                <w:color w:val="C438F0"/>
              </w:rPr>
              <w:t>N/A</w:t>
            </w:r>
          </w:p>
        </w:tc>
      </w:tr>
      <w:tr w:rsidR="006850AA" w14:paraId="0C9D98A1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36E37D8F" w14:textId="4C8EF9F7" w:rsidR="006850AA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Tues 28</w:t>
            </w:r>
          </w:p>
        </w:tc>
        <w:tc>
          <w:tcPr>
            <w:tcW w:w="3558" w:type="dxa"/>
            <w:shd w:val="clear" w:color="auto" w:fill="FFFFFF" w:themeFill="background1"/>
          </w:tcPr>
          <w:p w14:paraId="50549F7B" w14:textId="2227B646" w:rsidR="006850AA" w:rsidRPr="00AE1AF8" w:rsidRDefault="006850AA" w:rsidP="00AE1AF8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AE1AF8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Hollywood Stars Day! </w:t>
            </w:r>
            <w:r w:rsidRPr="00AE1AF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Circle Time: </w:t>
            </w:r>
            <w:r w:rsidRPr="00AE1AF8">
              <w:rPr>
                <w:rFonts w:eastAsia="Times New Roman"/>
                <w:color w:val="5E718B"/>
                <w:sz w:val="14"/>
                <w:szCs w:val="14"/>
              </w:rPr>
              <w:t xml:space="preserve">Favorite movies or TV shows, Who is your favorite character? Discuss different movie genres (funny, action, cartoons, etc.), </w:t>
            </w:r>
            <w:r w:rsidRPr="00AE1AF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Main Activity: </w:t>
            </w:r>
            <w:r w:rsidRPr="00AE1AF8">
              <w:rPr>
                <w:b/>
                <w:bCs/>
                <w:color w:val="5E718B"/>
                <w:sz w:val="14"/>
                <w:szCs w:val="14"/>
              </w:rPr>
              <w:t xml:space="preserve">Walk of Fame Stars, </w:t>
            </w:r>
            <w:r w:rsidRPr="00AE1AF8">
              <w:rPr>
                <w:rFonts w:eastAsia="Times New Roman"/>
                <w:color w:val="5E718B"/>
                <w:sz w:val="14"/>
                <w:szCs w:val="14"/>
              </w:rPr>
              <w:t xml:space="preserve">Decorate paper stars with names, stickers, markers, and glitter, Create a group “Ability to Thrive Walk of Fame”, </w:t>
            </w:r>
            <w:r w:rsidRPr="00AE1AF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Additional Activities: </w:t>
            </w:r>
            <w:r w:rsidRPr="00AE1AF8">
              <w:rPr>
                <w:rFonts w:eastAsia="Times New Roman"/>
                <w:color w:val="5E718B"/>
                <w:sz w:val="14"/>
                <w:szCs w:val="14"/>
              </w:rPr>
              <w:t xml:space="preserve">Movie character matching game, Photo booth with silly props, Guess the movie soundtrack </w:t>
            </w:r>
            <w:r w:rsidRPr="00AE1AF8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Sensory Activity: </w:t>
            </w:r>
            <w:r w:rsidRPr="00AE1AF8">
              <w:rPr>
                <w:rFonts w:eastAsia="Times New Roman"/>
                <w:color w:val="5E718B"/>
                <w:sz w:val="14"/>
                <w:szCs w:val="14"/>
              </w:rPr>
              <w:t>Light-up stars, Soft red carpet runway experience, Popcorn-scented sensory items</w:t>
            </w:r>
          </w:p>
        </w:tc>
        <w:tc>
          <w:tcPr>
            <w:tcW w:w="1621" w:type="dxa"/>
            <w:shd w:val="clear" w:color="auto" w:fill="FFFFFF" w:themeFill="background1"/>
          </w:tcPr>
          <w:p w14:paraId="597704ED" w14:textId="7EBDA3BB" w:rsidR="006850AA" w:rsidRPr="00DA1344" w:rsidRDefault="006850AA" w:rsidP="00791501">
            <w:pPr>
              <w:rPr>
                <w:color w:val="C00000"/>
                <w:sz w:val="14"/>
                <w:szCs w:val="14"/>
              </w:rPr>
            </w:pPr>
            <w:proofErr w:type="spellStart"/>
            <w:r>
              <w:rPr>
                <w:color w:val="C00000"/>
                <w:sz w:val="14"/>
                <w:szCs w:val="14"/>
              </w:rPr>
              <w:t>Millikin</w:t>
            </w:r>
            <w:proofErr w:type="spellEnd"/>
            <w:r>
              <w:rPr>
                <w:color w:val="C00000"/>
                <w:sz w:val="14"/>
                <w:szCs w:val="14"/>
              </w:rPr>
              <w:t xml:space="preserve"> woods splash pad &amp; Raising Canes</w:t>
            </w:r>
          </w:p>
        </w:tc>
        <w:tc>
          <w:tcPr>
            <w:tcW w:w="1531" w:type="dxa"/>
            <w:shd w:val="clear" w:color="auto" w:fill="FFFFFF" w:themeFill="background1"/>
          </w:tcPr>
          <w:p w14:paraId="4604F0BB" w14:textId="5D4CFCFE" w:rsidR="006850AA" w:rsidRPr="00F749A6" w:rsidRDefault="006850AA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Dill </w:t>
            </w:r>
            <w:proofErr w:type="spellStart"/>
            <w:r>
              <w:rPr>
                <w:color w:val="11D329"/>
                <w:sz w:val="14"/>
                <w:szCs w:val="14"/>
              </w:rPr>
              <w:t>Dinker’s</w:t>
            </w:r>
            <w:proofErr w:type="spellEnd"/>
            <w:r>
              <w:rPr>
                <w:color w:val="11D329"/>
                <w:sz w:val="14"/>
                <w:szCs w:val="14"/>
              </w:rPr>
              <w:t xml:space="preserve"> $20 Lunch included</w:t>
            </w:r>
          </w:p>
        </w:tc>
        <w:tc>
          <w:tcPr>
            <w:tcW w:w="1441" w:type="dxa"/>
            <w:shd w:val="clear" w:color="auto" w:fill="FFFFFF" w:themeFill="background1"/>
          </w:tcPr>
          <w:p w14:paraId="469420B5" w14:textId="6D2A12F8" w:rsidR="006850AA" w:rsidRPr="00FE7386" w:rsidRDefault="006850AA" w:rsidP="00194EAD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Mason aquatic center $17 pack lunch</w:t>
            </w:r>
          </w:p>
        </w:tc>
        <w:tc>
          <w:tcPr>
            <w:tcW w:w="1453" w:type="dxa"/>
            <w:shd w:val="clear" w:color="auto" w:fill="FFFFFF" w:themeFill="background1"/>
          </w:tcPr>
          <w:p w14:paraId="3BB79360" w14:textId="155AD058" w:rsidR="006850AA" w:rsidRPr="00FE5F22" w:rsidRDefault="006850AA" w:rsidP="00615F0E">
            <w:pPr>
              <w:jc w:val="center"/>
              <w:rPr>
                <w:color w:val="C438F0"/>
              </w:rPr>
            </w:pPr>
            <w:r w:rsidRPr="00FE5F22">
              <w:rPr>
                <w:color w:val="C438F0"/>
              </w:rPr>
              <w:t>N/A</w:t>
            </w:r>
          </w:p>
        </w:tc>
      </w:tr>
      <w:tr w:rsidR="006850AA" w14:paraId="51D017A2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235F99B4" w14:textId="2FB8EA30" w:rsidR="006850AA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Wed 29</w:t>
            </w:r>
          </w:p>
        </w:tc>
        <w:tc>
          <w:tcPr>
            <w:tcW w:w="3558" w:type="dxa"/>
            <w:shd w:val="clear" w:color="auto" w:fill="FFFFFF" w:themeFill="background1"/>
          </w:tcPr>
          <w:p w14:paraId="259855E0" w14:textId="1FB3A23F" w:rsidR="006850AA" w:rsidRPr="003B174D" w:rsidRDefault="006850AA" w:rsidP="003B174D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3B174D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Mystery &amp; Detective Day! </w:t>
            </w:r>
            <w:r w:rsidRPr="003B174D">
              <w:rPr>
                <w:b/>
                <w:bCs/>
                <w:color w:val="5E718B"/>
                <w:sz w:val="14"/>
                <w:szCs w:val="14"/>
              </w:rPr>
              <w:t>Theme:</w:t>
            </w:r>
            <w:r w:rsidRPr="003B174D">
              <w:rPr>
                <w:color w:val="5E718B"/>
                <w:sz w:val="14"/>
                <w:szCs w:val="14"/>
              </w:rPr>
              <w:t xml:space="preserve"> Solving clues and working together, </w:t>
            </w:r>
            <w:r w:rsidRPr="003B17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3B17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Art Activities: </w:t>
            </w:r>
            <w:r w:rsidRPr="003B174D">
              <w:rPr>
                <w:rFonts w:eastAsia="Times New Roman"/>
                <w:color w:val="5E718B"/>
                <w:sz w:val="14"/>
                <w:szCs w:val="14"/>
              </w:rPr>
              <w:t xml:space="preserve">Design a detective badge, Create a mystery character, Secret message art (using white crayons and watercolor), Fingerprint art, Make a clue notebook </w:t>
            </w:r>
            <w:r w:rsidRPr="003B17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3B17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Games: </w:t>
            </w:r>
            <w:r w:rsidRPr="003B174D">
              <w:rPr>
                <w:rFonts w:eastAsia="Times New Roman"/>
                <w:color w:val="5E718B"/>
                <w:sz w:val="14"/>
                <w:szCs w:val="14"/>
              </w:rPr>
              <w:t xml:space="preserve">Mystery Object Guessing Game, Clue Scavenger Hunt, I Spy Challenge, What’s Missing? Memory Game, Mystery Bag Game, Detective Bingo, Solve the Puzzle Stations </w:t>
            </w:r>
            <w:r w:rsidRPr="003B17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🗣</w:t>
            </w:r>
            <w:r w:rsidRPr="003B17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Time: </w:t>
            </w:r>
            <w:r w:rsidRPr="003B174D">
              <w:rPr>
                <w:b/>
                <w:bCs/>
                <w:color w:val="5E718B"/>
                <w:sz w:val="14"/>
                <w:szCs w:val="14"/>
              </w:rPr>
              <w:t>Topic:</w:t>
            </w:r>
            <w:r w:rsidRPr="003B174D">
              <w:rPr>
                <w:color w:val="5E718B"/>
                <w:sz w:val="14"/>
                <w:szCs w:val="14"/>
              </w:rPr>
              <w:t xml:space="preserve"> Problem Solving! </w:t>
            </w:r>
            <w:r w:rsidRPr="003B174D">
              <w:rPr>
                <w:rFonts w:eastAsia="Times New Roman"/>
                <w:color w:val="5E718B"/>
                <w:sz w:val="14"/>
                <w:szCs w:val="14"/>
              </w:rPr>
              <w:t>Why is it important to pay attention? Have you ever solved a problem on your own? What makes a good detective? Teamwork discussion</w:t>
            </w:r>
            <w:r w:rsidR="00CD366F">
              <w:rPr>
                <w:rFonts w:eastAsia="Times New Roman"/>
                <w:color w:val="5E718B"/>
                <w:sz w:val="14"/>
                <w:szCs w:val="14"/>
              </w:rPr>
              <w:t xml:space="preserve">. </w:t>
            </w:r>
            <w:r w:rsidR="00CD366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Music and movement party</w:t>
            </w:r>
            <w:r w:rsidRPr="003B174D"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  <w:r w:rsidRPr="003B17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(W/ </w:t>
            </w:r>
            <w:r w:rsidR="00CD366F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Mr Jason volunteer)</w:t>
            </w:r>
          </w:p>
        </w:tc>
        <w:tc>
          <w:tcPr>
            <w:tcW w:w="1621" w:type="dxa"/>
            <w:shd w:val="clear" w:color="auto" w:fill="FFFFFF" w:themeFill="background1"/>
          </w:tcPr>
          <w:p w14:paraId="60233C4A" w14:textId="72784AD7" w:rsidR="006850AA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 xml:space="preserve">La Rosa’s </w:t>
            </w:r>
          </w:p>
        </w:tc>
        <w:tc>
          <w:tcPr>
            <w:tcW w:w="1531" w:type="dxa"/>
            <w:shd w:val="clear" w:color="auto" w:fill="FFFFFF" w:themeFill="background1"/>
          </w:tcPr>
          <w:p w14:paraId="42CCD722" w14:textId="51DC9B2B" w:rsidR="006850AA" w:rsidRDefault="006850AA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 xml:space="preserve">Jimmy John’s </w:t>
            </w:r>
          </w:p>
        </w:tc>
        <w:tc>
          <w:tcPr>
            <w:tcW w:w="1441" w:type="dxa"/>
            <w:shd w:val="clear" w:color="auto" w:fill="FFFFFF" w:themeFill="background1"/>
          </w:tcPr>
          <w:p w14:paraId="47661954" w14:textId="5B1E27DC" w:rsidR="006850AA" w:rsidRDefault="00F23D68" w:rsidP="00FE7386">
            <w:pPr>
              <w:rPr>
                <w:color w:val="0FD7F1"/>
                <w:sz w:val="14"/>
                <w:szCs w:val="14"/>
              </w:rPr>
            </w:pPr>
            <w:proofErr w:type="spellStart"/>
            <w:r>
              <w:rPr>
                <w:color w:val="0FD7F1"/>
                <w:sz w:val="14"/>
                <w:szCs w:val="14"/>
              </w:rPr>
              <w:t>Millikin</w:t>
            </w:r>
            <w:proofErr w:type="spellEnd"/>
            <w:r>
              <w:rPr>
                <w:color w:val="0FD7F1"/>
                <w:sz w:val="14"/>
                <w:szCs w:val="14"/>
              </w:rPr>
              <w:t xml:space="preserve"> woods</w:t>
            </w:r>
            <w:r w:rsidR="00294C05">
              <w:rPr>
                <w:color w:val="0FD7F1"/>
                <w:sz w:val="14"/>
                <w:szCs w:val="14"/>
              </w:rPr>
              <w:t xml:space="preserve"> splash pad</w:t>
            </w:r>
            <w:r w:rsidR="005F32FA">
              <w:rPr>
                <w:color w:val="0FD7F1"/>
                <w:sz w:val="14"/>
                <w:szCs w:val="14"/>
              </w:rPr>
              <w:t xml:space="preserve">, </w:t>
            </w:r>
            <w:r w:rsidR="009404E7">
              <w:rPr>
                <w:color w:val="0FD7F1"/>
                <w:sz w:val="14"/>
                <w:szCs w:val="14"/>
              </w:rPr>
              <w:t xml:space="preserve">flubs, </w:t>
            </w:r>
            <w:r w:rsidR="00580A86">
              <w:rPr>
                <w:color w:val="0FD7F1"/>
                <w:sz w:val="14"/>
                <w:szCs w:val="14"/>
              </w:rPr>
              <w:t>pack lunch</w:t>
            </w:r>
            <w:r w:rsidR="00BA114B">
              <w:rPr>
                <w:color w:val="0FD7F1"/>
                <w:sz w:val="14"/>
                <w:szCs w:val="14"/>
              </w:rPr>
              <w:t>, rural king</w:t>
            </w:r>
          </w:p>
        </w:tc>
        <w:tc>
          <w:tcPr>
            <w:tcW w:w="1453" w:type="dxa"/>
            <w:shd w:val="clear" w:color="auto" w:fill="FFFFFF" w:themeFill="background1"/>
          </w:tcPr>
          <w:p w14:paraId="32E68D86" w14:textId="097E7ADB" w:rsidR="006850AA" w:rsidRPr="00631CA0" w:rsidRDefault="006850AA" w:rsidP="00631CA0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>N/A</w:t>
            </w:r>
          </w:p>
        </w:tc>
      </w:tr>
      <w:tr w:rsidR="006850AA" w14:paraId="44CA583D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24DA8512" w14:textId="3779FBF8" w:rsidR="006850AA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Thur 30</w:t>
            </w:r>
          </w:p>
        </w:tc>
        <w:tc>
          <w:tcPr>
            <w:tcW w:w="3558" w:type="dxa"/>
            <w:shd w:val="clear" w:color="auto" w:fill="FFFFFF" w:themeFill="background1"/>
          </w:tcPr>
          <w:p w14:paraId="6E2FDB6D" w14:textId="71541346" w:rsidR="006850AA" w:rsidRPr="004755F5" w:rsidRDefault="006850AA" w:rsidP="004755F5">
            <w:pPr>
              <w:spacing w:before="100" w:beforeAutospacing="1"/>
              <w:outlineLvl w:val="0"/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</w:pPr>
            <w:r w:rsidRPr="001F1E4D">
              <w:rPr>
                <w:rFonts w:eastAsia="Times New Roman"/>
                <w:b/>
                <w:bCs/>
                <w:color w:val="5E718B"/>
                <w:kern w:val="36"/>
                <w:sz w:val="14"/>
                <w:szCs w:val="14"/>
              </w:rPr>
              <w:t xml:space="preserve">“Friendship &amp; Community Celebration”! </w:t>
            </w:r>
            <w:r w:rsidRPr="001F1E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💬</w:t>
            </w:r>
            <w:r w:rsidRPr="001F1E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Discussion: </w:t>
            </w:r>
            <w:r w:rsidRPr="001F1E4D">
              <w:rPr>
                <w:rFonts w:eastAsia="Times New Roman"/>
                <w:color w:val="5E718B"/>
                <w:sz w:val="14"/>
                <w:szCs w:val="14"/>
              </w:rPr>
              <w:t xml:space="preserve">What qualities make a good friend? How have you helped someone recently? What was your favorite Community Connections activity this summer? </w:t>
            </w:r>
            <w:r w:rsidRPr="001F1E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Circle Time Activity: </w:t>
            </w:r>
            <w:r w:rsidRPr="001F1E4D">
              <w:rPr>
                <w:b/>
                <w:bCs/>
                <w:color w:val="5E718B"/>
                <w:sz w:val="14"/>
                <w:szCs w:val="14"/>
              </w:rPr>
              <w:t xml:space="preserve">Friendship Reflection! </w:t>
            </w:r>
            <w:r w:rsidRPr="001F1E4D">
              <w:rPr>
                <w:rFonts w:eastAsia="Times New Roman"/>
                <w:color w:val="5E718B"/>
                <w:sz w:val="14"/>
                <w:szCs w:val="14"/>
              </w:rPr>
              <w:t xml:space="preserve">Share one thing you appreciate about the group. </w:t>
            </w:r>
            <w:r w:rsidRPr="001F1E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🎨</w:t>
            </w:r>
            <w:r w:rsidRPr="001F1E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Activities: </w:t>
            </w:r>
            <w:r w:rsidRPr="001F1E4D">
              <w:rPr>
                <w:rFonts w:eastAsia="Times New Roman"/>
                <w:color w:val="5E718B"/>
                <w:sz w:val="14"/>
                <w:szCs w:val="14"/>
              </w:rPr>
              <w:t xml:space="preserve">Friendship chain (each link lists something positive). Group handprint banner. Friendship certificates for everyone. </w:t>
            </w:r>
            <w:r w:rsidRPr="001F1E4D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🎲</w:t>
            </w:r>
            <w:r w:rsidRPr="001F1E4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Games: </w:t>
            </w:r>
            <w:r w:rsidRPr="001F1E4D">
              <w:rPr>
                <w:rFonts w:eastAsia="Times New Roman"/>
                <w:color w:val="5E718B"/>
                <w:sz w:val="14"/>
                <w:szCs w:val="14"/>
              </w:rPr>
              <w:t>Friendship Bingo, Team Balloon Volleyball, Positive Word Relay</w:t>
            </w:r>
            <w:r>
              <w:rPr>
                <w:rFonts w:eastAsia="Times New Roman"/>
                <w:color w:val="5E718B"/>
                <w:sz w:val="14"/>
                <w:szCs w:val="14"/>
              </w:rPr>
              <w:t xml:space="preserve"> </w:t>
            </w:r>
          </w:p>
        </w:tc>
        <w:tc>
          <w:tcPr>
            <w:tcW w:w="1621" w:type="dxa"/>
            <w:shd w:val="clear" w:color="auto" w:fill="FFFFFF" w:themeFill="background1"/>
          </w:tcPr>
          <w:p w14:paraId="3D01E746" w14:textId="6347CEA7" w:rsidR="006850AA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Popeyes</w:t>
            </w:r>
          </w:p>
        </w:tc>
        <w:tc>
          <w:tcPr>
            <w:tcW w:w="1531" w:type="dxa"/>
            <w:shd w:val="clear" w:color="auto" w:fill="FFFFFF" w:themeFill="background1"/>
          </w:tcPr>
          <w:p w14:paraId="0D1239E1" w14:textId="0FB2110D" w:rsidR="006850AA" w:rsidRDefault="006850AA" w:rsidP="00D339D4">
            <w:pPr>
              <w:rPr>
                <w:color w:val="11D329"/>
                <w:sz w:val="14"/>
                <w:szCs w:val="14"/>
              </w:rPr>
            </w:pPr>
            <w:r>
              <w:rPr>
                <w:color w:val="11D329"/>
                <w:sz w:val="14"/>
                <w:szCs w:val="14"/>
              </w:rPr>
              <w:t>All 8 up</w:t>
            </w:r>
          </w:p>
        </w:tc>
        <w:tc>
          <w:tcPr>
            <w:tcW w:w="1441" w:type="dxa"/>
            <w:shd w:val="clear" w:color="auto" w:fill="FFFFFF" w:themeFill="background1"/>
          </w:tcPr>
          <w:p w14:paraId="0F43313A" w14:textId="289F56C0" w:rsidR="006850AA" w:rsidRDefault="006850AA" w:rsidP="00FE7386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>N/A</w:t>
            </w:r>
          </w:p>
        </w:tc>
        <w:tc>
          <w:tcPr>
            <w:tcW w:w="1453" w:type="dxa"/>
            <w:shd w:val="clear" w:color="auto" w:fill="FFFFFF" w:themeFill="background1"/>
          </w:tcPr>
          <w:p w14:paraId="1FC4324C" w14:textId="07313838" w:rsidR="006850AA" w:rsidRPr="008067F6" w:rsidRDefault="006850AA" w:rsidP="008067F6">
            <w:pPr>
              <w:rPr>
                <w:color w:val="C438F0"/>
                <w:sz w:val="14"/>
                <w:szCs w:val="14"/>
              </w:rPr>
            </w:pPr>
            <w:r>
              <w:rPr>
                <w:color w:val="C438F0"/>
                <w:sz w:val="14"/>
                <w:szCs w:val="14"/>
              </w:rPr>
              <w:t xml:space="preserve">Sensory friendly movie: Lilo and Stitch </w:t>
            </w:r>
            <w:proofErr w:type="spellStart"/>
            <w:r>
              <w:rPr>
                <w:color w:val="C438F0"/>
                <w:sz w:val="14"/>
                <w:szCs w:val="14"/>
              </w:rPr>
              <w:t>fitton</w:t>
            </w:r>
            <w:proofErr w:type="spellEnd"/>
            <w:r>
              <w:rPr>
                <w:color w:val="C438F0"/>
                <w:sz w:val="14"/>
                <w:szCs w:val="14"/>
              </w:rPr>
              <w:t xml:space="preserve"> center</w:t>
            </w:r>
          </w:p>
        </w:tc>
      </w:tr>
      <w:tr w:rsidR="006850AA" w14:paraId="74214390" w14:textId="77777777" w:rsidTr="00E70BAE">
        <w:trPr>
          <w:trHeight w:val="303"/>
        </w:trPr>
        <w:tc>
          <w:tcPr>
            <w:tcW w:w="1414" w:type="dxa"/>
            <w:shd w:val="clear" w:color="auto" w:fill="D9D9D9" w:themeFill="background1" w:themeFillShade="D9"/>
          </w:tcPr>
          <w:p w14:paraId="13890774" w14:textId="3F9A0E98" w:rsidR="006850AA" w:rsidRDefault="006850AA" w:rsidP="001024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Fri 31</w:t>
            </w:r>
          </w:p>
        </w:tc>
        <w:tc>
          <w:tcPr>
            <w:tcW w:w="3558" w:type="dxa"/>
            <w:shd w:val="clear" w:color="auto" w:fill="FFFFFF" w:themeFill="background1"/>
          </w:tcPr>
          <w:p w14:paraId="0AEFA2CB" w14:textId="39CEFF31" w:rsidR="006850AA" w:rsidRPr="00F74FEC" w:rsidRDefault="006850AA" w:rsidP="00F74FEC">
            <w:pPr>
              <w:spacing w:before="100" w:beforeAutospacing="1" w:after="100" w:afterAutospacing="1"/>
              <w:outlineLvl w:val="1"/>
              <w:rPr>
                <w:rFonts w:eastAsia="Times New Roman"/>
                <w:b/>
                <w:bCs/>
                <w:color w:val="5E718B"/>
                <w:sz w:val="14"/>
                <w:szCs w:val="14"/>
              </w:rPr>
            </w:pP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Community Fun &amp; Event Planning! </w:t>
            </w:r>
            <w:r w:rsidRPr="00F74FE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🔵</w:t>
            </w: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Circle Time Topics: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Planning events together, Taking turns making decisions, Working as a team, </w:t>
            </w:r>
            <w:r w:rsidRPr="00F74FEC">
              <w:rPr>
                <w:rFonts w:ascii="Apple Color Emoji" w:eastAsia="Times New Roman" w:hAnsi="Apple Color Emoji" w:cs="Apple Color Emoji"/>
                <w:b/>
                <w:bCs/>
                <w:color w:val="5E718B"/>
                <w:sz w:val="14"/>
                <w:szCs w:val="14"/>
              </w:rPr>
              <w:t>🟢</w:t>
            </w: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Games &amp; Activities: </w:t>
            </w:r>
            <w:r w:rsidRPr="00F74FEC">
              <w:rPr>
                <w:b/>
                <w:bCs/>
                <w:color w:val="5E718B"/>
                <w:sz w:val="14"/>
                <w:szCs w:val="14"/>
              </w:rPr>
              <w:t xml:space="preserve">Plan a Party: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Choose food, decorations, activities, and budget. </w:t>
            </w:r>
            <w:r w:rsidRPr="00F74FEC">
              <w:rPr>
                <w:b/>
                <w:bCs/>
                <w:color w:val="5E718B"/>
                <w:sz w:val="14"/>
                <w:szCs w:val="14"/>
              </w:rPr>
              <w:t xml:space="preserve">Event Supply Sort: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Determine what is needed for different events. </w:t>
            </w:r>
            <w:r w:rsidRPr="00F74FEC">
              <w:rPr>
                <w:b/>
                <w:bCs/>
                <w:color w:val="5E718B"/>
                <w:sz w:val="14"/>
                <w:szCs w:val="14"/>
              </w:rPr>
              <w:t xml:space="preserve">Invitation Creation: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Design simple invitations. </w:t>
            </w:r>
            <w:r w:rsidRPr="00F74FEC">
              <w:rPr>
                <w:b/>
                <w:bCs/>
                <w:color w:val="5E718B"/>
                <w:sz w:val="14"/>
                <w:szCs w:val="14"/>
              </w:rPr>
              <w:t xml:space="preserve">Team Planning Challenge: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Work together to organize a pretend event. </w:t>
            </w:r>
            <w:r w:rsidRPr="00F74FEC">
              <w:rPr>
                <w:b/>
                <w:bCs/>
                <w:color w:val="5E718B"/>
                <w:sz w:val="14"/>
                <w:szCs w:val="14"/>
              </w:rPr>
              <w:t xml:space="preserve">Celebration Bingo: </w:t>
            </w:r>
            <w:r w:rsidRPr="00F74FEC">
              <w:rPr>
                <w:rFonts w:eastAsia="Times New Roman"/>
                <w:color w:val="5E718B"/>
                <w:sz w:val="14"/>
                <w:szCs w:val="14"/>
              </w:rPr>
              <w:t xml:space="preserve">Community-themed bingo game with prizes. </w:t>
            </w: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Lunch:</w:t>
            </w:r>
            <w:r w:rsidR="00E96B91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make </w:t>
            </w:r>
            <w:r w:rsidR="00FF343D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taco crunch wraps</w:t>
            </w: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</w:t>
            </w:r>
            <w:r w:rsidR="00DB2E63"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 (</w:t>
            </w:r>
            <w:r w:rsidRPr="00F74FEC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>W/ )</w:t>
            </w:r>
            <w:r w:rsidR="00DB2E63">
              <w:rPr>
                <w:rFonts w:eastAsia="Times New Roman"/>
                <w:b/>
                <w:bCs/>
                <w:color w:val="5E718B"/>
                <w:sz w:val="14"/>
                <w:szCs w:val="14"/>
              </w:rPr>
              <w:t xml:space="preserve"> Mr. Josh</w:t>
            </w:r>
          </w:p>
        </w:tc>
        <w:tc>
          <w:tcPr>
            <w:tcW w:w="1621" w:type="dxa"/>
            <w:shd w:val="clear" w:color="auto" w:fill="FFFFFF" w:themeFill="background1"/>
          </w:tcPr>
          <w:p w14:paraId="2644FB52" w14:textId="64808BCB" w:rsidR="006850AA" w:rsidRDefault="006850AA" w:rsidP="00791501">
            <w:pPr>
              <w:rPr>
                <w:color w:val="C00000"/>
                <w:sz w:val="14"/>
                <w:szCs w:val="14"/>
              </w:rPr>
            </w:pPr>
            <w:r>
              <w:rPr>
                <w:color w:val="C00000"/>
                <w:sz w:val="14"/>
                <w:szCs w:val="14"/>
              </w:rPr>
              <w:t>Pack lunch</w:t>
            </w:r>
          </w:p>
        </w:tc>
        <w:tc>
          <w:tcPr>
            <w:tcW w:w="1531" w:type="dxa"/>
            <w:shd w:val="clear" w:color="auto" w:fill="FFFFFF" w:themeFill="background1"/>
          </w:tcPr>
          <w:p w14:paraId="3F6A4DC2" w14:textId="066E85EF" w:rsidR="006850AA" w:rsidRDefault="006850AA" w:rsidP="00D339D4">
            <w:pPr>
              <w:rPr>
                <w:color w:val="11D329"/>
                <w:sz w:val="14"/>
                <w:szCs w:val="14"/>
              </w:rPr>
            </w:pPr>
            <w:proofErr w:type="spellStart"/>
            <w:r>
              <w:rPr>
                <w:color w:val="11D329"/>
                <w:sz w:val="14"/>
                <w:szCs w:val="14"/>
              </w:rPr>
              <w:t>Arbys</w:t>
            </w:r>
            <w:proofErr w:type="spellEnd"/>
          </w:p>
        </w:tc>
        <w:tc>
          <w:tcPr>
            <w:tcW w:w="1441" w:type="dxa"/>
            <w:shd w:val="clear" w:color="auto" w:fill="FFFFFF" w:themeFill="background1"/>
          </w:tcPr>
          <w:p w14:paraId="6C35E490" w14:textId="47C2B21D" w:rsidR="006850AA" w:rsidRDefault="006850AA" w:rsidP="00FE7386">
            <w:pPr>
              <w:rPr>
                <w:color w:val="0FD7F1"/>
                <w:sz w:val="14"/>
                <w:szCs w:val="14"/>
              </w:rPr>
            </w:pPr>
            <w:r>
              <w:rPr>
                <w:color w:val="0FD7F1"/>
                <w:sz w:val="14"/>
                <w:szCs w:val="14"/>
              </w:rPr>
              <w:t xml:space="preserve">Harbin park splash pad, Sweden crème, Chick-fil-A, meijer </w:t>
            </w:r>
          </w:p>
        </w:tc>
        <w:tc>
          <w:tcPr>
            <w:tcW w:w="1453" w:type="dxa"/>
            <w:shd w:val="clear" w:color="auto" w:fill="FFFFFF" w:themeFill="background1"/>
          </w:tcPr>
          <w:p w14:paraId="6A8E6763" w14:textId="77777777" w:rsidR="006850AA" w:rsidRPr="00FE5F22" w:rsidRDefault="006850AA" w:rsidP="00615F0E">
            <w:pPr>
              <w:jc w:val="center"/>
              <w:rPr>
                <w:color w:val="C438F0"/>
              </w:rPr>
            </w:pPr>
          </w:p>
        </w:tc>
      </w:tr>
    </w:tbl>
    <w:p w14:paraId="2BD79FEC" w14:textId="77777777" w:rsidR="0080603D" w:rsidRPr="009F28A7" w:rsidRDefault="00BB4D77" w:rsidP="009F28A7">
      <w:pPr>
        <w:jc w:val="center"/>
        <w:rPr>
          <w:b/>
          <w:bCs/>
          <w:sz w:val="12"/>
          <w:szCs w:val="12"/>
        </w:rPr>
      </w:pPr>
      <w:r>
        <w:br/>
      </w:r>
      <w:r w:rsidRPr="009F28A7">
        <w:rPr>
          <w:b/>
          <w:bCs/>
          <w:sz w:val="12"/>
          <w:szCs w:val="12"/>
        </w:rPr>
        <w:t>Notes: Pack Lunch means lunch is brought from home. Activities may adjust due to weather or community availability.</w:t>
      </w:r>
    </w:p>
    <w:sectPr w:rsidR="0080603D" w:rsidRPr="009F28A7" w:rsidSect="00102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295A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C46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9B5A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C42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2D75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060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F367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0478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9911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737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482B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10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3D29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1673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B729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60A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1C7D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F858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3610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7262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A10D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807E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5859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3609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156C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7A44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BB15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F48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864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E16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F308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E975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104D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763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003B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BC1E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CB44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460D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996C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493573">
    <w:abstractNumId w:val="5"/>
  </w:num>
  <w:num w:numId="2" w16cid:durableId="853611534">
    <w:abstractNumId w:val="3"/>
  </w:num>
  <w:num w:numId="3" w16cid:durableId="1286934705">
    <w:abstractNumId w:val="2"/>
  </w:num>
  <w:num w:numId="4" w16cid:durableId="699748102">
    <w:abstractNumId w:val="4"/>
  </w:num>
  <w:num w:numId="5" w16cid:durableId="1127116901">
    <w:abstractNumId w:val="1"/>
  </w:num>
  <w:num w:numId="6" w16cid:durableId="870266576">
    <w:abstractNumId w:val="0"/>
  </w:num>
  <w:num w:numId="7" w16cid:durableId="1825929290">
    <w:abstractNumId w:val="41"/>
  </w:num>
  <w:num w:numId="8" w16cid:durableId="730273967">
    <w:abstractNumId w:val="9"/>
  </w:num>
  <w:num w:numId="9" w16cid:durableId="543372771">
    <w:abstractNumId w:val="13"/>
  </w:num>
  <w:num w:numId="10" w16cid:durableId="147552408">
    <w:abstractNumId w:val="40"/>
  </w:num>
  <w:num w:numId="11" w16cid:durableId="278415155">
    <w:abstractNumId w:val="8"/>
  </w:num>
  <w:num w:numId="12" w16cid:durableId="1377197999">
    <w:abstractNumId w:val="18"/>
  </w:num>
  <w:num w:numId="13" w16cid:durableId="895508512">
    <w:abstractNumId w:val="44"/>
  </w:num>
  <w:num w:numId="14" w16cid:durableId="499931947">
    <w:abstractNumId w:val="7"/>
  </w:num>
  <w:num w:numId="15" w16cid:durableId="651757380">
    <w:abstractNumId w:val="39"/>
  </w:num>
  <w:num w:numId="16" w16cid:durableId="630599676">
    <w:abstractNumId w:val="33"/>
  </w:num>
  <w:num w:numId="17" w16cid:durableId="722215207">
    <w:abstractNumId w:val="10"/>
  </w:num>
  <w:num w:numId="18" w16cid:durableId="1462334794">
    <w:abstractNumId w:val="11"/>
  </w:num>
  <w:num w:numId="19" w16cid:durableId="812139558">
    <w:abstractNumId w:val="34"/>
  </w:num>
  <w:num w:numId="20" w16cid:durableId="1061975472">
    <w:abstractNumId w:val="15"/>
  </w:num>
  <w:num w:numId="21" w16cid:durableId="1968701918">
    <w:abstractNumId w:val="27"/>
  </w:num>
  <w:num w:numId="22" w16cid:durableId="1896164947">
    <w:abstractNumId w:val="25"/>
  </w:num>
  <w:num w:numId="23" w16cid:durableId="2087223097">
    <w:abstractNumId w:val="38"/>
  </w:num>
  <w:num w:numId="24" w16cid:durableId="222133875">
    <w:abstractNumId w:val="12"/>
  </w:num>
  <w:num w:numId="25" w16cid:durableId="1490946546">
    <w:abstractNumId w:val="26"/>
  </w:num>
  <w:num w:numId="26" w16cid:durableId="1433471138">
    <w:abstractNumId w:val="28"/>
  </w:num>
  <w:num w:numId="27" w16cid:durableId="126825264">
    <w:abstractNumId w:val="20"/>
  </w:num>
  <w:num w:numId="28" w16cid:durableId="2113351574">
    <w:abstractNumId w:val="36"/>
  </w:num>
  <w:num w:numId="29" w16cid:durableId="129593519">
    <w:abstractNumId w:val="31"/>
  </w:num>
  <w:num w:numId="30" w16cid:durableId="1056927987">
    <w:abstractNumId w:val="30"/>
  </w:num>
  <w:num w:numId="31" w16cid:durableId="290749076">
    <w:abstractNumId w:val="37"/>
  </w:num>
  <w:num w:numId="32" w16cid:durableId="1119954318">
    <w:abstractNumId w:val="29"/>
  </w:num>
  <w:num w:numId="33" w16cid:durableId="1403219020">
    <w:abstractNumId w:val="35"/>
  </w:num>
  <w:num w:numId="34" w16cid:durableId="1306547906">
    <w:abstractNumId w:val="43"/>
  </w:num>
  <w:num w:numId="35" w16cid:durableId="1159925835">
    <w:abstractNumId w:val="16"/>
  </w:num>
  <w:num w:numId="36" w16cid:durableId="1443066240">
    <w:abstractNumId w:val="21"/>
  </w:num>
  <w:num w:numId="37" w16cid:durableId="1579821371">
    <w:abstractNumId w:val="6"/>
  </w:num>
  <w:num w:numId="38" w16cid:durableId="1504202721">
    <w:abstractNumId w:val="19"/>
  </w:num>
  <w:num w:numId="39" w16cid:durableId="173960011">
    <w:abstractNumId w:val="14"/>
  </w:num>
  <w:num w:numId="40" w16cid:durableId="1604797862">
    <w:abstractNumId w:val="42"/>
  </w:num>
  <w:num w:numId="41" w16cid:durableId="555242467">
    <w:abstractNumId w:val="23"/>
  </w:num>
  <w:num w:numId="42" w16cid:durableId="1337884028">
    <w:abstractNumId w:val="22"/>
  </w:num>
  <w:num w:numId="43" w16cid:durableId="2041927129">
    <w:abstractNumId w:val="32"/>
  </w:num>
  <w:num w:numId="44" w16cid:durableId="1357392635">
    <w:abstractNumId w:val="24"/>
  </w:num>
  <w:num w:numId="45" w16cid:durableId="437218187">
    <w:abstractNumId w:val="17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5A1"/>
    <w:rsid w:val="00000DA8"/>
    <w:rsid w:val="00001051"/>
    <w:rsid w:val="0000343C"/>
    <w:rsid w:val="000034CD"/>
    <w:rsid w:val="00003CF5"/>
    <w:rsid w:val="00003EDC"/>
    <w:rsid w:val="000050CD"/>
    <w:rsid w:val="00005EB5"/>
    <w:rsid w:val="00007360"/>
    <w:rsid w:val="0001028C"/>
    <w:rsid w:val="00010426"/>
    <w:rsid w:val="00011572"/>
    <w:rsid w:val="00011725"/>
    <w:rsid w:val="00012716"/>
    <w:rsid w:val="00013828"/>
    <w:rsid w:val="0001487F"/>
    <w:rsid w:val="00015191"/>
    <w:rsid w:val="00015A85"/>
    <w:rsid w:val="00017874"/>
    <w:rsid w:val="00017E6E"/>
    <w:rsid w:val="00020A14"/>
    <w:rsid w:val="00022B91"/>
    <w:rsid w:val="00022E30"/>
    <w:rsid w:val="0002334E"/>
    <w:rsid w:val="00024D01"/>
    <w:rsid w:val="00025BCA"/>
    <w:rsid w:val="0003046E"/>
    <w:rsid w:val="00030513"/>
    <w:rsid w:val="00030D30"/>
    <w:rsid w:val="00031A76"/>
    <w:rsid w:val="000322F5"/>
    <w:rsid w:val="00032FC4"/>
    <w:rsid w:val="00034616"/>
    <w:rsid w:val="00036601"/>
    <w:rsid w:val="00036B29"/>
    <w:rsid w:val="000376E5"/>
    <w:rsid w:val="000425A6"/>
    <w:rsid w:val="00042D75"/>
    <w:rsid w:val="00043E90"/>
    <w:rsid w:val="00047154"/>
    <w:rsid w:val="000477FE"/>
    <w:rsid w:val="000478F8"/>
    <w:rsid w:val="00047A67"/>
    <w:rsid w:val="00047FA6"/>
    <w:rsid w:val="00050BE9"/>
    <w:rsid w:val="0005379D"/>
    <w:rsid w:val="000538A9"/>
    <w:rsid w:val="00053982"/>
    <w:rsid w:val="000549D6"/>
    <w:rsid w:val="00054EE8"/>
    <w:rsid w:val="00055B6D"/>
    <w:rsid w:val="00057223"/>
    <w:rsid w:val="000578D7"/>
    <w:rsid w:val="0006063C"/>
    <w:rsid w:val="00062AE7"/>
    <w:rsid w:val="00062C91"/>
    <w:rsid w:val="00063AE9"/>
    <w:rsid w:val="0006414F"/>
    <w:rsid w:val="00065308"/>
    <w:rsid w:val="000660C4"/>
    <w:rsid w:val="000670EF"/>
    <w:rsid w:val="00067C25"/>
    <w:rsid w:val="0007203E"/>
    <w:rsid w:val="000728FF"/>
    <w:rsid w:val="00072B3E"/>
    <w:rsid w:val="000731D3"/>
    <w:rsid w:val="00075365"/>
    <w:rsid w:val="00075A5C"/>
    <w:rsid w:val="00076099"/>
    <w:rsid w:val="00077EC6"/>
    <w:rsid w:val="00081A83"/>
    <w:rsid w:val="000855E0"/>
    <w:rsid w:val="00085768"/>
    <w:rsid w:val="00090425"/>
    <w:rsid w:val="00093CC5"/>
    <w:rsid w:val="000959D0"/>
    <w:rsid w:val="000970AE"/>
    <w:rsid w:val="000A28FD"/>
    <w:rsid w:val="000A3FA8"/>
    <w:rsid w:val="000A69CB"/>
    <w:rsid w:val="000A6D55"/>
    <w:rsid w:val="000A7E2B"/>
    <w:rsid w:val="000B08A1"/>
    <w:rsid w:val="000B0A73"/>
    <w:rsid w:val="000B31AF"/>
    <w:rsid w:val="000B52CD"/>
    <w:rsid w:val="000B7648"/>
    <w:rsid w:val="000C134B"/>
    <w:rsid w:val="000C21C9"/>
    <w:rsid w:val="000C3AC9"/>
    <w:rsid w:val="000C65EE"/>
    <w:rsid w:val="000C7A2E"/>
    <w:rsid w:val="000C7C12"/>
    <w:rsid w:val="000D36E6"/>
    <w:rsid w:val="000D4216"/>
    <w:rsid w:val="000D43B3"/>
    <w:rsid w:val="000D5210"/>
    <w:rsid w:val="000D6CEB"/>
    <w:rsid w:val="000E0820"/>
    <w:rsid w:val="000E11D4"/>
    <w:rsid w:val="000E1728"/>
    <w:rsid w:val="000E248D"/>
    <w:rsid w:val="000E4042"/>
    <w:rsid w:val="000E4ECE"/>
    <w:rsid w:val="000E5CFA"/>
    <w:rsid w:val="000E5FF6"/>
    <w:rsid w:val="000E69C2"/>
    <w:rsid w:val="000F1A62"/>
    <w:rsid w:val="000F271C"/>
    <w:rsid w:val="000F633A"/>
    <w:rsid w:val="000F6503"/>
    <w:rsid w:val="000F72E6"/>
    <w:rsid w:val="000F7836"/>
    <w:rsid w:val="000F7FF7"/>
    <w:rsid w:val="0010008B"/>
    <w:rsid w:val="0010022C"/>
    <w:rsid w:val="00102448"/>
    <w:rsid w:val="001030E3"/>
    <w:rsid w:val="00103928"/>
    <w:rsid w:val="001066AE"/>
    <w:rsid w:val="00111677"/>
    <w:rsid w:val="00112A61"/>
    <w:rsid w:val="00112C58"/>
    <w:rsid w:val="001131C6"/>
    <w:rsid w:val="00114B16"/>
    <w:rsid w:val="0012063A"/>
    <w:rsid w:val="00122250"/>
    <w:rsid w:val="00122F08"/>
    <w:rsid w:val="00125F57"/>
    <w:rsid w:val="001263C9"/>
    <w:rsid w:val="00130971"/>
    <w:rsid w:val="0013134D"/>
    <w:rsid w:val="001314BF"/>
    <w:rsid w:val="00132BFC"/>
    <w:rsid w:val="00134949"/>
    <w:rsid w:val="00134EE1"/>
    <w:rsid w:val="00136075"/>
    <w:rsid w:val="00137222"/>
    <w:rsid w:val="00137679"/>
    <w:rsid w:val="001378A6"/>
    <w:rsid w:val="00140B87"/>
    <w:rsid w:val="0014243E"/>
    <w:rsid w:val="001442BD"/>
    <w:rsid w:val="00144F90"/>
    <w:rsid w:val="00146A97"/>
    <w:rsid w:val="00146E05"/>
    <w:rsid w:val="00147928"/>
    <w:rsid w:val="00147E74"/>
    <w:rsid w:val="0015074B"/>
    <w:rsid w:val="0015205E"/>
    <w:rsid w:val="00152463"/>
    <w:rsid w:val="00155C0C"/>
    <w:rsid w:val="0015734C"/>
    <w:rsid w:val="00157BA5"/>
    <w:rsid w:val="00160A30"/>
    <w:rsid w:val="00161B4F"/>
    <w:rsid w:val="001620C1"/>
    <w:rsid w:val="00162A99"/>
    <w:rsid w:val="00162BD5"/>
    <w:rsid w:val="00163C25"/>
    <w:rsid w:val="0016602C"/>
    <w:rsid w:val="00166893"/>
    <w:rsid w:val="00166AF6"/>
    <w:rsid w:val="00167997"/>
    <w:rsid w:val="001709CA"/>
    <w:rsid w:val="001718B7"/>
    <w:rsid w:val="0017253A"/>
    <w:rsid w:val="00172635"/>
    <w:rsid w:val="00172941"/>
    <w:rsid w:val="00172EE1"/>
    <w:rsid w:val="0017324B"/>
    <w:rsid w:val="001735FC"/>
    <w:rsid w:val="001736DB"/>
    <w:rsid w:val="00175519"/>
    <w:rsid w:val="00176AF9"/>
    <w:rsid w:val="001772CC"/>
    <w:rsid w:val="0017738D"/>
    <w:rsid w:val="00180460"/>
    <w:rsid w:val="00180AE4"/>
    <w:rsid w:val="001813D6"/>
    <w:rsid w:val="00181C88"/>
    <w:rsid w:val="001835D7"/>
    <w:rsid w:val="00183AF6"/>
    <w:rsid w:val="00183CEB"/>
    <w:rsid w:val="00186B2F"/>
    <w:rsid w:val="00190485"/>
    <w:rsid w:val="00190529"/>
    <w:rsid w:val="0019157A"/>
    <w:rsid w:val="001920C4"/>
    <w:rsid w:val="00194EAD"/>
    <w:rsid w:val="0019644E"/>
    <w:rsid w:val="00196CA5"/>
    <w:rsid w:val="00197144"/>
    <w:rsid w:val="00197E46"/>
    <w:rsid w:val="001A0D1D"/>
    <w:rsid w:val="001A27BC"/>
    <w:rsid w:val="001A2BA7"/>
    <w:rsid w:val="001B15CF"/>
    <w:rsid w:val="001B211E"/>
    <w:rsid w:val="001B2AD7"/>
    <w:rsid w:val="001B2BA3"/>
    <w:rsid w:val="001B3E96"/>
    <w:rsid w:val="001B57A8"/>
    <w:rsid w:val="001B6F16"/>
    <w:rsid w:val="001B76DF"/>
    <w:rsid w:val="001C1374"/>
    <w:rsid w:val="001C198E"/>
    <w:rsid w:val="001C3F3C"/>
    <w:rsid w:val="001C42EC"/>
    <w:rsid w:val="001C5DAB"/>
    <w:rsid w:val="001C6C51"/>
    <w:rsid w:val="001C7571"/>
    <w:rsid w:val="001C7E91"/>
    <w:rsid w:val="001D3C9B"/>
    <w:rsid w:val="001D4F59"/>
    <w:rsid w:val="001D5E02"/>
    <w:rsid w:val="001D611C"/>
    <w:rsid w:val="001D7FD6"/>
    <w:rsid w:val="001E1792"/>
    <w:rsid w:val="001E1E44"/>
    <w:rsid w:val="001E399C"/>
    <w:rsid w:val="001E3D06"/>
    <w:rsid w:val="001E6F3A"/>
    <w:rsid w:val="001F0FE1"/>
    <w:rsid w:val="001F1E4D"/>
    <w:rsid w:val="001F276D"/>
    <w:rsid w:val="001F2935"/>
    <w:rsid w:val="001F3AF4"/>
    <w:rsid w:val="001F5044"/>
    <w:rsid w:val="001F55F3"/>
    <w:rsid w:val="001F67C1"/>
    <w:rsid w:val="001F6B67"/>
    <w:rsid w:val="00201A17"/>
    <w:rsid w:val="00202D5B"/>
    <w:rsid w:val="00202E22"/>
    <w:rsid w:val="002053F7"/>
    <w:rsid w:val="0020556E"/>
    <w:rsid w:val="0021060B"/>
    <w:rsid w:val="002106A9"/>
    <w:rsid w:val="002116C7"/>
    <w:rsid w:val="00211A62"/>
    <w:rsid w:val="0021377C"/>
    <w:rsid w:val="002137E6"/>
    <w:rsid w:val="00213BEA"/>
    <w:rsid w:val="002150EB"/>
    <w:rsid w:val="00217520"/>
    <w:rsid w:val="002220E7"/>
    <w:rsid w:val="00222A32"/>
    <w:rsid w:val="0022371B"/>
    <w:rsid w:val="00223D8C"/>
    <w:rsid w:val="0022493B"/>
    <w:rsid w:val="002278C9"/>
    <w:rsid w:val="00231203"/>
    <w:rsid w:val="00232404"/>
    <w:rsid w:val="002357D6"/>
    <w:rsid w:val="00235971"/>
    <w:rsid w:val="00235C3E"/>
    <w:rsid w:val="00236016"/>
    <w:rsid w:val="00240190"/>
    <w:rsid w:val="00240C44"/>
    <w:rsid w:val="00241B0E"/>
    <w:rsid w:val="002421EA"/>
    <w:rsid w:val="002445CB"/>
    <w:rsid w:val="00245133"/>
    <w:rsid w:val="002454E8"/>
    <w:rsid w:val="00245EFC"/>
    <w:rsid w:val="00247CB7"/>
    <w:rsid w:val="00250543"/>
    <w:rsid w:val="002508A2"/>
    <w:rsid w:val="002514B3"/>
    <w:rsid w:val="0025199B"/>
    <w:rsid w:val="00252AA3"/>
    <w:rsid w:val="002533DE"/>
    <w:rsid w:val="002546F7"/>
    <w:rsid w:val="00254903"/>
    <w:rsid w:val="00256426"/>
    <w:rsid w:val="0025723F"/>
    <w:rsid w:val="00257432"/>
    <w:rsid w:val="0026080B"/>
    <w:rsid w:val="002608C5"/>
    <w:rsid w:val="00261001"/>
    <w:rsid w:val="00261290"/>
    <w:rsid w:val="00261F11"/>
    <w:rsid w:val="00263978"/>
    <w:rsid w:val="00264DD1"/>
    <w:rsid w:val="00266504"/>
    <w:rsid w:val="0026719F"/>
    <w:rsid w:val="0026749D"/>
    <w:rsid w:val="00267608"/>
    <w:rsid w:val="00271902"/>
    <w:rsid w:val="00271D0C"/>
    <w:rsid w:val="0027233A"/>
    <w:rsid w:val="0027285A"/>
    <w:rsid w:val="00273F26"/>
    <w:rsid w:val="0027605E"/>
    <w:rsid w:val="00276B2E"/>
    <w:rsid w:val="00277B9F"/>
    <w:rsid w:val="00277DB7"/>
    <w:rsid w:val="00281E76"/>
    <w:rsid w:val="00282AD7"/>
    <w:rsid w:val="00283611"/>
    <w:rsid w:val="00284064"/>
    <w:rsid w:val="0028426A"/>
    <w:rsid w:val="00284B6D"/>
    <w:rsid w:val="00285351"/>
    <w:rsid w:val="002869C8"/>
    <w:rsid w:val="00286C72"/>
    <w:rsid w:val="00290190"/>
    <w:rsid w:val="0029262F"/>
    <w:rsid w:val="0029308C"/>
    <w:rsid w:val="002931A8"/>
    <w:rsid w:val="00293BEF"/>
    <w:rsid w:val="00294C05"/>
    <w:rsid w:val="0029639D"/>
    <w:rsid w:val="002A1DCD"/>
    <w:rsid w:val="002A23C7"/>
    <w:rsid w:val="002A32A7"/>
    <w:rsid w:val="002A3CB3"/>
    <w:rsid w:val="002A4262"/>
    <w:rsid w:val="002A47BD"/>
    <w:rsid w:val="002A4DF5"/>
    <w:rsid w:val="002A5D55"/>
    <w:rsid w:val="002A7FEE"/>
    <w:rsid w:val="002B0A42"/>
    <w:rsid w:val="002B175A"/>
    <w:rsid w:val="002B2A72"/>
    <w:rsid w:val="002B2C3B"/>
    <w:rsid w:val="002B2DAE"/>
    <w:rsid w:val="002B5881"/>
    <w:rsid w:val="002B7CF6"/>
    <w:rsid w:val="002C1E2A"/>
    <w:rsid w:val="002C215A"/>
    <w:rsid w:val="002C23F0"/>
    <w:rsid w:val="002C3C48"/>
    <w:rsid w:val="002C3C87"/>
    <w:rsid w:val="002C445C"/>
    <w:rsid w:val="002C54C4"/>
    <w:rsid w:val="002C7B76"/>
    <w:rsid w:val="002D2D86"/>
    <w:rsid w:val="002D651D"/>
    <w:rsid w:val="002E2749"/>
    <w:rsid w:val="002E3DCF"/>
    <w:rsid w:val="002E3EB5"/>
    <w:rsid w:val="002E4878"/>
    <w:rsid w:val="002E5418"/>
    <w:rsid w:val="002E60E4"/>
    <w:rsid w:val="002E66A3"/>
    <w:rsid w:val="002E6714"/>
    <w:rsid w:val="002E7299"/>
    <w:rsid w:val="002E760A"/>
    <w:rsid w:val="002F4554"/>
    <w:rsid w:val="002F4DD8"/>
    <w:rsid w:val="0030090F"/>
    <w:rsid w:val="00300DB4"/>
    <w:rsid w:val="0030314A"/>
    <w:rsid w:val="00304CB4"/>
    <w:rsid w:val="00304F46"/>
    <w:rsid w:val="003052A1"/>
    <w:rsid w:val="00305D4B"/>
    <w:rsid w:val="003073E3"/>
    <w:rsid w:val="0030741D"/>
    <w:rsid w:val="00307CD3"/>
    <w:rsid w:val="00307E5B"/>
    <w:rsid w:val="00313B69"/>
    <w:rsid w:val="00313D1A"/>
    <w:rsid w:val="003142FC"/>
    <w:rsid w:val="0031431F"/>
    <w:rsid w:val="00314EFD"/>
    <w:rsid w:val="003150B7"/>
    <w:rsid w:val="003151D8"/>
    <w:rsid w:val="00316810"/>
    <w:rsid w:val="003225FC"/>
    <w:rsid w:val="003232EE"/>
    <w:rsid w:val="00323E03"/>
    <w:rsid w:val="00325BFB"/>
    <w:rsid w:val="00325C60"/>
    <w:rsid w:val="00326D71"/>
    <w:rsid w:val="00326F46"/>
    <w:rsid w:val="00326F90"/>
    <w:rsid w:val="0033414F"/>
    <w:rsid w:val="003341A7"/>
    <w:rsid w:val="0033421C"/>
    <w:rsid w:val="00334680"/>
    <w:rsid w:val="003346D6"/>
    <w:rsid w:val="003364BB"/>
    <w:rsid w:val="0033695E"/>
    <w:rsid w:val="00337038"/>
    <w:rsid w:val="003375B4"/>
    <w:rsid w:val="00341372"/>
    <w:rsid w:val="00341A96"/>
    <w:rsid w:val="00341E17"/>
    <w:rsid w:val="0034228A"/>
    <w:rsid w:val="003426F4"/>
    <w:rsid w:val="00342A60"/>
    <w:rsid w:val="00343E7E"/>
    <w:rsid w:val="00345832"/>
    <w:rsid w:val="00346B55"/>
    <w:rsid w:val="0035055A"/>
    <w:rsid w:val="00350926"/>
    <w:rsid w:val="00351965"/>
    <w:rsid w:val="003523DB"/>
    <w:rsid w:val="00352B75"/>
    <w:rsid w:val="00352B8F"/>
    <w:rsid w:val="00357020"/>
    <w:rsid w:val="00357586"/>
    <w:rsid w:val="00360741"/>
    <w:rsid w:val="00361676"/>
    <w:rsid w:val="00361855"/>
    <w:rsid w:val="0036282E"/>
    <w:rsid w:val="00366F4A"/>
    <w:rsid w:val="00367A6D"/>
    <w:rsid w:val="003713A4"/>
    <w:rsid w:val="00371DBF"/>
    <w:rsid w:val="00372485"/>
    <w:rsid w:val="00373783"/>
    <w:rsid w:val="003738E2"/>
    <w:rsid w:val="00373D60"/>
    <w:rsid w:val="00375F05"/>
    <w:rsid w:val="0037602F"/>
    <w:rsid w:val="003772BD"/>
    <w:rsid w:val="00377825"/>
    <w:rsid w:val="0038024A"/>
    <w:rsid w:val="00381B6A"/>
    <w:rsid w:val="00381D5A"/>
    <w:rsid w:val="00383241"/>
    <w:rsid w:val="00383431"/>
    <w:rsid w:val="00383D3A"/>
    <w:rsid w:val="00385F8A"/>
    <w:rsid w:val="00391D47"/>
    <w:rsid w:val="00392EE6"/>
    <w:rsid w:val="00393A52"/>
    <w:rsid w:val="00395E41"/>
    <w:rsid w:val="003A197E"/>
    <w:rsid w:val="003A2023"/>
    <w:rsid w:val="003A24DE"/>
    <w:rsid w:val="003A37BA"/>
    <w:rsid w:val="003A6D7D"/>
    <w:rsid w:val="003A7AF1"/>
    <w:rsid w:val="003A7BCF"/>
    <w:rsid w:val="003B14FF"/>
    <w:rsid w:val="003B174D"/>
    <w:rsid w:val="003B1A3B"/>
    <w:rsid w:val="003B5242"/>
    <w:rsid w:val="003B71E7"/>
    <w:rsid w:val="003B7EE9"/>
    <w:rsid w:val="003C035A"/>
    <w:rsid w:val="003C0600"/>
    <w:rsid w:val="003C0B1E"/>
    <w:rsid w:val="003C0C2E"/>
    <w:rsid w:val="003C0C4B"/>
    <w:rsid w:val="003C323D"/>
    <w:rsid w:val="003C4925"/>
    <w:rsid w:val="003C4BB3"/>
    <w:rsid w:val="003C6B08"/>
    <w:rsid w:val="003C7CEA"/>
    <w:rsid w:val="003C7E50"/>
    <w:rsid w:val="003D05B5"/>
    <w:rsid w:val="003D0899"/>
    <w:rsid w:val="003D0FC4"/>
    <w:rsid w:val="003D16B6"/>
    <w:rsid w:val="003D1A0C"/>
    <w:rsid w:val="003D21ED"/>
    <w:rsid w:val="003D3181"/>
    <w:rsid w:val="003D3303"/>
    <w:rsid w:val="003D3AE1"/>
    <w:rsid w:val="003D40B4"/>
    <w:rsid w:val="003E06F7"/>
    <w:rsid w:val="003E0E6D"/>
    <w:rsid w:val="003E26F5"/>
    <w:rsid w:val="003E3457"/>
    <w:rsid w:val="003E408C"/>
    <w:rsid w:val="003E55B4"/>
    <w:rsid w:val="003E5AD3"/>
    <w:rsid w:val="003E63A3"/>
    <w:rsid w:val="003E6957"/>
    <w:rsid w:val="003E7C63"/>
    <w:rsid w:val="003F1F5F"/>
    <w:rsid w:val="003F33D2"/>
    <w:rsid w:val="003F34F3"/>
    <w:rsid w:val="003F3D3C"/>
    <w:rsid w:val="003F3FF0"/>
    <w:rsid w:val="003F4C8A"/>
    <w:rsid w:val="003F6939"/>
    <w:rsid w:val="003F6A92"/>
    <w:rsid w:val="0040053C"/>
    <w:rsid w:val="00400C57"/>
    <w:rsid w:val="0040101D"/>
    <w:rsid w:val="004013A3"/>
    <w:rsid w:val="00401FC3"/>
    <w:rsid w:val="0040218D"/>
    <w:rsid w:val="00405302"/>
    <w:rsid w:val="0040669B"/>
    <w:rsid w:val="00407387"/>
    <w:rsid w:val="00410F09"/>
    <w:rsid w:val="00415A16"/>
    <w:rsid w:val="004167CE"/>
    <w:rsid w:val="00416F7C"/>
    <w:rsid w:val="00417E82"/>
    <w:rsid w:val="004202C9"/>
    <w:rsid w:val="0042074C"/>
    <w:rsid w:val="004235A8"/>
    <w:rsid w:val="00426E72"/>
    <w:rsid w:val="0042717F"/>
    <w:rsid w:val="00427272"/>
    <w:rsid w:val="0042770B"/>
    <w:rsid w:val="00427C26"/>
    <w:rsid w:val="004300E8"/>
    <w:rsid w:val="00430A45"/>
    <w:rsid w:val="00430E47"/>
    <w:rsid w:val="00431A90"/>
    <w:rsid w:val="004324C8"/>
    <w:rsid w:val="00432E6F"/>
    <w:rsid w:val="00433970"/>
    <w:rsid w:val="00434F5A"/>
    <w:rsid w:val="00435875"/>
    <w:rsid w:val="0043789A"/>
    <w:rsid w:val="0044024B"/>
    <w:rsid w:val="004404C9"/>
    <w:rsid w:val="00440CBF"/>
    <w:rsid w:val="00444117"/>
    <w:rsid w:val="004442BA"/>
    <w:rsid w:val="00444E0C"/>
    <w:rsid w:val="004454EB"/>
    <w:rsid w:val="00445DEF"/>
    <w:rsid w:val="00446110"/>
    <w:rsid w:val="00447BAD"/>
    <w:rsid w:val="00447FA5"/>
    <w:rsid w:val="0045112B"/>
    <w:rsid w:val="00451692"/>
    <w:rsid w:val="00452441"/>
    <w:rsid w:val="0045289D"/>
    <w:rsid w:val="00452AC6"/>
    <w:rsid w:val="00453528"/>
    <w:rsid w:val="0045402E"/>
    <w:rsid w:val="004548BA"/>
    <w:rsid w:val="00456BE5"/>
    <w:rsid w:val="0045714A"/>
    <w:rsid w:val="004575E5"/>
    <w:rsid w:val="004604ED"/>
    <w:rsid w:val="0046456C"/>
    <w:rsid w:val="00464811"/>
    <w:rsid w:val="00465F05"/>
    <w:rsid w:val="00467C2B"/>
    <w:rsid w:val="00471124"/>
    <w:rsid w:val="00473593"/>
    <w:rsid w:val="004739FD"/>
    <w:rsid w:val="004755F5"/>
    <w:rsid w:val="00476268"/>
    <w:rsid w:val="00480FF0"/>
    <w:rsid w:val="00481AE0"/>
    <w:rsid w:val="00482C25"/>
    <w:rsid w:val="00485749"/>
    <w:rsid w:val="00485771"/>
    <w:rsid w:val="00487AE7"/>
    <w:rsid w:val="00490AF3"/>
    <w:rsid w:val="00491BD2"/>
    <w:rsid w:val="004948FE"/>
    <w:rsid w:val="00497646"/>
    <w:rsid w:val="004A0157"/>
    <w:rsid w:val="004A1C4B"/>
    <w:rsid w:val="004A6EFF"/>
    <w:rsid w:val="004A79C3"/>
    <w:rsid w:val="004A7DBC"/>
    <w:rsid w:val="004A7F8A"/>
    <w:rsid w:val="004B11CA"/>
    <w:rsid w:val="004B1E78"/>
    <w:rsid w:val="004B297C"/>
    <w:rsid w:val="004B47F4"/>
    <w:rsid w:val="004B57F8"/>
    <w:rsid w:val="004B5F95"/>
    <w:rsid w:val="004C0975"/>
    <w:rsid w:val="004C146C"/>
    <w:rsid w:val="004C1FFA"/>
    <w:rsid w:val="004C4E99"/>
    <w:rsid w:val="004C7385"/>
    <w:rsid w:val="004D079E"/>
    <w:rsid w:val="004D0E6D"/>
    <w:rsid w:val="004D1C5A"/>
    <w:rsid w:val="004D38DD"/>
    <w:rsid w:val="004D3FCA"/>
    <w:rsid w:val="004D4443"/>
    <w:rsid w:val="004D4C96"/>
    <w:rsid w:val="004D627B"/>
    <w:rsid w:val="004D759C"/>
    <w:rsid w:val="004D7712"/>
    <w:rsid w:val="004D7A79"/>
    <w:rsid w:val="004D7F91"/>
    <w:rsid w:val="004E06C3"/>
    <w:rsid w:val="004E5437"/>
    <w:rsid w:val="004E6D85"/>
    <w:rsid w:val="004E7120"/>
    <w:rsid w:val="004E7906"/>
    <w:rsid w:val="004E798E"/>
    <w:rsid w:val="004F01A3"/>
    <w:rsid w:val="004F01B9"/>
    <w:rsid w:val="004F0A27"/>
    <w:rsid w:val="004F2405"/>
    <w:rsid w:val="004F59B2"/>
    <w:rsid w:val="004F5E8E"/>
    <w:rsid w:val="005003AC"/>
    <w:rsid w:val="005004FF"/>
    <w:rsid w:val="005005BC"/>
    <w:rsid w:val="0050086F"/>
    <w:rsid w:val="00500DFA"/>
    <w:rsid w:val="00504E08"/>
    <w:rsid w:val="00507D35"/>
    <w:rsid w:val="00507FB3"/>
    <w:rsid w:val="00510566"/>
    <w:rsid w:val="00511BBA"/>
    <w:rsid w:val="00513BEA"/>
    <w:rsid w:val="0051582A"/>
    <w:rsid w:val="005175D1"/>
    <w:rsid w:val="00517C65"/>
    <w:rsid w:val="00521B38"/>
    <w:rsid w:val="005230E2"/>
    <w:rsid w:val="00524FD0"/>
    <w:rsid w:val="005253B8"/>
    <w:rsid w:val="00527493"/>
    <w:rsid w:val="005310DF"/>
    <w:rsid w:val="00532051"/>
    <w:rsid w:val="005331C6"/>
    <w:rsid w:val="005333D4"/>
    <w:rsid w:val="005350AA"/>
    <w:rsid w:val="00535A2F"/>
    <w:rsid w:val="00535DAC"/>
    <w:rsid w:val="00537C4D"/>
    <w:rsid w:val="005405D8"/>
    <w:rsid w:val="005418E1"/>
    <w:rsid w:val="00542903"/>
    <w:rsid w:val="00542EE8"/>
    <w:rsid w:val="00543293"/>
    <w:rsid w:val="00544A91"/>
    <w:rsid w:val="00554C42"/>
    <w:rsid w:val="0055547D"/>
    <w:rsid w:val="00555634"/>
    <w:rsid w:val="00555AA2"/>
    <w:rsid w:val="005568F2"/>
    <w:rsid w:val="005604C8"/>
    <w:rsid w:val="00561146"/>
    <w:rsid w:val="00561D19"/>
    <w:rsid w:val="00561E40"/>
    <w:rsid w:val="00562A63"/>
    <w:rsid w:val="005635F9"/>
    <w:rsid w:val="00563864"/>
    <w:rsid w:val="00564B52"/>
    <w:rsid w:val="00565B40"/>
    <w:rsid w:val="00565F43"/>
    <w:rsid w:val="00570954"/>
    <w:rsid w:val="00572F1A"/>
    <w:rsid w:val="0057364C"/>
    <w:rsid w:val="005751AF"/>
    <w:rsid w:val="00575726"/>
    <w:rsid w:val="00575F8A"/>
    <w:rsid w:val="005760DD"/>
    <w:rsid w:val="005765F2"/>
    <w:rsid w:val="00576722"/>
    <w:rsid w:val="00580A86"/>
    <w:rsid w:val="00580FAB"/>
    <w:rsid w:val="0058155F"/>
    <w:rsid w:val="005821A4"/>
    <w:rsid w:val="00584712"/>
    <w:rsid w:val="00584BA1"/>
    <w:rsid w:val="005869A6"/>
    <w:rsid w:val="00587696"/>
    <w:rsid w:val="00591035"/>
    <w:rsid w:val="0059133D"/>
    <w:rsid w:val="00591582"/>
    <w:rsid w:val="00592221"/>
    <w:rsid w:val="00594B0D"/>
    <w:rsid w:val="00594FBC"/>
    <w:rsid w:val="00595978"/>
    <w:rsid w:val="0059637E"/>
    <w:rsid w:val="005974D8"/>
    <w:rsid w:val="005A09E7"/>
    <w:rsid w:val="005A1D82"/>
    <w:rsid w:val="005A1EBB"/>
    <w:rsid w:val="005A28A9"/>
    <w:rsid w:val="005A2D3C"/>
    <w:rsid w:val="005A3C10"/>
    <w:rsid w:val="005A3CDB"/>
    <w:rsid w:val="005B052E"/>
    <w:rsid w:val="005B0937"/>
    <w:rsid w:val="005B0E3C"/>
    <w:rsid w:val="005B1E02"/>
    <w:rsid w:val="005B2EE1"/>
    <w:rsid w:val="005B3311"/>
    <w:rsid w:val="005B5A53"/>
    <w:rsid w:val="005B7F27"/>
    <w:rsid w:val="005C01A0"/>
    <w:rsid w:val="005C034A"/>
    <w:rsid w:val="005C1067"/>
    <w:rsid w:val="005C16E3"/>
    <w:rsid w:val="005C1CCC"/>
    <w:rsid w:val="005C363E"/>
    <w:rsid w:val="005C3A27"/>
    <w:rsid w:val="005C5C19"/>
    <w:rsid w:val="005C7E7D"/>
    <w:rsid w:val="005D0C53"/>
    <w:rsid w:val="005D0F71"/>
    <w:rsid w:val="005D10DE"/>
    <w:rsid w:val="005D3EBA"/>
    <w:rsid w:val="005D3F2E"/>
    <w:rsid w:val="005D5350"/>
    <w:rsid w:val="005D5C1C"/>
    <w:rsid w:val="005E0FBB"/>
    <w:rsid w:val="005E3527"/>
    <w:rsid w:val="005E4414"/>
    <w:rsid w:val="005E4B97"/>
    <w:rsid w:val="005E4D8B"/>
    <w:rsid w:val="005E6192"/>
    <w:rsid w:val="005E6626"/>
    <w:rsid w:val="005E6DD1"/>
    <w:rsid w:val="005E73D9"/>
    <w:rsid w:val="005E7C16"/>
    <w:rsid w:val="005F118F"/>
    <w:rsid w:val="005F1450"/>
    <w:rsid w:val="005F1C93"/>
    <w:rsid w:val="005F2DA2"/>
    <w:rsid w:val="005F2EE9"/>
    <w:rsid w:val="005F32FA"/>
    <w:rsid w:val="005F354D"/>
    <w:rsid w:val="005F47F4"/>
    <w:rsid w:val="005F5B34"/>
    <w:rsid w:val="005F73A6"/>
    <w:rsid w:val="005F7646"/>
    <w:rsid w:val="00600FBB"/>
    <w:rsid w:val="00602AD2"/>
    <w:rsid w:val="00602BBA"/>
    <w:rsid w:val="00606589"/>
    <w:rsid w:val="00610D69"/>
    <w:rsid w:val="00611A2B"/>
    <w:rsid w:val="00614086"/>
    <w:rsid w:val="00615F0E"/>
    <w:rsid w:val="00617986"/>
    <w:rsid w:val="00620DE8"/>
    <w:rsid w:val="00621AB3"/>
    <w:rsid w:val="00622D0C"/>
    <w:rsid w:val="0062556E"/>
    <w:rsid w:val="00625933"/>
    <w:rsid w:val="006265A0"/>
    <w:rsid w:val="00626670"/>
    <w:rsid w:val="00626CE9"/>
    <w:rsid w:val="00630190"/>
    <w:rsid w:val="0063197E"/>
    <w:rsid w:val="00631CA0"/>
    <w:rsid w:val="0063236F"/>
    <w:rsid w:val="00632750"/>
    <w:rsid w:val="00632777"/>
    <w:rsid w:val="006337BD"/>
    <w:rsid w:val="00633FB3"/>
    <w:rsid w:val="0063509B"/>
    <w:rsid w:val="00636662"/>
    <w:rsid w:val="0064156C"/>
    <w:rsid w:val="00642771"/>
    <w:rsid w:val="00642934"/>
    <w:rsid w:val="00642BFC"/>
    <w:rsid w:val="0064303C"/>
    <w:rsid w:val="0064467F"/>
    <w:rsid w:val="00644B8A"/>
    <w:rsid w:val="006459DC"/>
    <w:rsid w:val="00645B23"/>
    <w:rsid w:val="0064642E"/>
    <w:rsid w:val="00646725"/>
    <w:rsid w:val="00647FF1"/>
    <w:rsid w:val="00651684"/>
    <w:rsid w:val="00651D03"/>
    <w:rsid w:val="00652CC2"/>
    <w:rsid w:val="0065396E"/>
    <w:rsid w:val="00654103"/>
    <w:rsid w:val="00654A63"/>
    <w:rsid w:val="00654E41"/>
    <w:rsid w:val="006563DD"/>
    <w:rsid w:val="00657879"/>
    <w:rsid w:val="00657AE0"/>
    <w:rsid w:val="00657BB0"/>
    <w:rsid w:val="00657E31"/>
    <w:rsid w:val="006624BA"/>
    <w:rsid w:val="00662662"/>
    <w:rsid w:val="00662FD2"/>
    <w:rsid w:val="00663AE1"/>
    <w:rsid w:val="00664ACB"/>
    <w:rsid w:val="00664CE8"/>
    <w:rsid w:val="0066509C"/>
    <w:rsid w:val="006651B6"/>
    <w:rsid w:val="00666871"/>
    <w:rsid w:val="00666A72"/>
    <w:rsid w:val="00667DC5"/>
    <w:rsid w:val="00672ABC"/>
    <w:rsid w:val="00672E92"/>
    <w:rsid w:val="0067362E"/>
    <w:rsid w:val="00674870"/>
    <w:rsid w:val="006750BE"/>
    <w:rsid w:val="00675E3E"/>
    <w:rsid w:val="0067716A"/>
    <w:rsid w:val="00680732"/>
    <w:rsid w:val="00682132"/>
    <w:rsid w:val="00682CDF"/>
    <w:rsid w:val="00683529"/>
    <w:rsid w:val="00683A4F"/>
    <w:rsid w:val="006850AA"/>
    <w:rsid w:val="00687B9C"/>
    <w:rsid w:val="00687C64"/>
    <w:rsid w:val="00687D32"/>
    <w:rsid w:val="0069039E"/>
    <w:rsid w:val="00690515"/>
    <w:rsid w:val="00690EE9"/>
    <w:rsid w:val="00691A2C"/>
    <w:rsid w:val="006930BD"/>
    <w:rsid w:val="00693B20"/>
    <w:rsid w:val="00693B79"/>
    <w:rsid w:val="0069447A"/>
    <w:rsid w:val="0069447E"/>
    <w:rsid w:val="00695489"/>
    <w:rsid w:val="006A0AC5"/>
    <w:rsid w:val="006A0C77"/>
    <w:rsid w:val="006A3AF1"/>
    <w:rsid w:val="006A3F6A"/>
    <w:rsid w:val="006A41AC"/>
    <w:rsid w:val="006A701C"/>
    <w:rsid w:val="006B0F49"/>
    <w:rsid w:val="006B3540"/>
    <w:rsid w:val="006B3BF2"/>
    <w:rsid w:val="006B4163"/>
    <w:rsid w:val="006B4A9D"/>
    <w:rsid w:val="006B4BA4"/>
    <w:rsid w:val="006B59AA"/>
    <w:rsid w:val="006B6930"/>
    <w:rsid w:val="006B75BA"/>
    <w:rsid w:val="006C08FB"/>
    <w:rsid w:val="006C0AB4"/>
    <w:rsid w:val="006C1284"/>
    <w:rsid w:val="006C2BC8"/>
    <w:rsid w:val="006C3326"/>
    <w:rsid w:val="006C5959"/>
    <w:rsid w:val="006C71CA"/>
    <w:rsid w:val="006C72C2"/>
    <w:rsid w:val="006C7E5F"/>
    <w:rsid w:val="006D1AFD"/>
    <w:rsid w:val="006D672D"/>
    <w:rsid w:val="006E0320"/>
    <w:rsid w:val="006E08CD"/>
    <w:rsid w:val="006E19C4"/>
    <w:rsid w:val="006E1C06"/>
    <w:rsid w:val="006E2A63"/>
    <w:rsid w:val="006E3205"/>
    <w:rsid w:val="006E4ED5"/>
    <w:rsid w:val="006E62F1"/>
    <w:rsid w:val="006F0BC8"/>
    <w:rsid w:val="006F4557"/>
    <w:rsid w:val="006F635A"/>
    <w:rsid w:val="006F6F16"/>
    <w:rsid w:val="00702867"/>
    <w:rsid w:val="0070342D"/>
    <w:rsid w:val="00703763"/>
    <w:rsid w:val="007037A2"/>
    <w:rsid w:val="00703F4B"/>
    <w:rsid w:val="007042F6"/>
    <w:rsid w:val="00705A1A"/>
    <w:rsid w:val="00706B64"/>
    <w:rsid w:val="00710A88"/>
    <w:rsid w:val="0071456F"/>
    <w:rsid w:val="00714EB5"/>
    <w:rsid w:val="007152A1"/>
    <w:rsid w:val="00715D32"/>
    <w:rsid w:val="00717AEC"/>
    <w:rsid w:val="00721FF7"/>
    <w:rsid w:val="007226A4"/>
    <w:rsid w:val="00722879"/>
    <w:rsid w:val="0072451F"/>
    <w:rsid w:val="007247B0"/>
    <w:rsid w:val="00724F3F"/>
    <w:rsid w:val="007276BD"/>
    <w:rsid w:val="00731789"/>
    <w:rsid w:val="00732C8F"/>
    <w:rsid w:val="00736BB4"/>
    <w:rsid w:val="0074033E"/>
    <w:rsid w:val="007405A0"/>
    <w:rsid w:val="007419E1"/>
    <w:rsid w:val="00741E14"/>
    <w:rsid w:val="00742191"/>
    <w:rsid w:val="007432BA"/>
    <w:rsid w:val="00743C6A"/>
    <w:rsid w:val="007464E5"/>
    <w:rsid w:val="00750250"/>
    <w:rsid w:val="00750A37"/>
    <w:rsid w:val="0075161F"/>
    <w:rsid w:val="007518B7"/>
    <w:rsid w:val="00752241"/>
    <w:rsid w:val="00753F8A"/>
    <w:rsid w:val="00755CBB"/>
    <w:rsid w:val="007603A4"/>
    <w:rsid w:val="007606C6"/>
    <w:rsid w:val="007607E9"/>
    <w:rsid w:val="0076234A"/>
    <w:rsid w:val="007631F2"/>
    <w:rsid w:val="00763D59"/>
    <w:rsid w:val="00763F2A"/>
    <w:rsid w:val="00764524"/>
    <w:rsid w:val="00765EA1"/>
    <w:rsid w:val="00766805"/>
    <w:rsid w:val="0076791E"/>
    <w:rsid w:val="007708A8"/>
    <w:rsid w:val="00772031"/>
    <w:rsid w:val="007758DF"/>
    <w:rsid w:val="00776EC5"/>
    <w:rsid w:val="00781104"/>
    <w:rsid w:val="007827CF"/>
    <w:rsid w:val="00782C23"/>
    <w:rsid w:val="00783515"/>
    <w:rsid w:val="00784259"/>
    <w:rsid w:val="007860B7"/>
    <w:rsid w:val="00786BE4"/>
    <w:rsid w:val="00786E83"/>
    <w:rsid w:val="007876DB"/>
    <w:rsid w:val="00787F48"/>
    <w:rsid w:val="00791501"/>
    <w:rsid w:val="0079619B"/>
    <w:rsid w:val="007A0734"/>
    <w:rsid w:val="007A188E"/>
    <w:rsid w:val="007A2999"/>
    <w:rsid w:val="007A4D38"/>
    <w:rsid w:val="007A4DEE"/>
    <w:rsid w:val="007A5FC2"/>
    <w:rsid w:val="007A688F"/>
    <w:rsid w:val="007A75EE"/>
    <w:rsid w:val="007B072E"/>
    <w:rsid w:val="007B08EF"/>
    <w:rsid w:val="007B2235"/>
    <w:rsid w:val="007B2343"/>
    <w:rsid w:val="007B4F71"/>
    <w:rsid w:val="007B5569"/>
    <w:rsid w:val="007B6122"/>
    <w:rsid w:val="007B6359"/>
    <w:rsid w:val="007B7B97"/>
    <w:rsid w:val="007C324F"/>
    <w:rsid w:val="007C3EE5"/>
    <w:rsid w:val="007D062D"/>
    <w:rsid w:val="007D0E3D"/>
    <w:rsid w:val="007D0F7F"/>
    <w:rsid w:val="007D27B2"/>
    <w:rsid w:val="007D2BBF"/>
    <w:rsid w:val="007D31C3"/>
    <w:rsid w:val="007D3310"/>
    <w:rsid w:val="007D4FCE"/>
    <w:rsid w:val="007D6CAE"/>
    <w:rsid w:val="007E0524"/>
    <w:rsid w:val="007E227D"/>
    <w:rsid w:val="007E2A7D"/>
    <w:rsid w:val="007E4287"/>
    <w:rsid w:val="007E5109"/>
    <w:rsid w:val="007E6D33"/>
    <w:rsid w:val="007F0B6B"/>
    <w:rsid w:val="007F1F52"/>
    <w:rsid w:val="007F20F7"/>
    <w:rsid w:val="007F4118"/>
    <w:rsid w:val="007F4566"/>
    <w:rsid w:val="007F69BA"/>
    <w:rsid w:val="0080090C"/>
    <w:rsid w:val="00800BF2"/>
    <w:rsid w:val="00800CF6"/>
    <w:rsid w:val="00800F93"/>
    <w:rsid w:val="00801304"/>
    <w:rsid w:val="00802139"/>
    <w:rsid w:val="0080256A"/>
    <w:rsid w:val="008026A5"/>
    <w:rsid w:val="00802EEC"/>
    <w:rsid w:val="00805DDF"/>
    <w:rsid w:val="0080603D"/>
    <w:rsid w:val="008067F6"/>
    <w:rsid w:val="008077EE"/>
    <w:rsid w:val="00807CFD"/>
    <w:rsid w:val="00807E52"/>
    <w:rsid w:val="008101AE"/>
    <w:rsid w:val="00812446"/>
    <w:rsid w:val="00813755"/>
    <w:rsid w:val="00814FF3"/>
    <w:rsid w:val="008157E3"/>
    <w:rsid w:val="0081590E"/>
    <w:rsid w:val="00816D82"/>
    <w:rsid w:val="0082154D"/>
    <w:rsid w:val="00821593"/>
    <w:rsid w:val="008216F0"/>
    <w:rsid w:val="0082287F"/>
    <w:rsid w:val="008228C8"/>
    <w:rsid w:val="00823432"/>
    <w:rsid w:val="008268FF"/>
    <w:rsid w:val="00826C11"/>
    <w:rsid w:val="00830FAD"/>
    <w:rsid w:val="00831ED6"/>
    <w:rsid w:val="008326BD"/>
    <w:rsid w:val="0083312F"/>
    <w:rsid w:val="00837665"/>
    <w:rsid w:val="00840772"/>
    <w:rsid w:val="00841B01"/>
    <w:rsid w:val="00842918"/>
    <w:rsid w:val="00844188"/>
    <w:rsid w:val="00844490"/>
    <w:rsid w:val="00844744"/>
    <w:rsid w:val="00844AB0"/>
    <w:rsid w:val="00845B8A"/>
    <w:rsid w:val="00847F5A"/>
    <w:rsid w:val="00850412"/>
    <w:rsid w:val="008506D3"/>
    <w:rsid w:val="00851637"/>
    <w:rsid w:val="00852C6F"/>
    <w:rsid w:val="008545B7"/>
    <w:rsid w:val="00855178"/>
    <w:rsid w:val="00855CB0"/>
    <w:rsid w:val="00856E0B"/>
    <w:rsid w:val="00856E5E"/>
    <w:rsid w:val="008607D9"/>
    <w:rsid w:val="00862262"/>
    <w:rsid w:val="00865267"/>
    <w:rsid w:val="0086791C"/>
    <w:rsid w:val="008704DF"/>
    <w:rsid w:val="00870FAA"/>
    <w:rsid w:val="00871972"/>
    <w:rsid w:val="00872306"/>
    <w:rsid w:val="008735D1"/>
    <w:rsid w:val="008743B6"/>
    <w:rsid w:val="00874DC0"/>
    <w:rsid w:val="00876A96"/>
    <w:rsid w:val="008801D7"/>
    <w:rsid w:val="0088080C"/>
    <w:rsid w:val="00880DE5"/>
    <w:rsid w:val="00882D32"/>
    <w:rsid w:val="00883890"/>
    <w:rsid w:val="00884C8A"/>
    <w:rsid w:val="00885F89"/>
    <w:rsid w:val="00890EA9"/>
    <w:rsid w:val="00891AD4"/>
    <w:rsid w:val="00892001"/>
    <w:rsid w:val="00893CBB"/>
    <w:rsid w:val="0089483B"/>
    <w:rsid w:val="00894B77"/>
    <w:rsid w:val="00896088"/>
    <w:rsid w:val="008A05CA"/>
    <w:rsid w:val="008A05F7"/>
    <w:rsid w:val="008A2B6B"/>
    <w:rsid w:val="008A3153"/>
    <w:rsid w:val="008A3B1A"/>
    <w:rsid w:val="008A4382"/>
    <w:rsid w:val="008A4929"/>
    <w:rsid w:val="008A6EA0"/>
    <w:rsid w:val="008B07EC"/>
    <w:rsid w:val="008B09B4"/>
    <w:rsid w:val="008B1095"/>
    <w:rsid w:val="008B18F7"/>
    <w:rsid w:val="008B1C4A"/>
    <w:rsid w:val="008B1F9B"/>
    <w:rsid w:val="008B3DC5"/>
    <w:rsid w:val="008B7AC5"/>
    <w:rsid w:val="008C3781"/>
    <w:rsid w:val="008C67DF"/>
    <w:rsid w:val="008D0BB7"/>
    <w:rsid w:val="008D15EC"/>
    <w:rsid w:val="008D20F9"/>
    <w:rsid w:val="008D2933"/>
    <w:rsid w:val="008D5707"/>
    <w:rsid w:val="008D5928"/>
    <w:rsid w:val="008D6194"/>
    <w:rsid w:val="008D62E5"/>
    <w:rsid w:val="008E0B08"/>
    <w:rsid w:val="008E4AD4"/>
    <w:rsid w:val="008E4C3A"/>
    <w:rsid w:val="008E4C6D"/>
    <w:rsid w:val="008E4FF8"/>
    <w:rsid w:val="008E600D"/>
    <w:rsid w:val="008E64C1"/>
    <w:rsid w:val="008F0054"/>
    <w:rsid w:val="008F0227"/>
    <w:rsid w:val="008F0517"/>
    <w:rsid w:val="008F095A"/>
    <w:rsid w:val="008F1387"/>
    <w:rsid w:val="008F21E1"/>
    <w:rsid w:val="008F46CB"/>
    <w:rsid w:val="008F5D6A"/>
    <w:rsid w:val="008F614B"/>
    <w:rsid w:val="0090035C"/>
    <w:rsid w:val="00903CE5"/>
    <w:rsid w:val="009045B5"/>
    <w:rsid w:val="00906B56"/>
    <w:rsid w:val="00910FA7"/>
    <w:rsid w:val="0091154A"/>
    <w:rsid w:val="009115FD"/>
    <w:rsid w:val="00911E61"/>
    <w:rsid w:val="00912A53"/>
    <w:rsid w:val="00913761"/>
    <w:rsid w:val="00913E00"/>
    <w:rsid w:val="009160F4"/>
    <w:rsid w:val="0092124A"/>
    <w:rsid w:val="00922FD6"/>
    <w:rsid w:val="00924E6E"/>
    <w:rsid w:val="009252A3"/>
    <w:rsid w:val="009262C1"/>
    <w:rsid w:val="00927AB7"/>
    <w:rsid w:val="00927B60"/>
    <w:rsid w:val="00932011"/>
    <w:rsid w:val="0093321F"/>
    <w:rsid w:val="009366E7"/>
    <w:rsid w:val="00936D1F"/>
    <w:rsid w:val="00937482"/>
    <w:rsid w:val="00937ED8"/>
    <w:rsid w:val="009404E7"/>
    <w:rsid w:val="0094182C"/>
    <w:rsid w:val="00943D74"/>
    <w:rsid w:val="009464E8"/>
    <w:rsid w:val="00946708"/>
    <w:rsid w:val="00950787"/>
    <w:rsid w:val="009509D4"/>
    <w:rsid w:val="00953808"/>
    <w:rsid w:val="00954B1F"/>
    <w:rsid w:val="00954C18"/>
    <w:rsid w:val="00954C3B"/>
    <w:rsid w:val="00956E9F"/>
    <w:rsid w:val="009571AA"/>
    <w:rsid w:val="00957A5C"/>
    <w:rsid w:val="00957FCB"/>
    <w:rsid w:val="009624A8"/>
    <w:rsid w:val="00963BEC"/>
    <w:rsid w:val="00964555"/>
    <w:rsid w:val="009658DC"/>
    <w:rsid w:val="0097205A"/>
    <w:rsid w:val="00972E24"/>
    <w:rsid w:val="009731B2"/>
    <w:rsid w:val="00973583"/>
    <w:rsid w:val="0097619F"/>
    <w:rsid w:val="00976436"/>
    <w:rsid w:val="00980A20"/>
    <w:rsid w:val="009810D9"/>
    <w:rsid w:val="00987431"/>
    <w:rsid w:val="00990740"/>
    <w:rsid w:val="00992FEC"/>
    <w:rsid w:val="00997052"/>
    <w:rsid w:val="009A0945"/>
    <w:rsid w:val="009A5F4D"/>
    <w:rsid w:val="009B0DC7"/>
    <w:rsid w:val="009B22EF"/>
    <w:rsid w:val="009B4BF6"/>
    <w:rsid w:val="009B4CF6"/>
    <w:rsid w:val="009B7750"/>
    <w:rsid w:val="009C0644"/>
    <w:rsid w:val="009C0809"/>
    <w:rsid w:val="009C1669"/>
    <w:rsid w:val="009C2504"/>
    <w:rsid w:val="009C3442"/>
    <w:rsid w:val="009C7146"/>
    <w:rsid w:val="009D1F09"/>
    <w:rsid w:val="009D5197"/>
    <w:rsid w:val="009D631F"/>
    <w:rsid w:val="009D7AEF"/>
    <w:rsid w:val="009D7E85"/>
    <w:rsid w:val="009E0BB4"/>
    <w:rsid w:val="009E0EF4"/>
    <w:rsid w:val="009E1DE8"/>
    <w:rsid w:val="009E292E"/>
    <w:rsid w:val="009E5EF4"/>
    <w:rsid w:val="009E6744"/>
    <w:rsid w:val="009F28A7"/>
    <w:rsid w:val="009F2E32"/>
    <w:rsid w:val="009F345D"/>
    <w:rsid w:val="009F391D"/>
    <w:rsid w:val="009F3E26"/>
    <w:rsid w:val="009F3F1B"/>
    <w:rsid w:val="009F5241"/>
    <w:rsid w:val="00A02D58"/>
    <w:rsid w:val="00A03D3F"/>
    <w:rsid w:val="00A04E84"/>
    <w:rsid w:val="00A05940"/>
    <w:rsid w:val="00A06AD8"/>
    <w:rsid w:val="00A07737"/>
    <w:rsid w:val="00A07EBC"/>
    <w:rsid w:val="00A10B17"/>
    <w:rsid w:val="00A1369F"/>
    <w:rsid w:val="00A20C46"/>
    <w:rsid w:val="00A21FB9"/>
    <w:rsid w:val="00A22564"/>
    <w:rsid w:val="00A229BE"/>
    <w:rsid w:val="00A2364B"/>
    <w:rsid w:val="00A2397E"/>
    <w:rsid w:val="00A2590E"/>
    <w:rsid w:val="00A2687D"/>
    <w:rsid w:val="00A30419"/>
    <w:rsid w:val="00A30C0C"/>
    <w:rsid w:val="00A31F30"/>
    <w:rsid w:val="00A33BC8"/>
    <w:rsid w:val="00A34DE0"/>
    <w:rsid w:val="00A35149"/>
    <w:rsid w:val="00A3523D"/>
    <w:rsid w:val="00A403C0"/>
    <w:rsid w:val="00A41235"/>
    <w:rsid w:val="00A413D2"/>
    <w:rsid w:val="00A41A64"/>
    <w:rsid w:val="00A41AAB"/>
    <w:rsid w:val="00A42E5E"/>
    <w:rsid w:val="00A43F3F"/>
    <w:rsid w:val="00A445CF"/>
    <w:rsid w:val="00A44FC8"/>
    <w:rsid w:val="00A45D17"/>
    <w:rsid w:val="00A47257"/>
    <w:rsid w:val="00A50C72"/>
    <w:rsid w:val="00A51CE9"/>
    <w:rsid w:val="00A52226"/>
    <w:rsid w:val="00A534DD"/>
    <w:rsid w:val="00A5590D"/>
    <w:rsid w:val="00A572C4"/>
    <w:rsid w:val="00A60544"/>
    <w:rsid w:val="00A60CD8"/>
    <w:rsid w:val="00A61804"/>
    <w:rsid w:val="00A62093"/>
    <w:rsid w:val="00A64C77"/>
    <w:rsid w:val="00A67CED"/>
    <w:rsid w:val="00A7133C"/>
    <w:rsid w:val="00A718D8"/>
    <w:rsid w:val="00A71D43"/>
    <w:rsid w:val="00A72326"/>
    <w:rsid w:val="00A72667"/>
    <w:rsid w:val="00A72FCA"/>
    <w:rsid w:val="00A74FEF"/>
    <w:rsid w:val="00A7623A"/>
    <w:rsid w:val="00A7703F"/>
    <w:rsid w:val="00A774B0"/>
    <w:rsid w:val="00A8053D"/>
    <w:rsid w:val="00A8163F"/>
    <w:rsid w:val="00A81BFA"/>
    <w:rsid w:val="00A83CBC"/>
    <w:rsid w:val="00A8422C"/>
    <w:rsid w:val="00A846EE"/>
    <w:rsid w:val="00A87605"/>
    <w:rsid w:val="00A87D59"/>
    <w:rsid w:val="00A91495"/>
    <w:rsid w:val="00A91EEC"/>
    <w:rsid w:val="00A922C7"/>
    <w:rsid w:val="00A92A62"/>
    <w:rsid w:val="00A93AA7"/>
    <w:rsid w:val="00A93C3D"/>
    <w:rsid w:val="00A94324"/>
    <w:rsid w:val="00A946C3"/>
    <w:rsid w:val="00A95AFE"/>
    <w:rsid w:val="00A95DEF"/>
    <w:rsid w:val="00AA1B70"/>
    <w:rsid w:val="00AA1D8D"/>
    <w:rsid w:val="00AA3435"/>
    <w:rsid w:val="00AA3598"/>
    <w:rsid w:val="00AA3EDA"/>
    <w:rsid w:val="00AB0535"/>
    <w:rsid w:val="00AB2019"/>
    <w:rsid w:val="00AB2546"/>
    <w:rsid w:val="00AB357A"/>
    <w:rsid w:val="00AB415E"/>
    <w:rsid w:val="00AB4BAB"/>
    <w:rsid w:val="00AB579F"/>
    <w:rsid w:val="00AB58D0"/>
    <w:rsid w:val="00AB5ADD"/>
    <w:rsid w:val="00AB6090"/>
    <w:rsid w:val="00AB69FC"/>
    <w:rsid w:val="00AB7BA5"/>
    <w:rsid w:val="00AC13B3"/>
    <w:rsid w:val="00AC50E4"/>
    <w:rsid w:val="00AC511D"/>
    <w:rsid w:val="00AC522B"/>
    <w:rsid w:val="00AC5340"/>
    <w:rsid w:val="00AD13A8"/>
    <w:rsid w:val="00AD2D1C"/>
    <w:rsid w:val="00AD3537"/>
    <w:rsid w:val="00AD3DEC"/>
    <w:rsid w:val="00AD3FFC"/>
    <w:rsid w:val="00AD4432"/>
    <w:rsid w:val="00AD5E23"/>
    <w:rsid w:val="00AD690B"/>
    <w:rsid w:val="00AD6DDF"/>
    <w:rsid w:val="00AE03B5"/>
    <w:rsid w:val="00AE0895"/>
    <w:rsid w:val="00AE1AF8"/>
    <w:rsid w:val="00AE316B"/>
    <w:rsid w:val="00AE3394"/>
    <w:rsid w:val="00AE3D15"/>
    <w:rsid w:val="00AE47A6"/>
    <w:rsid w:val="00AE5D57"/>
    <w:rsid w:val="00AF0D70"/>
    <w:rsid w:val="00AF3FCE"/>
    <w:rsid w:val="00AF5CC4"/>
    <w:rsid w:val="00AF6231"/>
    <w:rsid w:val="00B00042"/>
    <w:rsid w:val="00B000E4"/>
    <w:rsid w:val="00B003A7"/>
    <w:rsid w:val="00B00664"/>
    <w:rsid w:val="00B007CC"/>
    <w:rsid w:val="00B01400"/>
    <w:rsid w:val="00B01CF1"/>
    <w:rsid w:val="00B02250"/>
    <w:rsid w:val="00B030B4"/>
    <w:rsid w:val="00B03E31"/>
    <w:rsid w:val="00B043E6"/>
    <w:rsid w:val="00B05715"/>
    <w:rsid w:val="00B05AA7"/>
    <w:rsid w:val="00B066F7"/>
    <w:rsid w:val="00B11784"/>
    <w:rsid w:val="00B15849"/>
    <w:rsid w:val="00B15865"/>
    <w:rsid w:val="00B16D42"/>
    <w:rsid w:val="00B1708E"/>
    <w:rsid w:val="00B172C8"/>
    <w:rsid w:val="00B175CA"/>
    <w:rsid w:val="00B20A73"/>
    <w:rsid w:val="00B21307"/>
    <w:rsid w:val="00B224D0"/>
    <w:rsid w:val="00B2591B"/>
    <w:rsid w:val="00B279B8"/>
    <w:rsid w:val="00B30E91"/>
    <w:rsid w:val="00B31BEA"/>
    <w:rsid w:val="00B31BFA"/>
    <w:rsid w:val="00B34C80"/>
    <w:rsid w:val="00B40855"/>
    <w:rsid w:val="00B419F9"/>
    <w:rsid w:val="00B42352"/>
    <w:rsid w:val="00B4274E"/>
    <w:rsid w:val="00B4280E"/>
    <w:rsid w:val="00B42EA2"/>
    <w:rsid w:val="00B45D95"/>
    <w:rsid w:val="00B465DD"/>
    <w:rsid w:val="00B46972"/>
    <w:rsid w:val="00B46C64"/>
    <w:rsid w:val="00B47730"/>
    <w:rsid w:val="00B5121D"/>
    <w:rsid w:val="00B51D22"/>
    <w:rsid w:val="00B52F2D"/>
    <w:rsid w:val="00B53259"/>
    <w:rsid w:val="00B5371C"/>
    <w:rsid w:val="00B53E73"/>
    <w:rsid w:val="00B548CD"/>
    <w:rsid w:val="00B55B74"/>
    <w:rsid w:val="00B55DCE"/>
    <w:rsid w:val="00B56636"/>
    <w:rsid w:val="00B6272B"/>
    <w:rsid w:val="00B6279C"/>
    <w:rsid w:val="00B63AFF"/>
    <w:rsid w:val="00B64AB1"/>
    <w:rsid w:val="00B64D09"/>
    <w:rsid w:val="00B65A70"/>
    <w:rsid w:val="00B6719D"/>
    <w:rsid w:val="00B671D9"/>
    <w:rsid w:val="00B70B03"/>
    <w:rsid w:val="00B729FD"/>
    <w:rsid w:val="00B732BF"/>
    <w:rsid w:val="00B7352D"/>
    <w:rsid w:val="00B74497"/>
    <w:rsid w:val="00B74E30"/>
    <w:rsid w:val="00B75848"/>
    <w:rsid w:val="00B75B21"/>
    <w:rsid w:val="00B77212"/>
    <w:rsid w:val="00B77AFB"/>
    <w:rsid w:val="00B77D8D"/>
    <w:rsid w:val="00B8159C"/>
    <w:rsid w:val="00B816C8"/>
    <w:rsid w:val="00B83954"/>
    <w:rsid w:val="00B83D6C"/>
    <w:rsid w:val="00B8479B"/>
    <w:rsid w:val="00B87A73"/>
    <w:rsid w:val="00B92DB9"/>
    <w:rsid w:val="00B936B2"/>
    <w:rsid w:val="00B9389C"/>
    <w:rsid w:val="00B93F44"/>
    <w:rsid w:val="00B9409D"/>
    <w:rsid w:val="00B94243"/>
    <w:rsid w:val="00B94958"/>
    <w:rsid w:val="00B95422"/>
    <w:rsid w:val="00B958E1"/>
    <w:rsid w:val="00B96534"/>
    <w:rsid w:val="00B9722A"/>
    <w:rsid w:val="00B976D0"/>
    <w:rsid w:val="00B97DFF"/>
    <w:rsid w:val="00BA0C24"/>
    <w:rsid w:val="00BA114B"/>
    <w:rsid w:val="00BA1CA4"/>
    <w:rsid w:val="00BA2031"/>
    <w:rsid w:val="00BA21FB"/>
    <w:rsid w:val="00BA2404"/>
    <w:rsid w:val="00BA2814"/>
    <w:rsid w:val="00BA3E8F"/>
    <w:rsid w:val="00BA4D9D"/>
    <w:rsid w:val="00BA5DB3"/>
    <w:rsid w:val="00BB2A79"/>
    <w:rsid w:val="00BB48D4"/>
    <w:rsid w:val="00BB4AB7"/>
    <w:rsid w:val="00BB4D77"/>
    <w:rsid w:val="00BB57AE"/>
    <w:rsid w:val="00BC15B1"/>
    <w:rsid w:val="00BC3C45"/>
    <w:rsid w:val="00BC43E6"/>
    <w:rsid w:val="00BC4737"/>
    <w:rsid w:val="00BC651F"/>
    <w:rsid w:val="00BC6FB1"/>
    <w:rsid w:val="00BC77DE"/>
    <w:rsid w:val="00BD217E"/>
    <w:rsid w:val="00BD324D"/>
    <w:rsid w:val="00BD3940"/>
    <w:rsid w:val="00BD3D9A"/>
    <w:rsid w:val="00BD68FC"/>
    <w:rsid w:val="00BE10CB"/>
    <w:rsid w:val="00BE2AD3"/>
    <w:rsid w:val="00BE2FEE"/>
    <w:rsid w:val="00BE330C"/>
    <w:rsid w:val="00BE40E9"/>
    <w:rsid w:val="00BE4828"/>
    <w:rsid w:val="00BE57A4"/>
    <w:rsid w:val="00BE749E"/>
    <w:rsid w:val="00BF0DDD"/>
    <w:rsid w:val="00BF1CCD"/>
    <w:rsid w:val="00BF2824"/>
    <w:rsid w:val="00BF2F29"/>
    <w:rsid w:val="00BF34F6"/>
    <w:rsid w:val="00BF58AF"/>
    <w:rsid w:val="00C0147B"/>
    <w:rsid w:val="00C01AB0"/>
    <w:rsid w:val="00C02E5E"/>
    <w:rsid w:val="00C04545"/>
    <w:rsid w:val="00C05574"/>
    <w:rsid w:val="00C05906"/>
    <w:rsid w:val="00C05AA2"/>
    <w:rsid w:val="00C07B33"/>
    <w:rsid w:val="00C11231"/>
    <w:rsid w:val="00C113A0"/>
    <w:rsid w:val="00C12FED"/>
    <w:rsid w:val="00C13A5B"/>
    <w:rsid w:val="00C13BCD"/>
    <w:rsid w:val="00C15239"/>
    <w:rsid w:val="00C155C4"/>
    <w:rsid w:val="00C16D86"/>
    <w:rsid w:val="00C173A2"/>
    <w:rsid w:val="00C1764D"/>
    <w:rsid w:val="00C17CE2"/>
    <w:rsid w:val="00C223A7"/>
    <w:rsid w:val="00C23881"/>
    <w:rsid w:val="00C23C95"/>
    <w:rsid w:val="00C25716"/>
    <w:rsid w:val="00C2575D"/>
    <w:rsid w:val="00C26B9B"/>
    <w:rsid w:val="00C26C9B"/>
    <w:rsid w:val="00C27B7F"/>
    <w:rsid w:val="00C30A3C"/>
    <w:rsid w:val="00C369C5"/>
    <w:rsid w:val="00C421CA"/>
    <w:rsid w:val="00C424C7"/>
    <w:rsid w:val="00C42A44"/>
    <w:rsid w:val="00C44D97"/>
    <w:rsid w:val="00C45D00"/>
    <w:rsid w:val="00C46A22"/>
    <w:rsid w:val="00C46B44"/>
    <w:rsid w:val="00C46BA9"/>
    <w:rsid w:val="00C508B6"/>
    <w:rsid w:val="00C5121F"/>
    <w:rsid w:val="00C54B83"/>
    <w:rsid w:val="00C55A69"/>
    <w:rsid w:val="00C5680B"/>
    <w:rsid w:val="00C618FB"/>
    <w:rsid w:val="00C61F71"/>
    <w:rsid w:val="00C62A99"/>
    <w:rsid w:val="00C70B69"/>
    <w:rsid w:val="00C720B8"/>
    <w:rsid w:val="00C74679"/>
    <w:rsid w:val="00C814FB"/>
    <w:rsid w:val="00C81CFC"/>
    <w:rsid w:val="00C83DD5"/>
    <w:rsid w:val="00C8435A"/>
    <w:rsid w:val="00C85A51"/>
    <w:rsid w:val="00C864AD"/>
    <w:rsid w:val="00C8666F"/>
    <w:rsid w:val="00C90837"/>
    <w:rsid w:val="00C90D51"/>
    <w:rsid w:val="00C9180C"/>
    <w:rsid w:val="00C93197"/>
    <w:rsid w:val="00C956FC"/>
    <w:rsid w:val="00C95D5B"/>
    <w:rsid w:val="00C95DA7"/>
    <w:rsid w:val="00CA0D50"/>
    <w:rsid w:val="00CA0DDF"/>
    <w:rsid w:val="00CA0F7A"/>
    <w:rsid w:val="00CA27F7"/>
    <w:rsid w:val="00CA48E5"/>
    <w:rsid w:val="00CA5B49"/>
    <w:rsid w:val="00CA6966"/>
    <w:rsid w:val="00CA69B7"/>
    <w:rsid w:val="00CA76E9"/>
    <w:rsid w:val="00CB03AA"/>
    <w:rsid w:val="00CB0664"/>
    <w:rsid w:val="00CB1507"/>
    <w:rsid w:val="00CB155F"/>
    <w:rsid w:val="00CB322E"/>
    <w:rsid w:val="00CB441A"/>
    <w:rsid w:val="00CB55CE"/>
    <w:rsid w:val="00CB5955"/>
    <w:rsid w:val="00CB5E92"/>
    <w:rsid w:val="00CB7BBC"/>
    <w:rsid w:val="00CC0503"/>
    <w:rsid w:val="00CC0D07"/>
    <w:rsid w:val="00CC2D2E"/>
    <w:rsid w:val="00CC3C75"/>
    <w:rsid w:val="00CC47ED"/>
    <w:rsid w:val="00CC6C54"/>
    <w:rsid w:val="00CC721F"/>
    <w:rsid w:val="00CD0B36"/>
    <w:rsid w:val="00CD1122"/>
    <w:rsid w:val="00CD366F"/>
    <w:rsid w:val="00CD455C"/>
    <w:rsid w:val="00CD5A74"/>
    <w:rsid w:val="00CD786C"/>
    <w:rsid w:val="00CE0F4A"/>
    <w:rsid w:val="00CE371A"/>
    <w:rsid w:val="00CE37F2"/>
    <w:rsid w:val="00CE4EAD"/>
    <w:rsid w:val="00CE57FD"/>
    <w:rsid w:val="00CE6798"/>
    <w:rsid w:val="00CF11CB"/>
    <w:rsid w:val="00CF4A58"/>
    <w:rsid w:val="00CF6286"/>
    <w:rsid w:val="00CF6971"/>
    <w:rsid w:val="00CF6BB9"/>
    <w:rsid w:val="00CF7201"/>
    <w:rsid w:val="00CF79CA"/>
    <w:rsid w:val="00CF7A9B"/>
    <w:rsid w:val="00D01304"/>
    <w:rsid w:val="00D02883"/>
    <w:rsid w:val="00D02EA7"/>
    <w:rsid w:val="00D0313F"/>
    <w:rsid w:val="00D03D0D"/>
    <w:rsid w:val="00D040E2"/>
    <w:rsid w:val="00D057DF"/>
    <w:rsid w:val="00D078F2"/>
    <w:rsid w:val="00D1025F"/>
    <w:rsid w:val="00D11E87"/>
    <w:rsid w:val="00D12876"/>
    <w:rsid w:val="00D131A4"/>
    <w:rsid w:val="00D1344D"/>
    <w:rsid w:val="00D14805"/>
    <w:rsid w:val="00D14CAF"/>
    <w:rsid w:val="00D151F2"/>
    <w:rsid w:val="00D16EFE"/>
    <w:rsid w:val="00D17812"/>
    <w:rsid w:val="00D17D2D"/>
    <w:rsid w:val="00D21D00"/>
    <w:rsid w:val="00D224C4"/>
    <w:rsid w:val="00D227C5"/>
    <w:rsid w:val="00D22992"/>
    <w:rsid w:val="00D22CC7"/>
    <w:rsid w:val="00D23390"/>
    <w:rsid w:val="00D2470E"/>
    <w:rsid w:val="00D25759"/>
    <w:rsid w:val="00D26802"/>
    <w:rsid w:val="00D30DD9"/>
    <w:rsid w:val="00D321A6"/>
    <w:rsid w:val="00D321BF"/>
    <w:rsid w:val="00D33216"/>
    <w:rsid w:val="00D339D4"/>
    <w:rsid w:val="00D35D6C"/>
    <w:rsid w:val="00D35E68"/>
    <w:rsid w:val="00D3747E"/>
    <w:rsid w:val="00D376C4"/>
    <w:rsid w:val="00D41333"/>
    <w:rsid w:val="00D43F4C"/>
    <w:rsid w:val="00D441F9"/>
    <w:rsid w:val="00D44975"/>
    <w:rsid w:val="00D45ED0"/>
    <w:rsid w:val="00D475BF"/>
    <w:rsid w:val="00D4790F"/>
    <w:rsid w:val="00D47ED3"/>
    <w:rsid w:val="00D50765"/>
    <w:rsid w:val="00D517F0"/>
    <w:rsid w:val="00D52A5C"/>
    <w:rsid w:val="00D53240"/>
    <w:rsid w:val="00D53686"/>
    <w:rsid w:val="00D5558D"/>
    <w:rsid w:val="00D60FCB"/>
    <w:rsid w:val="00D62A1A"/>
    <w:rsid w:val="00D62EBB"/>
    <w:rsid w:val="00D639AC"/>
    <w:rsid w:val="00D63E55"/>
    <w:rsid w:val="00D6556E"/>
    <w:rsid w:val="00D66B0F"/>
    <w:rsid w:val="00D7185E"/>
    <w:rsid w:val="00D71E2E"/>
    <w:rsid w:val="00D75484"/>
    <w:rsid w:val="00D75653"/>
    <w:rsid w:val="00D75E5E"/>
    <w:rsid w:val="00D7753F"/>
    <w:rsid w:val="00D811A9"/>
    <w:rsid w:val="00D82F81"/>
    <w:rsid w:val="00D83A30"/>
    <w:rsid w:val="00D8620A"/>
    <w:rsid w:val="00D86B8F"/>
    <w:rsid w:val="00D90CDA"/>
    <w:rsid w:val="00D91AB4"/>
    <w:rsid w:val="00D946A5"/>
    <w:rsid w:val="00D949B4"/>
    <w:rsid w:val="00D96D6F"/>
    <w:rsid w:val="00D97DD3"/>
    <w:rsid w:val="00DA1344"/>
    <w:rsid w:val="00DA3343"/>
    <w:rsid w:val="00DA4621"/>
    <w:rsid w:val="00DA4637"/>
    <w:rsid w:val="00DA472E"/>
    <w:rsid w:val="00DA5AFB"/>
    <w:rsid w:val="00DA715B"/>
    <w:rsid w:val="00DB09E1"/>
    <w:rsid w:val="00DB162E"/>
    <w:rsid w:val="00DB1FA5"/>
    <w:rsid w:val="00DB21BE"/>
    <w:rsid w:val="00DB2E63"/>
    <w:rsid w:val="00DB308D"/>
    <w:rsid w:val="00DB4306"/>
    <w:rsid w:val="00DB48DF"/>
    <w:rsid w:val="00DB55B6"/>
    <w:rsid w:val="00DB613E"/>
    <w:rsid w:val="00DB6C49"/>
    <w:rsid w:val="00DB76F2"/>
    <w:rsid w:val="00DC01DC"/>
    <w:rsid w:val="00DC05BD"/>
    <w:rsid w:val="00DC1A40"/>
    <w:rsid w:val="00DC2BF0"/>
    <w:rsid w:val="00DC3E0A"/>
    <w:rsid w:val="00DC44CC"/>
    <w:rsid w:val="00DC5FF0"/>
    <w:rsid w:val="00DC621D"/>
    <w:rsid w:val="00DC7FC0"/>
    <w:rsid w:val="00DD1357"/>
    <w:rsid w:val="00DD29A4"/>
    <w:rsid w:val="00DD32D4"/>
    <w:rsid w:val="00DD3ACC"/>
    <w:rsid w:val="00DD6C0F"/>
    <w:rsid w:val="00DD7A95"/>
    <w:rsid w:val="00DD7C6D"/>
    <w:rsid w:val="00DE08BB"/>
    <w:rsid w:val="00DE2010"/>
    <w:rsid w:val="00DE6558"/>
    <w:rsid w:val="00DF20BD"/>
    <w:rsid w:val="00DF22FB"/>
    <w:rsid w:val="00DF26C8"/>
    <w:rsid w:val="00DF354A"/>
    <w:rsid w:val="00DF439F"/>
    <w:rsid w:val="00DF543C"/>
    <w:rsid w:val="00DF5B2C"/>
    <w:rsid w:val="00DF5D88"/>
    <w:rsid w:val="00DF6050"/>
    <w:rsid w:val="00E00849"/>
    <w:rsid w:val="00E0275A"/>
    <w:rsid w:val="00E032D7"/>
    <w:rsid w:val="00E0419A"/>
    <w:rsid w:val="00E06092"/>
    <w:rsid w:val="00E07650"/>
    <w:rsid w:val="00E154CB"/>
    <w:rsid w:val="00E17DDF"/>
    <w:rsid w:val="00E22053"/>
    <w:rsid w:val="00E220F5"/>
    <w:rsid w:val="00E2259B"/>
    <w:rsid w:val="00E23D97"/>
    <w:rsid w:val="00E23D9F"/>
    <w:rsid w:val="00E23E60"/>
    <w:rsid w:val="00E2616C"/>
    <w:rsid w:val="00E3097B"/>
    <w:rsid w:val="00E31231"/>
    <w:rsid w:val="00E3195E"/>
    <w:rsid w:val="00E32829"/>
    <w:rsid w:val="00E34384"/>
    <w:rsid w:val="00E34CFE"/>
    <w:rsid w:val="00E35992"/>
    <w:rsid w:val="00E40960"/>
    <w:rsid w:val="00E41F27"/>
    <w:rsid w:val="00E4273A"/>
    <w:rsid w:val="00E43B86"/>
    <w:rsid w:val="00E45154"/>
    <w:rsid w:val="00E457AE"/>
    <w:rsid w:val="00E500BB"/>
    <w:rsid w:val="00E51726"/>
    <w:rsid w:val="00E54443"/>
    <w:rsid w:val="00E545D3"/>
    <w:rsid w:val="00E5483D"/>
    <w:rsid w:val="00E60FEF"/>
    <w:rsid w:val="00E61FC1"/>
    <w:rsid w:val="00E633F9"/>
    <w:rsid w:val="00E63EB1"/>
    <w:rsid w:val="00E648FF"/>
    <w:rsid w:val="00E6512A"/>
    <w:rsid w:val="00E70BAE"/>
    <w:rsid w:val="00E71AD9"/>
    <w:rsid w:val="00E71DBB"/>
    <w:rsid w:val="00E71F64"/>
    <w:rsid w:val="00E7248F"/>
    <w:rsid w:val="00E729DD"/>
    <w:rsid w:val="00E72E5F"/>
    <w:rsid w:val="00E737C2"/>
    <w:rsid w:val="00E74265"/>
    <w:rsid w:val="00E75BFD"/>
    <w:rsid w:val="00E768F3"/>
    <w:rsid w:val="00E774DA"/>
    <w:rsid w:val="00E806DE"/>
    <w:rsid w:val="00E8089E"/>
    <w:rsid w:val="00E821FD"/>
    <w:rsid w:val="00E852B4"/>
    <w:rsid w:val="00E878A6"/>
    <w:rsid w:val="00E900C7"/>
    <w:rsid w:val="00E9053C"/>
    <w:rsid w:val="00E90AEA"/>
    <w:rsid w:val="00E92C50"/>
    <w:rsid w:val="00E92F3D"/>
    <w:rsid w:val="00E95EE1"/>
    <w:rsid w:val="00E9629A"/>
    <w:rsid w:val="00E96B91"/>
    <w:rsid w:val="00E96C7D"/>
    <w:rsid w:val="00EA0011"/>
    <w:rsid w:val="00EA1EA5"/>
    <w:rsid w:val="00EA27B1"/>
    <w:rsid w:val="00EA453D"/>
    <w:rsid w:val="00EA50E0"/>
    <w:rsid w:val="00EA790C"/>
    <w:rsid w:val="00EA7B72"/>
    <w:rsid w:val="00EB0240"/>
    <w:rsid w:val="00EB41D3"/>
    <w:rsid w:val="00EB59BA"/>
    <w:rsid w:val="00EB5D3D"/>
    <w:rsid w:val="00EB5DA6"/>
    <w:rsid w:val="00EB7BCB"/>
    <w:rsid w:val="00EB7C17"/>
    <w:rsid w:val="00EC0FBB"/>
    <w:rsid w:val="00EC15A9"/>
    <w:rsid w:val="00EC1AC0"/>
    <w:rsid w:val="00EC2EBD"/>
    <w:rsid w:val="00EC3C36"/>
    <w:rsid w:val="00EC3FEF"/>
    <w:rsid w:val="00EC51B5"/>
    <w:rsid w:val="00EC5265"/>
    <w:rsid w:val="00EC59CD"/>
    <w:rsid w:val="00EC640A"/>
    <w:rsid w:val="00EC656E"/>
    <w:rsid w:val="00ED20DF"/>
    <w:rsid w:val="00ED3E6B"/>
    <w:rsid w:val="00ED4E6C"/>
    <w:rsid w:val="00ED6A3D"/>
    <w:rsid w:val="00EE1BB8"/>
    <w:rsid w:val="00EE245D"/>
    <w:rsid w:val="00EE47A4"/>
    <w:rsid w:val="00EE4F0B"/>
    <w:rsid w:val="00EE5291"/>
    <w:rsid w:val="00EE5CA0"/>
    <w:rsid w:val="00EE68CE"/>
    <w:rsid w:val="00EE7F1B"/>
    <w:rsid w:val="00EF0087"/>
    <w:rsid w:val="00EF05B4"/>
    <w:rsid w:val="00EF5D9B"/>
    <w:rsid w:val="00EF67E4"/>
    <w:rsid w:val="00EF6B52"/>
    <w:rsid w:val="00EF7822"/>
    <w:rsid w:val="00F01185"/>
    <w:rsid w:val="00F01EA1"/>
    <w:rsid w:val="00F03BEC"/>
    <w:rsid w:val="00F056F5"/>
    <w:rsid w:val="00F06E4B"/>
    <w:rsid w:val="00F06F36"/>
    <w:rsid w:val="00F10E02"/>
    <w:rsid w:val="00F12342"/>
    <w:rsid w:val="00F132CE"/>
    <w:rsid w:val="00F13485"/>
    <w:rsid w:val="00F14328"/>
    <w:rsid w:val="00F14C85"/>
    <w:rsid w:val="00F17ACF"/>
    <w:rsid w:val="00F17D32"/>
    <w:rsid w:val="00F20F26"/>
    <w:rsid w:val="00F21EA8"/>
    <w:rsid w:val="00F23D68"/>
    <w:rsid w:val="00F24C6A"/>
    <w:rsid w:val="00F3084A"/>
    <w:rsid w:val="00F315EC"/>
    <w:rsid w:val="00F31BE7"/>
    <w:rsid w:val="00F32D15"/>
    <w:rsid w:val="00F3307C"/>
    <w:rsid w:val="00F33285"/>
    <w:rsid w:val="00F36740"/>
    <w:rsid w:val="00F378B6"/>
    <w:rsid w:val="00F37907"/>
    <w:rsid w:val="00F37BDB"/>
    <w:rsid w:val="00F421A4"/>
    <w:rsid w:val="00F44726"/>
    <w:rsid w:val="00F44AC9"/>
    <w:rsid w:val="00F4761B"/>
    <w:rsid w:val="00F47B7B"/>
    <w:rsid w:val="00F5085D"/>
    <w:rsid w:val="00F5217A"/>
    <w:rsid w:val="00F52376"/>
    <w:rsid w:val="00F53C2C"/>
    <w:rsid w:val="00F541DB"/>
    <w:rsid w:val="00F54A7C"/>
    <w:rsid w:val="00F54D7E"/>
    <w:rsid w:val="00F5659D"/>
    <w:rsid w:val="00F56A23"/>
    <w:rsid w:val="00F56BC1"/>
    <w:rsid w:val="00F57625"/>
    <w:rsid w:val="00F57CDA"/>
    <w:rsid w:val="00F60810"/>
    <w:rsid w:val="00F6263D"/>
    <w:rsid w:val="00F633DE"/>
    <w:rsid w:val="00F6564E"/>
    <w:rsid w:val="00F6684F"/>
    <w:rsid w:val="00F669CB"/>
    <w:rsid w:val="00F673B8"/>
    <w:rsid w:val="00F70F32"/>
    <w:rsid w:val="00F710D8"/>
    <w:rsid w:val="00F7194A"/>
    <w:rsid w:val="00F71C2C"/>
    <w:rsid w:val="00F72AB1"/>
    <w:rsid w:val="00F749A6"/>
    <w:rsid w:val="00F74FEC"/>
    <w:rsid w:val="00F753D6"/>
    <w:rsid w:val="00F82D08"/>
    <w:rsid w:val="00F82E9C"/>
    <w:rsid w:val="00F83D6E"/>
    <w:rsid w:val="00F84856"/>
    <w:rsid w:val="00F85373"/>
    <w:rsid w:val="00F85E05"/>
    <w:rsid w:val="00F86CDA"/>
    <w:rsid w:val="00F9202C"/>
    <w:rsid w:val="00F94859"/>
    <w:rsid w:val="00F951B7"/>
    <w:rsid w:val="00F969C5"/>
    <w:rsid w:val="00FA0A9E"/>
    <w:rsid w:val="00FA0EC5"/>
    <w:rsid w:val="00FA48A1"/>
    <w:rsid w:val="00FA579D"/>
    <w:rsid w:val="00FA61CB"/>
    <w:rsid w:val="00FA62A4"/>
    <w:rsid w:val="00FA7808"/>
    <w:rsid w:val="00FB17C3"/>
    <w:rsid w:val="00FB1825"/>
    <w:rsid w:val="00FB1A93"/>
    <w:rsid w:val="00FB3AD8"/>
    <w:rsid w:val="00FB4730"/>
    <w:rsid w:val="00FB56E1"/>
    <w:rsid w:val="00FB78FD"/>
    <w:rsid w:val="00FC0440"/>
    <w:rsid w:val="00FC1CC6"/>
    <w:rsid w:val="00FC2B2D"/>
    <w:rsid w:val="00FC5600"/>
    <w:rsid w:val="00FC5664"/>
    <w:rsid w:val="00FC5B3E"/>
    <w:rsid w:val="00FC5C81"/>
    <w:rsid w:val="00FC693F"/>
    <w:rsid w:val="00FC6D86"/>
    <w:rsid w:val="00FC72C9"/>
    <w:rsid w:val="00FC7EB0"/>
    <w:rsid w:val="00FD002A"/>
    <w:rsid w:val="00FD0A2E"/>
    <w:rsid w:val="00FD0A87"/>
    <w:rsid w:val="00FD13A7"/>
    <w:rsid w:val="00FD3916"/>
    <w:rsid w:val="00FD3DF8"/>
    <w:rsid w:val="00FD4C6D"/>
    <w:rsid w:val="00FD6D2C"/>
    <w:rsid w:val="00FE01D6"/>
    <w:rsid w:val="00FE135E"/>
    <w:rsid w:val="00FE24E4"/>
    <w:rsid w:val="00FE4520"/>
    <w:rsid w:val="00FE5F22"/>
    <w:rsid w:val="00FE7386"/>
    <w:rsid w:val="00FE78F0"/>
    <w:rsid w:val="00FE7940"/>
    <w:rsid w:val="00FF21F5"/>
    <w:rsid w:val="00FF29B1"/>
    <w:rsid w:val="00FF2B51"/>
    <w:rsid w:val="00FF343D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29F79"/>
  <w14:defaultImageDpi w14:val="300"/>
  <w15:docId w15:val="{53162102-4A64-4C41-824A-5DCB77B6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1D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76" w:lineRule="auto"/>
    </w:pPr>
    <w:rPr>
      <w:rFonts w:ascii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 w:line="276" w:lineRule="auto"/>
    </w:pPr>
    <w:rPr>
      <w:rFonts w:ascii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2">
    <w:name w:val="List 2"/>
    <w:basedOn w:val="Normal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3">
    <w:name w:val="List 3"/>
    <w:basedOn w:val="Normal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 w:line="276" w:lineRule="auto"/>
      <w:ind w:left="360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 w:line="276" w:lineRule="auto"/>
      <w:ind w:left="1080"/>
      <w:contextualSpacing/>
    </w:pPr>
    <w:rPr>
      <w:rFonts w:asciiTheme="minorHAnsi" w:hAnsiTheme="minorHAnsi" w:cstheme="minorBidi"/>
      <w:sz w:val="22"/>
      <w:szCs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200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3D05B5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3D05B5"/>
  </w:style>
  <w:style w:type="paragraph" w:customStyle="1" w:styleId="p2">
    <w:name w:val="p2"/>
    <w:basedOn w:val="Normal"/>
    <w:rsid w:val="003D05B5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3D05B5"/>
  </w:style>
  <w:style w:type="paragraph" w:customStyle="1" w:styleId="p3">
    <w:name w:val="p3"/>
    <w:basedOn w:val="Normal"/>
    <w:rsid w:val="0022371B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22371B"/>
  </w:style>
  <w:style w:type="character" w:customStyle="1" w:styleId="apple-converted-space">
    <w:name w:val="apple-converted-space"/>
    <w:basedOn w:val="DefaultParagraphFont"/>
    <w:rsid w:val="002A32A7"/>
  </w:style>
  <w:style w:type="character" w:customStyle="1" w:styleId="s4">
    <w:name w:val="s4"/>
    <w:basedOn w:val="DefaultParagraphFont"/>
    <w:rsid w:val="004D7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Soles</cp:lastModifiedBy>
  <cp:revision>454</cp:revision>
  <cp:lastPrinted>2026-01-05T17:05:00Z</cp:lastPrinted>
  <dcterms:created xsi:type="dcterms:W3CDTF">2026-06-24T14:34:00Z</dcterms:created>
  <dcterms:modified xsi:type="dcterms:W3CDTF">2026-06-26T17:44:00Z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07d17ae6-60f2-45c9-9b04-25790aebec3f</vt:lpwstr>
  </property>
</Properties>
</file>