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853E4F" w14:textId="0FD44910" w:rsidR="0080603D" w:rsidRPr="002E6714" w:rsidRDefault="00FA61CB" w:rsidP="00102448">
      <w:pPr>
        <w:pStyle w:val="Heading1"/>
        <w:jc w:val="center"/>
        <w:rPr>
          <w:color w:val="8064A2" w:themeColor="accent4"/>
          <w:sz w:val="22"/>
          <w:szCs w:val="22"/>
        </w:rPr>
      </w:pPr>
      <w:r>
        <w:rPr>
          <w:color w:val="8064A2" w:themeColor="accent4"/>
          <w:sz w:val="22"/>
          <w:szCs w:val="22"/>
        </w:rPr>
        <w:t>Ability</w:t>
      </w:r>
      <w:r w:rsidR="00BB4D77" w:rsidRPr="002E6714">
        <w:rPr>
          <w:color w:val="8064A2" w:themeColor="accent4"/>
          <w:sz w:val="22"/>
          <w:szCs w:val="22"/>
        </w:rPr>
        <w:t xml:space="preserve"> To Thrive – Monthly Program Calendar</w:t>
      </w:r>
      <w:r w:rsidR="00D02EA7">
        <w:rPr>
          <w:color w:val="8064A2" w:themeColor="accent4"/>
          <w:sz w:val="22"/>
          <w:szCs w:val="22"/>
        </w:rPr>
        <w:t xml:space="preserve"> </w:t>
      </w:r>
    </w:p>
    <w:p w14:paraId="5D0E4498" w14:textId="376F4343" w:rsidR="00293BEF" w:rsidRPr="008B1C4A" w:rsidRDefault="00B34384" w:rsidP="00F37BDB">
      <w:pPr>
        <w:pStyle w:val="Heading2"/>
        <w:spacing w:after="240"/>
        <w:jc w:val="center"/>
        <w:rPr>
          <w:color w:val="8064A2" w:themeColor="accent4"/>
          <w:sz w:val="22"/>
          <w:szCs w:val="22"/>
        </w:rPr>
      </w:pPr>
      <w:r>
        <w:rPr>
          <w:color w:val="8064A2" w:themeColor="accent4"/>
          <w:sz w:val="22"/>
          <w:szCs w:val="22"/>
        </w:rPr>
        <w:t xml:space="preserve">September </w:t>
      </w:r>
      <w:r w:rsidR="002E3EB5" w:rsidRPr="002E6714">
        <w:rPr>
          <w:color w:val="8064A2" w:themeColor="accent4"/>
          <w:sz w:val="22"/>
          <w:szCs w:val="22"/>
        </w:rPr>
        <w:t>2026</w:t>
      </w:r>
    </w:p>
    <w:p w14:paraId="31A262EA" w14:textId="1BA81635" w:rsidR="002805D0" w:rsidRPr="002E5418" w:rsidRDefault="002E5418" w:rsidP="002805D0">
      <w:pPr>
        <w:spacing w:after="240"/>
        <w:jc w:val="center"/>
        <w:rPr>
          <w:color w:val="F748F0"/>
        </w:rPr>
      </w:pPr>
      <w:r>
        <w:rPr>
          <w:color w:val="F748F0"/>
        </w:rPr>
        <w:t xml:space="preserve">MEMBERS OF THE MONTH: </w:t>
      </w:r>
      <w:r w:rsidR="00283611">
        <w:rPr>
          <w:color w:val="F748F0"/>
        </w:rPr>
        <w:t xml:space="preserve"> </w:t>
      </w:r>
      <w:r w:rsidR="005376BC">
        <w:rPr>
          <w:color w:val="F748F0"/>
        </w:rPr>
        <w:t>Will Jones &amp; Sarah Whitenack</w:t>
      </w:r>
    </w:p>
    <w:tbl>
      <w:tblPr>
        <w:tblStyle w:val="TableGrid"/>
        <w:tblW w:w="11018" w:type="dxa"/>
        <w:tblLook w:val="04A0" w:firstRow="1" w:lastRow="0" w:firstColumn="1" w:lastColumn="0" w:noHBand="0" w:noVBand="1"/>
      </w:tblPr>
      <w:tblGrid>
        <w:gridCol w:w="1414"/>
        <w:gridCol w:w="3558"/>
        <w:gridCol w:w="1621"/>
        <w:gridCol w:w="1531"/>
        <w:gridCol w:w="1441"/>
        <w:gridCol w:w="1453"/>
      </w:tblGrid>
      <w:tr w:rsidR="00326F46" w:rsidRPr="00FE7940" w14:paraId="652F7AE2" w14:textId="77777777" w:rsidTr="00E70BAE">
        <w:trPr>
          <w:trHeight w:val="167"/>
        </w:trPr>
        <w:tc>
          <w:tcPr>
            <w:tcW w:w="1414" w:type="dxa"/>
          </w:tcPr>
          <w:p w14:paraId="2F326B92" w14:textId="59940EDF" w:rsidR="0080603D" w:rsidRPr="00FE7940" w:rsidRDefault="00102448" w:rsidP="00F37BDB">
            <w:pPr>
              <w:rPr>
                <w:b/>
                <w:bCs/>
                <w:sz w:val="16"/>
                <w:szCs w:val="16"/>
              </w:rPr>
            </w:pPr>
            <w:r w:rsidRPr="00FE7940">
              <w:rPr>
                <w:b/>
                <w:bCs/>
                <w:sz w:val="16"/>
                <w:szCs w:val="16"/>
              </w:rPr>
              <w:t>Week 1</w:t>
            </w:r>
          </w:p>
        </w:tc>
        <w:tc>
          <w:tcPr>
            <w:tcW w:w="3558" w:type="dxa"/>
            <w:shd w:val="clear" w:color="auto" w:fill="FFFFFF" w:themeFill="background1"/>
          </w:tcPr>
          <w:p w14:paraId="3C5593CF" w14:textId="3A52525E" w:rsidR="0080603D" w:rsidRPr="000F633A" w:rsidRDefault="0080603D" w:rsidP="00F37BDB">
            <w:pPr>
              <w:rPr>
                <w:b/>
                <w:color w:val="FFFF00"/>
                <w:sz w:val="16"/>
                <w:szCs w:val="16"/>
                <w:highlight w:val="lightGray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3A1448E3" w14:textId="7860F2DF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373CFA64" w14:textId="17A38CE5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95EA492" w14:textId="43E3DD09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7EDC517F" w14:textId="4ABCB11F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26F46" w:rsidRPr="00FE7940" w14:paraId="70A2C047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15A4E4DF" w14:textId="3561D54D" w:rsidR="00102448" w:rsidRPr="00FE7940" w:rsidRDefault="00102448" w:rsidP="00102448">
            <w:pPr>
              <w:rPr>
                <w:b/>
                <w:bCs/>
                <w:sz w:val="16"/>
                <w:szCs w:val="16"/>
              </w:rPr>
            </w:pPr>
            <w:r w:rsidRPr="00FE7940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3558" w:type="dxa"/>
            <w:shd w:val="clear" w:color="auto" w:fill="FFFFFF" w:themeFill="background1"/>
          </w:tcPr>
          <w:p w14:paraId="71ECF568" w14:textId="0540AF63" w:rsidR="00102448" w:rsidRPr="00600FBB" w:rsidRDefault="00102448" w:rsidP="00102448">
            <w:pPr>
              <w:jc w:val="center"/>
              <w:rPr>
                <w:b/>
                <w:color w:val="5E718B"/>
                <w:sz w:val="16"/>
                <w:szCs w:val="16"/>
              </w:rPr>
            </w:pPr>
            <w:r w:rsidRPr="005D2886">
              <w:rPr>
                <w:b/>
                <w:color w:val="5E718B"/>
                <w:sz w:val="16"/>
                <w:szCs w:val="16"/>
              </w:rPr>
              <w:t>Routson</w:t>
            </w:r>
            <w:r w:rsidRPr="00600FBB">
              <w:rPr>
                <w:b/>
                <w:color w:val="5E718B"/>
                <w:sz w:val="16"/>
                <w:szCs w:val="16"/>
              </w:rPr>
              <w:t xml:space="preserve"> House / Life Skills</w:t>
            </w:r>
          </w:p>
        </w:tc>
        <w:tc>
          <w:tcPr>
            <w:tcW w:w="1621" w:type="dxa"/>
            <w:shd w:val="clear" w:color="auto" w:fill="FFFFFF" w:themeFill="background1"/>
          </w:tcPr>
          <w:p w14:paraId="2A8F920A" w14:textId="1D951639" w:rsidR="00102448" w:rsidRPr="00DA1344" w:rsidRDefault="00102448" w:rsidP="00102448">
            <w:pPr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DA1344">
              <w:rPr>
                <w:b/>
                <w:bCs/>
                <w:color w:val="C00000"/>
                <w:sz w:val="16"/>
                <w:szCs w:val="16"/>
              </w:rPr>
              <w:t>Fairfield Planet Fitness</w:t>
            </w:r>
          </w:p>
        </w:tc>
        <w:tc>
          <w:tcPr>
            <w:tcW w:w="1531" w:type="dxa"/>
            <w:shd w:val="clear" w:color="auto" w:fill="FFFFFF" w:themeFill="background1"/>
          </w:tcPr>
          <w:p w14:paraId="60E25BD4" w14:textId="7B825774" w:rsidR="00102448" w:rsidRPr="00F749A6" w:rsidRDefault="00102448" w:rsidP="00102448">
            <w:pPr>
              <w:jc w:val="center"/>
              <w:rPr>
                <w:b/>
                <w:bCs/>
                <w:color w:val="11D329"/>
                <w:sz w:val="16"/>
                <w:szCs w:val="16"/>
              </w:rPr>
            </w:pPr>
            <w:r w:rsidRPr="00F749A6">
              <w:rPr>
                <w:b/>
                <w:bCs/>
                <w:color w:val="11D329"/>
                <w:sz w:val="16"/>
                <w:szCs w:val="16"/>
              </w:rPr>
              <w:t>Hamilton Planet Fitness</w:t>
            </w:r>
          </w:p>
        </w:tc>
        <w:tc>
          <w:tcPr>
            <w:tcW w:w="1441" w:type="dxa"/>
            <w:shd w:val="clear" w:color="auto" w:fill="FFFFFF" w:themeFill="background1"/>
          </w:tcPr>
          <w:p w14:paraId="66E9B7D1" w14:textId="5261F9AC" w:rsidR="00102448" w:rsidRPr="00047A67" w:rsidRDefault="00102448" w:rsidP="00102448">
            <w:pPr>
              <w:jc w:val="center"/>
              <w:rPr>
                <w:b/>
                <w:bCs/>
                <w:color w:val="0FD7F1"/>
                <w:sz w:val="16"/>
                <w:szCs w:val="16"/>
              </w:rPr>
            </w:pPr>
            <w:r w:rsidRPr="00047A67">
              <w:rPr>
                <w:b/>
                <w:bCs/>
                <w:color w:val="0FD7F1"/>
                <w:sz w:val="16"/>
                <w:szCs w:val="16"/>
              </w:rPr>
              <w:t>Day Outing Group</w:t>
            </w:r>
          </w:p>
        </w:tc>
        <w:tc>
          <w:tcPr>
            <w:tcW w:w="1453" w:type="dxa"/>
            <w:shd w:val="clear" w:color="auto" w:fill="FFFFFF" w:themeFill="background1"/>
          </w:tcPr>
          <w:p w14:paraId="2F3DCB08" w14:textId="13B41121" w:rsidR="00102448" w:rsidRPr="00FE5F22" w:rsidRDefault="00102448" w:rsidP="00102448">
            <w:pPr>
              <w:jc w:val="center"/>
              <w:rPr>
                <w:b/>
                <w:bCs/>
                <w:color w:val="C438F0"/>
                <w:sz w:val="16"/>
                <w:szCs w:val="16"/>
              </w:rPr>
            </w:pPr>
            <w:r w:rsidRPr="00FE5F22">
              <w:rPr>
                <w:b/>
                <w:bCs/>
                <w:color w:val="C438F0"/>
                <w:sz w:val="16"/>
                <w:szCs w:val="16"/>
              </w:rPr>
              <w:t>Educational Day Group</w:t>
            </w:r>
          </w:p>
        </w:tc>
      </w:tr>
      <w:tr w:rsidR="00326F46" w14:paraId="1773B336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98A12C8" w14:textId="1E734AD7" w:rsidR="00615F0E" w:rsidRPr="00CB55CE" w:rsidRDefault="00017874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558" w:type="dxa"/>
            <w:shd w:val="clear" w:color="auto" w:fill="FFFFFF" w:themeFill="background1"/>
          </w:tcPr>
          <w:p w14:paraId="70FF64F6" w14:textId="004B9139" w:rsidR="00615F0E" w:rsidRPr="00990B65" w:rsidRDefault="00615F0E" w:rsidP="006F6F16">
            <w:pPr>
              <w:pStyle w:val="p1"/>
              <w:rPr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10D11733" w14:textId="117D2990" w:rsidR="00615F0E" w:rsidRPr="000F6503" w:rsidRDefault="00615F0E" w:rsidP="00A946C3">
            <w:pPr>
              <w:rPr>
                <w:color w:val="C00000"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4073AD4F" w14:textId="657B23A1" w:rsidR="0095026E" w:rsidRPr="00772031" w:rsidRDefault="0095026E" w:rsidP="00152463">
            <w:pPr>
              <w:rPr>
                <w:color w:val="11D329"/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0CC88DD" w14:textId="1E195775" w:rsidR="00615F0E" w:rsidRPr="00047A67" w:rsidRDefault="00615F0E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31AB65F8" w14:textId="29ECC6F2" w:rsidR="00615F0E" w:rsidRPr="00FE5F22" w:rsidRDefault="00615F0E" w:rsidP="00102448">
            <w:pPr>
              <w:jc w:val="center"/>
              <w:rPr>
                <w:color w:val="C438F0"/>
              </w:rPr>
            </w:pPr>
          </w:p>
        </w:tc>
      </w:tr>
      <w:tr w:rsidR="00326F46" w14:paraId="7EA78CFB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4CAEE978" w14:textId="100C9339" w:rsidR="00615F0E" w:rsidRPr="00CB55CE" w:rsidRDefault="00615F0E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Tues</w:t>
            </w:r>
            <w:r w:rsidR="00FD6D2C">
              <w:rPr>
                <w:b/>
                <w:bCs/>
                <w:sz w:val="16"/>
                <w:szCs w:val="16"/>
              </w:rPr>
              <w:t xml:space="preserve"> </w:t>
            </w:r>
            <w:r w:rsidR="0049213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58" w:type="dxa"/>
            <w:shd w:val="clear" w:color="auto" w:fill="FFFFFF" w:themeFill="background1"/>
          </w:tcPr>
          <w:p w14:paraId="6D3F8C0A" w14:textId="20C2D3A9" w:rsidR="00615F0E" w:rsidRPr="00227A32" w:rsidRDefault="003856CA" w:rsidP="00227A32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DF49B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🍎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Main Activity: Apple Stamp Art</w:t>
            </w:r>
            <w:r w:rsidR="002C68F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F49BC">
              <w:rPr>
                <w:color w:val="5E718B"/>
                <w:sz w:val="14"/>
                <w:szCs w:val="14"/>
              </w:rPr>
              <w:t>Cut apples in half and use them as easy-to-hold paint stampers. Participants can choose their paint colors and make an apple-themed picture.For an easier option, staff can hold the apple while the individual helps press it onto the paper.</w:t>
            </w:r>
            <w:r w:rsidRPr="00DF49B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🎯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AE731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Pick the Apple:</w:t>
            </w:r>
            <w:r w:rsidRPr="00DF49BC">
              <w:rPr>
                <w:rFonts w:eastAsia="Times New Roman"/>
                <w:color w:val="5E718B"/>
                <w:sz w:val="14"/>
                <w:szCs w:val="14"/>
              </w:rPr>
              <w:t xml:space="preserve"> Put red, green, and yellow paper apples on the table and call out a color to find.</w:t>
            </w:r>
            <w:r w:rsidR="00AE731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Apple Basket Toss:</w:t>
            </w:r>
            <w:r w:rsidRPr="00DF49BC">
              <w:rPr>
                <w:rFonts w:eastAsia="Times New Roman"/>
                <w:color w:val="5E718B"/>
                <w:sz w:val="14"/>
                <w:szCs w:val="14"/>
              </w:rPr>
              <w:t xml:space="preserve"> Toss or place soft red balls into a basket.</w:t>
            </w:r>
            <w:r w:rsidR="00AE731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Apple Match:</w:t>
            </w:r>
            <w:r w:rsidRPr="00DF49BC">
              <w:rPr>
                <w:rFonts w:eastAsia="Times New Roman"/>
                <w:color w:val="5E718B"/>
                <w:sz w:val="14"/>
                <w:szCs w:val="14"/>
              </w:rPr>
              <w:t xml:space="preserve"> Match identical apple pictures.</w:t>
            </w:r>
            <w:r w:rsidR="00AE731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E731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What’s Inside an Apple?</w:t>
            </w:r>
            <w:r w:rsidRPr="00AE7319">
              <w:rPr>
                <w:rFonts w:eastAsia="Times New Roman"/>
                <w:color w:val="5E718B"/>
                <w:sz w:val="14"/>
                <w:szCs w:val="14"/>
              </w:rPr>
              <w:t xml:space="preserve"> Cut open an apple and explore the seeds, stem, skin, and inside.</w:t>
            </w:r>
            <w:r w:rsidR="00AE731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Apple Taste Test:</w:t>
            </w:r>
            <w:r w:rsidRPr="00DF49BC">
              <w:rPr>
                <w:rFonts w:eastAsia="Times New Roman"/>
                <w:color w:val="5E718B"/>
                <w:sz w:val="14"/>
                <w:szCs w:val="14"/>
              </w:rPr>
              <w:t xml:space="preserve"> If appropriate for their diets, try small pieces of different apples and vote for a favorite.</w:t>
            </w:r>
            <w:r w:rsidR="00AE731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F49B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DF49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</w:t>
            </w:r>
            <w:r w:rsidR="00227A3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e </w:t>
            </w:r>
            <w:r w:rsidRPr="00DF49BC">
              <w:rPr>
                <w:rFonts w:eastAsia="Times New Roman"/>
                <w:color w:val="5E718B"/>
                <w:sz w:val="14"/>
                <w:szCs w:val="14"/>
              </w:rPr>
              <w:t>Red apples vs. green apples</w:t>
            </w:r>
            <w:r w:rsidR="00227A32">
              <w:rPr>
                <w:rFonts w:eastAsia="Times New Roman"/>
                <w:color w:val="5E718B"/>
                <w:sz w:val="14"/>
                <w:szCs w:val="14"/>
              </w:rPr>
              <w:t xml:space="preserve">. </w:t>
            </w:r>
            <w:r w:rsidRPr="00227A32">
              <w:rPr>
                <w:rFonts w:eastAsia="Times New Roman"/>
                <w:color w:val="5E718B"/>
                <w:sz w:val="14"/>
                <w:szCs w:val="14"/>
              </w:rPr>
              <w:t>Favorite apple foods: pie, applesauce, juice, etc.</w:t>
            </w:r>
            <w:r w:rsidR="00227A32" w:rsidRPr="00227A32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27A32">
              <w:rPr>
                <w:rFonts w:eastAsia="Times New Roman"/>
                <w:color w:val="5E718B"/>
                <w:sz w:val="14"/>
                <w:szCs w:val="14"/>
              </w:rPr>
              <w:t>What happens to trees as summer ends?</w:t>
            </w:r>
            <w:r w:rsidR="00AE7319" w:rsidRPr="00227A32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27A32">
              <w:rPr>
                <w:rFonts w:eastAsia="Times New Roman"/>
                <w:color w:val="5E718B"/>
                <w:sz w:val="14"/>
                <w:szCs w:val="14"/>
              </w:rPr>
              <w:t>Would you rather pick apples or pumpkins?</w:t>
            </w:r>
          </w:p>
        </w:tc>
        <w:tc>
          <w:tcPr>
            <w:tcW w:w="1621" w:type="dxa"/>
            <w:shd w:val="clear" w:color="auto" w:fill="FFFFFF" w:themeFill="background1"/>
          </w:tcPr>
          <w:p w14:paraId="5A19D0E3" w14:textId="77777777" w:rsidR="00763F2A" w:rsidRDefault="0021516C" w:rsidP="0021516C">
            <w:pPr>
              <w:pStyle w:val="p1"/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Freddys</w:t>
            </w:r>
          </w:p>
          <w:p w14:paraId="39EC479B" w14:textId="4566049D" w:rsidR="0021516C" w:rsidRPr="00EC389A" w:rsidRDefault="0021516C" w:rsidP="0021516C">
            <w:pPr>
              <w:pStyle w:val="p1"/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Meijer </w:t>
            </w:r>
          </w:p>
        </w:tc>
        <w:tc>
          <w:tcPr>
            <w:tcW w:w="1531" w:type="dxa"/>
            <w:shd w:val="clear" w:color="auto" w:fill="FFFFFF" w:themeFill="background1"/>
          </w:tcPr>
          <w:p w14:paraId="4C4BB87E" w14:textId="77777777" w:rsidR="00341372" w:rsidRDefault="00192C6D" w:rsidP="00741E14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Hanover park</w:t>
            </w:r>
          </w:p>
          <w:p w14:paraId="3883D568" w14:textId="374C412F" w:rsidR="00192C6D" w:rsidRPr="00F749A6" w:rsidRDefault="00192C6D" w:rsidP="00741E14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Canes</w:t>
            </w:r>
          </w:p>
        </w:tc>
        <w:tc>
          <w:tcPr>
            <w:tcW w:w="1441" w:type="dxa"/>
            <w:shd w:val="clear" w:color="auto" w:fill="FFFFFF" w:themeFill="background1"/>
          </w:tcPr>
          <w:p w14:paraId="1C7A69CD" w14:textId="77777777" w:rsidR="00D02B0A" w:rsidRDefault="00D02B0A" w:rsidP="00B30E91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Spirit Halloween</w:t>
            </w:r>
          </w:p>
          <w:p w14:paraId="522F2382" w14:textId="77777777" w:rsidR="00D02B0A" w:rsidRDefault="00D02B0A" w:rsidP="00B30E91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Steak &amp; shake</w:t>
            </w:r>
          </w:p>
          <w:p w14:paraId="349ED74A" w14:textId="3F7B9F35" w:rsidR="003F057D" w:rsidRPr="00772031" w:rsidRDefault="00D02B0A" w:rsidP="00B30E91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Gabe’s (Middletown)</w:t>
            </w:r>
          </w:p>
        </w:tc>
        <w:tc>
          <w:tcPr>
            <w:tcW w:w="1453" w:type="dxa"/>
            <w:shd w:val="clear" w:color="auto" w:fill="FFFFFF" w:themeFill="background1"/>
          </w:tcPr>
          <w:p w14:paraId="4CB609EC" w14:textId="59B39036" w:rsidR="00615F0E" w:rsidRPr="00FE5F22" w:rsidRDefault="00615F0E" w:rsidP="00772031">
            <w:pPr>
              <w:rPr>
                <w:color w:val="C438F0"/>
              </w:rPr>
            </w:pPr>
          </w:p>
        </w:tc>
      </w:tr>
      <w:tr w:rsidR="00326F46" w14:paraId="1F429F87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430BA0B5" w14:textId="257A47D7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Wed </w:t>
            </w:r>
            <w:r w:rsidR="000E07E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58" w:type="dxa"/>
            <w:shd w:val="clear" w:color="auto" w:fill="FFFFFF" w:themeFill="background1"/>
          </w:tcPr>
          <w:p w14:paraId="30210F41" w14:textId="1327FEF9" w:rsidR="00485749" w:rsidRPr="00C101FA" w:rsidRDefault="00C101FA" w:rsidP="00C101FA">
            <w:pPr>
              <w:pStyle w:val="Heading3"/>
              <w:rPr>
                <w:rFonts w:ascii="Times New Roman" w:eastAsia="Times New Roman" w:hAnsi="Times New Roman" w:cs="Times New Roman"/>
                <w:color w:val="5E718B"/>
                <w:sz w:val="14"/>
                <w:szCs w:val="14"/>
              </w:rPr>
            </w:pPr>
            <w:r>
              <w:rPr>
                <w:rFonts w:eastAsia="Times New Roman"/>
                <w:color w:val="5E718B"/>
                <w:sz w:val="14"/>
                <w:szCs w:val="14"/>
              </w:rPr>
              <w:t>‘</w:t>
            </w:r>
            <w:r w:rsidR="00386967" w:rsidRPr="008B17E3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🎨</w:t>
            </w:r>
            <w:r w:rsidR="00386967" w:rsidRPr="008B17E3">
              <w:rPr>
                <w:rFonts w:ascii="Times New Roman" w:eastAsia="Times New Roman" w:hAnsi="Times New Roman" w:cs="Times New Roman"/>
                <w:color w:val="5E718B"/>
                <w:sz w:val="14"/>
                <w:szCs w:val="14"/>
              </w:rPr>
              <w:t xml:space="preserve"> Arts &amp; Activities</w:t>
            </w:r>
            <w:r>
              <w:rPr>
                <w:rFonts w:ascii="Times New Roman" w:eastAsia="Times New Roman" w:hAnsi="Times New Roman" w:cs="Times New Roman"/>
                <w:color w:val="5E718B"/>
                <w:sz w:val="14"/>
                <w:szCs w:val="14"/>
              </w:rPr>
              <w:t xml:space="preserve"> </w:t>
            </w:r>
            <w:r w:rsidR="00386967" w:rsidRPr="008B17E3">
              <w:rPr>
                <w:rFonts w:eastAsia="Times New Roman"/>
                <w:color w:val="5E718B"/>
                <w:sz w:val="14"/>
                <w:szCs w:val="14"/>
              </w:rPr>
              <w:t>Apple Stamp Painting – Cut apples in half and use them as paint stamps.</w:t>
            </w:r>
            <w:r w:rsid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Paper Bag Apple Trees – Create trees and add tissue-paper apples.</w:t>
            </w:r>
            <w:r w:rsidR="00994D13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Design an Apple Basket – Decorate a paper basket and fill it with paper apples.</w:t>
            </w:r>
            <w:r w:rsidR="00994D13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Mosaic Art – Fill an apple outline with torn red, green, and yellow paper.</w:t>
            </w:r>
            <w:r w:rsidR="00994D13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My Perfect Apple – Design a silly or colorful imaginary apple.</w:t>
            </w:r>
            <w:r w:rsidR="00D158C5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Taste Test – Try different varieties and vote for favorites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🎲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Games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Basket Toss – Toss red/green balls or beanbags into baskets.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Roll an Apple Tree – Dice determine how many apples get added to a tree.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Bowling – Roll a ball toward apple-decorated cups.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Red Apple, Green Apple – Hold up a color and complete the matching action.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Memory Match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Guess How Many Apples – Estimate the number of paper apples in a container.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Picking Race – Use tongs to move pom-pom “apples” into baskets.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Bingo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What’s Missing From the Orchard? – Remove one pictured item and have the group identify it.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>Apple Pattern Challenge – Continue red/green/yellow apple patterns.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🗣️</w:t>
            </w:r>
            <w:r w:rsidR="00386967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Circle Time – Fall Is Coming</w:t>
            </w:r>
            <w:r w:rsidR="004745B0" w:rsidRPr="00994D1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color w:val="5E718B"/>
                <w:sz w:val="14"/>
                <w:szCs w:val="14"/>
              </w:rPr>
              <w:t>Talk about signs that summer is ending and fall is beginning. Discuss favorite fall foods, weather, activities, smells, and traditions.</w:t>
            </w:r>
            <w:r w:rsidR="004745B0" w:rsidRPr="00994D13">
              <w:rPr>
                <w:color w:val="5E718B"/>
                <w:sz w:val="14"/>
                <w:szCs w:val="14"/>
              </w:rPr>
              <w:t xml:space="preserve"> </w:t>
            </w:r>
            <w:r w:rsidR="00386967" w:rsidRPr="00994D13">
              <w:rPr>
                <w:color w:val="5E718B"/>
                <w:sz w:val="14"/>
                <w:szCs w:val="14"/>
              </w:rPr>
              <w:t>Circle activity: Apple Question Pass – Pass around a fake apple. Whoever receives it answers a fun question such as “Would you rather have apple pie or apple cider?”</w:t>
            </w:r>
          </w:p>
        </w:tc>
        <w:tc>
          <w:tcPr>
            <w:tcW w:w="1621" w:type="dxa"/>
            <w:shd w:val="clear" w:color="auto" w:fill="FFFFFF" w:themeFill="background1"/>
          </w:tcPr>
          <w:p w14:paraId="7F52FFBC" w14:textId="10CE8448" w:rsidR="00485749" w:rsidRPr="00DA1344" w:rsidRDefault="00A30419" w:rsidP="00DB55B6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2E29C84F" w14:textId="34C47146" w:rsidR="00485749" w:rsidRPr="00F749A6" w:rsidRDefault="00450B4E" w:rsidP="007B612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Larosas</w:t>
            </w:r>
          </w:p>
        </w:tc>
        <w:tc>
          <w:tcPr>
            <w:tcW w:w="1441" w:type="dxa"/>
            <w:shd w:val="clear" w:color="auto" w:fill="FFFFFF" w:themeFill="background1"/>
          </w:tcPr>
          <w:p w14:paraId="2FE2FDB4" w14:textId="77777777" w:rsidR="00952698" w:rsidRDefault="00460AFB" w:rsidP="001C6C51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Mcallisters </w:t>
            </w:r>
          </w:p>
          <w:p w14:paraId="51098A50" w14:textId="77777777" w:rsidR="00460AFB" w:rsidRDefault="00460AFB" w:rsidP="001C6C51">
            <w:pPr>
              <w:rPr>
                <w:color w:val="0FD7F1"/>
                <w:sz w:val="14"/>
                <w:szCs w:val="14"/>
              </w:rPr>
            </w:pPr>
          </w:p>
          <w:p w14:paraId="13F63FAA" w14:textId="4F8BBCDB" w:rsidR="00460AFB" w:rsidRPr="00047A67" w:rsidRDefault="00460AFB" w:rsidP="001C6C51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Bridgewater</w:t>
            </w:r>
          </w:p>
        </w:tc>
        <w:tc>
          <w:tcPr>
            <w:tcW w:w="1453" w:type="dxa"/>
            <w:shd w:val="clear" w:color="auto" w:fill="FFFFFF" w:themeFill="background1"/>
          </w:tcPr>
          <w:p w14:paraId="68F522BD" w14:textId="365537D9" w:rsidR="00485749" w:rsidRPr="00FE5F22" w:rsidRDefault="00F84856" w:rsidP="00102448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326F46" w14:paraId="4DD3E29E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205A5239" w14:textId="6E09A160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Thur </w:t>
            </w:r>
            <w:r w:rsidR="008A5D1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58" w:type="dxa"/>
            <w:shd w:val="clear" w:color="auto" w:fill="FFFFFF" w:themeFill="background1"/>
          </w:tcPr>
          <w:p w14:paraId="44112B66" w14:textId="562056F2" w:rsidR="00485749" w:rsidRPr="00591430" w:rsidRDefault="00185364" w:rsidP="00591430">
            <w:pPr>
              <w:pStyle w:val="p1"/>
              <w:rPr>
                <w:color w:val="5E718B"/>
                <w:sz w:val="14"/>
                <w:szCs w:val="14"/>
              </w:rPr>
            </w:pPr>
            <w:r w:rsidRPr="00DA1831">
              <w:rPr>
                <w:b/>
                <w:bCs/>
                <w:color w:val="5E718B"/>
                <w:sz w:val="14"/>
                <w:szCs w:val="14"/>
              </w:rPr>
              <w:t>Circle Time Discussion</w:t>
            </w:r>
            <w:r w:rsidR="00591430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A1831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does it mean to appreciate someone?</w:t>
            </w:r>
            <w:r w:rsidR="00591430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is something you’re good at?</w:t>
            </w:r>
            <w:r w:rsidR="00591430" w:rsidRPr="00591430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color w:val="5E718B"/>
                <w:sz w:val="14"/>
                <w:szCs w:val="14"/>
              </w:rPr>
              <w:t>How can we make someone feel included?</w:t>
            </w:r>
            <w:r w:rsidR="00591430" w:rsidRPr="00591430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What is</w:t>
            </w:r>
            <w:r w:rsidRPr="00591430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a compliment you like receiving?</w:t>
            </w:r>
            <w:r w:rsidR="00591430">
              <w:rPr>
                <w:rStyle w:val="s1"/>
              </w:rPr>
              <w:t xml:space="preserve"> </w:t>
            </w:r>
            <w:r w:rsidRPr="00591430">
              <w:rPr>
                <w:b/>
                <w:bCs/>
                <w:color w:val="5E718B"/>
                <w:sz w:val="14"/>
                <w:szCs w:val="14"/>
              </w:rPr>
              <w:t>Circle Time Activity – “Spotlight of the Day”</w:t>
            </w:r>
            <w:r w:rsidRPr="00591430">
              <w:rPr>
                <w:color w:val="5E718B"/>
                <w:sz w:val="14"/>
                <w:szCs w:val="14"/>
              </w:rPr>
              <w:br/>
            </w:r>
            <w:r w:rsidRPr="00591430">
              <w:rPr>
                <w:rStyle w:val="s2"/>
                <w:color w:val="5E718B"/>
                <w:sz w:val="14"/>
                <w:szCs w:val="14"/>
              </w:rPr>
              <w:t xml:space="preserve">Choose one participant at a time. The group names positive qualities about that person. Staff can offer choices such as </w:t>
            </w:r>
            <w:r w:rsidRPr="00591430">
              <w:rPr>
                <w:rStyle w:val="s1"/>
                <w:i/>
                <w:iCs/>
                <w:color w:val="5E718B"/>
                <w:sz w:val="14"/>
                <w:szCs w:val="14"/>
              </w:rPr>
              <w:t>funny, helpful, friendly, caring,</w:t>
            </w:r>
            <w:r w:rsidRPr="00591430">
              <w:rPr>
                <w:rStyle w:val="s2"/>
                <w:color w:val="5E718B"/>
                <w:sz w:val="14"/>
                <w:szCs w:val="14"/>
              </w:rPr>
              <w:t xml:space="preserve"> or </w:t>
            </w:r>
            <w:r w:rsidRPr="00591430">
              <w:rPr>
                <w:rStyle w:val="s1"/>
                <w:i/>
                <w:iCs/>
                <w:color w:val="5E718B"/>
                <w:sz w:val="14"/>
                <w:szCs w:val="14"/>
              </w:rPr>
              <w:t>hardworking</w:t>
            </w:r>
            <w:r w:rsidRPr="00591430">
              <w:rPr>
                <w:rStyle w:val="s2"/>
                <w:color w:val="5E718B"/>
                <w:sz w:val="14"/>
                <w:szCs w:val="14"/>
              </w:rPr>
              <w:t>.</w:t>
            </w:r>
            <w:r w:rsidR="00591430" w:rsidRPr="00591430">
              <w:rPr>
                <w:rStyle w:val="s2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b/>
                <w:bCs/>
                <w:color w:val="5E718B"/>
                <w:sz w:val="14"/>
                <w:szCs w:val="14"/>
              </w:rPr>
              <w:t>Activities</w:t>
            </w:r>
            <w:r w:rsidR="00C070D8" w:rsidRPr="00591430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Compliment Cards: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Make small cards with positive messages to give to other Routson House members or staff.</w:t>
            </w:r>
            <w:r w:rsidR="00C070D8"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Our Strengths Board: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Everyone decorates a paper apple and adds something they’re good at. Put them together on a large “Our Group Has A Lot to Offer!” display.</w:t>
            </w:r>
            <w:r w:rsidR="009926BD"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Positive Word Decorating: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Give each person a word such as KIND, STRONG, HELPFUL, FUNNY, FRIENDLY, or CARING to decorate.</w:t>
            </w:r>
            <w:r w:rsidR="009926BD">
              <w:rPr>
                <w:rStyle w:val="s2"/>
              </w:rPr>
              <w:t xml:space="preserve"> </w:t>
            </w:r>
            <w:r w:rsidRPr="00591430">
              <w:rPr>
                <w:b/>
                <w:bCs/>
                <w:color w:val="5E718B"/>
                <w:sz w:val="14"/>
                <w:szCs w:val="14"/>
              </w:rPr>
              <w:t>Games</w:t>
            </w:r>
            <w:r w:rsidR="009926BD" w:rsidRPr="00591430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Compliment Cup Knockdown: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Put positive words on plastic cups and knock them over with a ball. Read the word that falls.</w:t>
            </w:r>
            <w:r w:rsidR="009926BD"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Who Am I? – Positive Edition: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Give clues about someone in the group based on their interests or strengths.</w:t>
            </w:r>
            <w:r w:rsidR="009926BD"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91430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Pass the Smile: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Pass a ball around while music plays. When it stops, that </w:t>
            </w:r>
            <w:r w:rsidRPr="00591430">
              <w:rPr>
                <w:rStyle w:val="s2"/>
                <w:rFonts w:eastAsia="Times New Roman"/>
                <w:color w:val="5E718B"/>
                <w:sz w:val="14"/>
                <w:szCs w:val="14"/>
              </w:rPr>
              <w:lastRenderedPageBreak/>
              <w:t>person chooses someone to compliment.</w:t>
            </w:r>
          </w:p>
        </w:tc>
        <w:tc>
          <w:tcPr>
            <w:tcW w:w="1621" w:type="dxa"/>
            <w:shd w:val="clear" w:color="auto" w:fill="FFFFFF" w:themeFill="background1"/>
          </w:tcPr>
          <w:p w14:paraId="61BAC7F6" w14:textId="0DA6FF97" w:rsidR="00DF354A" w:rsidRPr="00DA1344" w:rsidRDefault="007127CA" w:rsidP="00F17D32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lastRenderedPageBreak/>
              <w:t>Hot heads</w:t>
            </w:r>
          </w:p>
        </w:tc>
        <w:tc>
          <w:tcPr>
            <w:tcW w:w="1531" w:type="dxa"/>
            <w:shd w:val="clear" w:color="auto" w:fill="FFFFFF" w:themeFill="background1"/>
          </w:tcPr>
          <w:p w14:paraId="55961563" w14:textId="16EB5E61" w:rsidR="00DF354A" w:rsidRPr="00F749A6" w:rsidRDefault="00FE279F" w:rsidP="004D4C96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Richards</w:t>
            </w:r>
          </w:p>
        </w:tc>
        <w:tc>
          <w:tcPr>
            <w:tcW w:w="1441" w:type="dxa"/>
            <w:shd w:val="clear" w:color="auto" w:fill="FFFFFF" w:themeFill="background1"/>
          </w:tcPr>
          <w:p w14:paraId="79BF5BD1" w14:textId="1AC231D5" w:rsidR="00485749" w:rsidRPr="00047A67" w:rsidRDefault="00F84856" w:rsidP="00102448">
            <w:pPr>
              <w:jc w:val="center"/>
              <w:rPr>
                <w:color w:val="0FD7F1"/>
              </w:rPr>
            </w:pPr>
            <w:r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17452E42" w14:textId="77777777" w:rsidR="00A2004B" w:rsidRDefault="00E87718" w:rsidP="008801D7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 xml:space="preserve">American sign museum $20 </w:t>
            </w:r>
          </w:p>
          <w:p w14:paraId="780CA0E9" w14:textId="77777777" w:rsidR="00E87718" w:rsidRDefault="00E87718" w:rsidP="008801D7">
            <w:pPr>
              <w:rPr>
                <w:color w:val="C438F0"/>
                <w:sz w:val="14"/>
                <w:szCs w:val="14"/>
              </w:rPr>
            </w:pPr>
          </w:p>
          <w:p w14:paraId="3D324D7F" w14:textId="4BFA36FC" w:rsidR="00E87718" w:rsidRPr="00FE5F22" w:rsidRDefault="00E87718" w:rsidP="008801D7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 xml:space="preserve">Pack </w:t>
            </w:r>
          </w:p>
        </w:tc>
      </w:tr>
      <w:tr w:rsidR="00326F46" w14:paraId="0005227E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0C233013" w14:textId="4DF06E8C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Fri </w:t>
            </w:r>
            <w:r w:rsidR="00CB1A5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3CF7FB08" w14:textId="145A9155" w:rsidR="00485749" w:rsidRPr="004C4BEC" w:rsidRDefault="00CB68E2" w:rsidP="004C4BEC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5D2886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5D288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FA03F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D2886">
              <w:rPr>
                <w:rFonts w:eastAsia="Times New Roman"/>
                <w:color w:val="5E718B"/>
                <w:sz w:val="14"/>
                <w:szCs w:val="14"/>
              </w:rPr>
              <w:t>Where do we see labels?</w:t>
            </w:r>
            <w:r w:rsidR="00FA03F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A03FC">
              <w:rPr>
                <w:rFonts w:eastAsia="Times New Roman"/>
                <w:color w:val="5E718B"/>
                <w:sz w:val="14"/>
                <w:szCs w:val="14"/>
              </w:rPr>
              <w:t>Why should we read directions before using something?</w:t>
            </w:r>
            <w:r w:rsidR="00FA03FC" w:rsidRPr="00FA03F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A03FC">
              <w:rPr>
                <w:rFonts w:eastAsia="Times New Roman"/>
                <w:color w:val="5E718B"/>
                <w:sz w:val="14"/>
                <w:szCs w:val="14"/>
              </w:rPr>
              <w:t xml:space="preserve">What do words like </w:t>
            </w:r>
            <w:r w:rsidRPr="00FA03F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warning, caution, open, close, hot,</w:t>
            </w:r>
            <w:r w:rsidRPr="00FA03FC">
              <w:rPr>
                <w:rFonts w:eastAsia="Times New Roman"/>
                <w:color w:val="5E718B"/>
                <w:sz w:val="14"/>
                <w:szCs w:val="14"/>
              </w:rPr>
              <w:t xml:space="preserve"> and </w:t>
            </w:r>
            <w:r w:rsidRPr="00FA03F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cold</w:t>
            </w:r>
            <w:r w:rsidRPr="00FA03FC">
              <w:rPr>
                <w:rFonts w:eastAsia="Times New Roman"/>
                <w:color w:val="5E718B"/>
                <w:sz w:val="14"/>
                <w:szCs w:val="14"/>
              </w:rPr>
              <w:t xml:space="preserve"> mean?</w:t>
            </w:r>
            <w:r w:rsidR="00FA03FC" w:rsidRPr="00FA03F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A03F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FA03F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4C4B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5D288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Label Detective:</w:t>
            </w:r>
            <w:r w:rsidRPr="005D2886">
              <w:rPr>
                <w:rFonts w:eastAsia="Times New Roman"/>
                <w:color w:val="5E718B"/>
                <w:sz w:val="14"/>
                <w:szCs w:val="14"/>
              </w:rPr>
              <w:t xml:space="preserve"> Examine empty food and household containers and find the name, directions, warnings, and expiration dates.</w:t>
            </w:r>
            <w:r w:rsidR="004C4BE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4C4B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Follow the Label:</w:t>
            </w:r>
            <w:r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Match simple direction cards to the correct item.</w:t>
            </w:r>
            <w:r w:rsidR="004C4BEC"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4C4B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Warning or Information?:</w:t>
            </w:r>
            <w:r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Sort labels into warnings vs regular information.</w:t>
            </w:r>
            <w:r w:rsidR="004C4BEC"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4C4B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Symbol Match:</w:t>
            </w:r>
            <w:r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Match common symbols such as recycling, fragile, flammable, and do not touch.</w:t>
            </w:r>
            <w:r w:rsidR="004C4BEC"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4C4B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What’s Inside?:</w:t>
            </w:r>
            <w:r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Use package labels to determine what an item contains.</w:t>
            </w:r>
            <w:r w:rsidR="004C4BEC"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4C4B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Direction Dice:</w:t>
            </w:r>
            <w:r w:rsidRPr="004C4BEC">
              <w:rPr>
                <w:rFonts w:eastAsia="Times New Roman"/>
                <w:color w:val="5E718B"/>
                <w:sz w:val="14"/>
                <w:szCs w:val="14"/>
              </w:rPr>
              <w:t xml:space="preserve"> Roll a die and complete a simple 1–3 step direction.</w:t>
            </w:r>
          </w:p>
        </w:tc>
        <w:tc>
          <w:tcPr>
            <w:tcW w:w="1621" w:type="dxa"/>
            <w:shd w:val="clear" w:color="auto" w:fill="FFFFFF" w:themeFill="background1"/>
          </w:tcPr>
          <w:p w14:paraId="1066293E" w14:textId="154D5CD3" w:rsidR="00485749" w:rsidRPr="00C46BA9" w:rsidRDefault="003562CB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3A48E001" w14:textId="59FF0C66" w:rsidR="00485749" w:rsidRPr="00F749A6" w:rsidRDefault="00644D6A" w:rsidP="006E08CD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Subway</w:t>
            </w:r>
          </w:p>
        </w:tc>
        <w:tc>
          <w:tcPr>
            <w:tcW w:w="1441" w:type="dxa"/>
            <w:shd w:val="clear" w:color="auto" w:fill="FFFFFF" w:themeFill="background1"/>
          </w:tcPr>
          <w:p w14:paraId="18C64DD9" w14:textId="2C041609" w:rsidR="00A433DD" w:rsidRPr="00964555" w:rsidRDefault="00796C9A" w:rsidP="00F71320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Outlet mall</w:t>
            </w:r>
          </w:p>
        </w:tc>
        <w:tc>
          <w:tcPr>
            <w:tcW w:w="1453" w:type="dxa"/>
            <w:shd w:val="clear" w:color="auto" w:fill="FFFFFF" w:themeFill="background1"/>
          </w:tcPr>
          <w:p w14:paraId="0AA53C40" w14:textId="7F9A882D" w:rsidR="00485749" w:rsidRPr="00500DFA" w:rsidRDefault="00500DFA" w:rsidP="00615F0E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326F46" w14:paraId="0E455CFF" w14:textId="77777777" w:rsidTr="00E70BAE">
        <w:trPr>
          <w:trHeight w:val="167"/>
        </w:trPr>
        <w:tc>
          <w:tcPr>
            <w:tcW w:w="1414" w:type="dxa"/>
          </w:tcPr>
          <w:p w14:paraId="23351EC1" w14:textId="26FFFE21" w:rsidR="0029308C" w:rsidRPr="00575726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Week 2</w:t>
            </w:r>
          </w:p>
        </w:tc>
        <w:tc>
          <w:tcPr>
            <w:tcW w:w="3558" w:type="dxa"/>
            <w:shd w:val="clear" w:color="auto" w:fill="FFFFFF" w:themeFill="background1"/>
          </w:tcPr>
          <w:p w14:paraId="47E987D6" w14:textId="77777777" w:rsidR="00485749" w:rsidRPr="00600FBB" w:rsidRDefault="00485749" w:rsidP="00102448">
            <w:pPr>
              <w:jc w:val="center"/>
              <w:rPr>
                <w:color w:val="5E718B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650CFFA5" w14:textId="77777777" w:rsidR="00485749" w:rsidRPr="00DA1344" w:rsidRDefault="00485749" w:rsidP="00102448">
            <w:pPr>
              <w:jc w:val="center"/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3EB85427" w14:textId="77777777" w:rsidR="00485749" w:rsidRPr="00F749A6" w:rsidRDefault="00485749" w:rsidP="00102448">
            <w:pPr>
              <w:jc w:val="center"/>
              <w:rPr>
                <w:color w:val="11D329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408135A2" w14:textId="77777777" w:rsidR="00485749" w:rsidRPr="00047A67" w:rsidRDefault="00485749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37F35D0C" w14:textId="77777777" w:rsidR="00485749" w:rsidRPr="00FE5F22" w:rsidRDefault="00485749" w:rsidP="00102448">
            <w:pPr>
              <w:jc w:val="center"/>
              <w:rPr>
                <w:color w:val="C438F0"/>
              </w:rPr>
            </w:pPr>
          </w:p>
        </w:tc>
      </w:tr>
      <w:tr w:rsidR="00326F46" w14:paraId="470ECB0D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8B0C08F" w14:textId="40E001A6" w:rsidR="00485749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Mon </w:t>
            </w:r>
            <w:r w:rsidR="009561E1">
              <w:rPr>
                <w:b/>
                <w:bCs/>
                <w:sz w:val="16"/>
                <w:szCs w:val="16"/>
              </w:rPr>
              <w:t>7</w:t>
            </w:r>
          </w:p>
          <w:p w14:paraId="00BD7EE2" w14:textId="77777777" w:rsidR="0029308C" w:rsidRDefault="0029308C" w:rsidP="00102448">
            <w:pPr>
              <w:rPr>
                <w:b/>
                <w:bCs/>
                <w:sz w:val="16"/>
                <w:szCs w:val="16"/>
              </w:rPr>
            </w:pPr>
          </w:p>
          <w:p w14:paraId="7CD868C0" w14:textId="00266872" w:rsidR="0029308C" w:rsidRPr="00CB55CE" w:rsidRDefault="0029308C" w:rsidP="001024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1537796D" w14:textId="1A509E38" w:rsidR="00485749" w:rsidRPr="00022E30" w:rsidRDefault="00150E20" w:rsidP="00497646">
            <w:pPr>
              <w:pStyle w:val="p1"/>
              <w:rPr>
                <w:color w:val="5E718B"/>
                <w:sz w:val="14"/>
                <w:szCs w:val="14"/>
              </w:rPr>
            </w:pPr>
            <w:r>
              <w:rPr>
                <w:color w:val="5E718B"/>
                <w:sz w:val="14"/>
                <w:szCs w:val="14"/>
              </w:rPr>
              <w:t>CLOSED</w:t>
            </w:r>
          </w:p>
        </w:tc>
        <w:tc>
          <w:tcPr>
            <w:tcW w:w="1621" w:type="dxa"/>
            <w:shd w:val="clear" w:color="auto" w:fill="FFFFFF" w:themeFill="background1"/>
          </w:tcPr>
          <w:p w14:paraId="0C39FED3" w14:textId="76CBCC79" w:rsidR="00485749" w:rsidRPr="00DA1344" w:rsidRDefault="00455F12" w:rsidP="00791501">
            <w:pPr>
              <w:rPr>
                <w:color w:val="C00000"/>
              </w:rPr>
            </w:pPr>
            <w:r>
              <w:rPr>
                <w:color w:val="C00000"/>
              </w:rPr>
              <w:t>CLOSED</w:t>
            </w:r>
          </w:p>
        </w:tc>
        <w:tc>
          <w:tcPr>
            <w:tcW w:w="1531" w:type="dxa"/>
            <w:shd w:val="clear" w:color="auto" w:fill="FFFFFF" w:themeFill="background1"/>
          </w:tcPr>
          <w:p w14:paraId="27F1AF48" w14:textId="54C444DB" w:rsidR="00485749" w:rsidRPr="006B59AA" w:rsidRDefault="00FE76BC" w:rsidP="00D11E87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CLOSED </w:t>
            </w:r>
          </w:p>
        </w:tc>
        <w:tc>
          <w:tcPr>
            <w:tcW w:w="1441" w:type="dxa"/>
            <w:shd w:val="clear" w:color="auto" w:fill="FFFFFF" w:themeFill="background1"/>
          </w:tcPr>
          <w:p w14:paraId="7DDE33B2" w14:textId="77F17341" w:rsidR="00485749" w:rsidRPr="00047A67" w:rsidRDefault="00485749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50722C00" w14:textId="7DF1B8A3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63D3CC1D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47F367D4" w14:textId="7CA19640" w:rsidR="00485749" w:rsidRPr="00C44D97" w:rsidRDefault="00C44D97" w:rsidP="0010244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Tues </w:t>
            </w:r>
            <w:r w:rsidR="00C867AA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  <w:p w14:paraId="2423468D" w14:textId="77777777" w:rsidR="003F4C8A" w:rsidRPr="00644B8A" w:rsidRDefault="003F4C8A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</w:p>
          <w:p w14:paraId="1D907D67" w14:textId="744EE30C" w:rsidR="003F4C8A" w:rsidRPr="00644B8A" w:rsidRDefault="003F4C8A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4B279D6D" w14:textId="57923C71" w:rsidR="00485749" w:rsidRPr="00270A08" w:rsidRDefault="00DA62EF" w:rsidP="00270A08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A61DE7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Main Activity: Design a Giant Cupcake</w:t>
            </w:r>
            <w:r w:rsid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color w:val="5E718B"/>
                <w:sz w:val="14"/>
                <w:szCs w:val="14"/>
              </w:rPr>
              <w:t>Give each individual a large paper cupcake and provide:</w:t>
            </w:r>
            <w:r w:rsidR="002C2F94">
              <w:rPr>
                <w:color w:val="5E718B"/>
                <w:sz w:val="14"/>
                <w:szCs w:val="14"/>
              </w:rPr>
              <w:t xml:space="preserve"> </w:t>
            </w:r>
            <w:r w:rsidR="001017D4" w:rsidRPr="00A61DE7">
              <w:rPr>
                <w:rFonts w:eastAsia="Times New Roman"/>
                <w:color w:val="5E718B"/>
                <w:sz w:val="14"/>
                <w:szCs w:val="14"/>
              </w:rPr>
              <w:t>Pompoms</w:t>
            </w:r>
            <w:r w:rsidR="002C2F9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Foam shapes</w:t>
            </w:r>
            <w:r w:rsidR="0035049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Stickers</w:t>
            </w:r>
            <w:r w:rsidR="0035049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Tissue paper</w:t>
            </w:r>
            <w:r w:rsidR="0035049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Markers</w:t>
            </w:r>
            <w:r w:rsidR="0035049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Yarn “sprinkles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color w:val="5E718B"/>
                <w:sz w:val="14"/>
                <w:szCs w:val="14"/>
              </w:rPr>
              <w:t>They choose the frosting color and decorations.</w:t>
            </w:r>
            <w:r w:rsidR="00270A08">
              <w:rPr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b/>
                <w:bCs/>
                <w:color w:val="5E718B"/>
                <w:sz w:val="14"/>
                <w:szCs w:val="14"/>
              </w:rPr>
              <w:t>Very low-motivation version:</w:t>
            </w:r>
            <w:r w:rsidRPr="00A61DE7">
              <w:rPr>
                <w:color w:val="5E718B"/>
                <w:sz w:val="14"/>
                <w:szCs w:val="14"/>
              </w:rPr>
              <w:t xml:space="preserve"> Hold up two decorations at a time and let them choose what staff adds.</w:t>
            </w:r>
            <w:r w:rsidR="00270A08">
              <w:rPr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270A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Build-a-Cupcake: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 xml:space="preserve"> Roll a die to determine how many toppings to add.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Cupcake Color Match</w:t>
            </w:r>
            <w:r w:rsidR="00270A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270A08"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Where is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the Cupcake?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 xml:space="preserve"> Hide a paper cupcake underneath one of three cups and have them guess.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Cupcake Decorating Competition: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 xml:space="preserve"> Staff members decorate ridiculous cupcakes and let the individuals judge them. </w:t>
            </w:r>
            <w:r w:rsidRPr="00A61DE7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😂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Favorite Dessert Vote: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 xml:space="preserve"> Cake, cookies, brownies, donuts, or ice cream?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A61DE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270A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color w:val="5E718B"/>
                <w:sz w:val="14"/>
                <w:szCs w:val="14"/>
              </w:rPr>
              <w:t xml:space="preserve">Create the group’s </w:t>
            </w:r>
            <w:r w:rsidRPr="00A61DE7">
              <w:rPr>
                <w:b/>
                <w:bCs/>
                <w:color w:val="5E718B"/>
                <w:sz w:val="14"/>
                <w:szCs w:val="14"/>
              </w:rPr>
              <w:t>dream cupcake</w:t>
            </w:r>
            <w:r w:rsidRPr="00A61DE7">
              <w:rPr>
                <w:color w:val="5E718B"/>
                <w:sz w:val="14"/>
                <w:szCs w:val="14"/>
              </w:rPr>
              <w:t xml:space="preserve"> together. Ask questions like:</w:t>
            </w:r>
            <w:r w:rsidR="00270A08">
              <w:rPr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Chocolate or vanilla?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What color frosting?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Sprinkles or no sprinkles?</w:t>
            </w:r>
            <w:r w:rsidR="00270A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61DE7">
              <w:rPr>
                <w:rFonts w:eastAsia="Times New Roman"/>
                <w:color w:val="5E718B"/>
                <w:sz w:val="14"/>
                <w:szCs w:val="14"/>
              </w:rPr>
              <w:t>What crazy topping should we add?</w:t>
            </w:r>
          </w:p>
        </w:tc>
        <w:tc>
          <w:tcPr>
            <w:tcW w:w="1621" w:type="dxa"/>
            <w:shd w:val="clear" w:color="auto" w:fill="FFFFFF" w:themeFill="background1"/>
          </w:tcPr>
          <w:p w14:paraId="0B3CB0E2" w14:textId="3D75DDE1" w:rsidR="00DA2589" w:rsidRDefault="00421C96">
            <w:pPr>
              <w:pStyle w:val="p1"/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Spirit Halloween</w:t>
            </w:r>
          </w:p>
          <w:p w14:paraId="0E32E6D6" w14:textId="374532F3" w:rsidR="00421C96" w:rsidRPr="00F66F09" w:rsidRDefault="00421C96">
            <w:pPr>
              <w:pStyle w:val="p1"/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Culver’s</w:t>
            </w:r>
          </w:p>
          <w:p w14:paraId="49CF439A" w14:textId="395529C9" w:rsidR="007B4F71" w:rsidRPr="00DA1344" w:rsidRDefault="007B4F71" w:rsidP="00882D32">
            <w:pPr>
              <w:rPr>
                <w:color w:val="C00000"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65CA2A71" w14:textId="77777777" w:rsidR="009624A8" w:rsidRDefault="000606DC" w:rsidP="00CE6798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Arbys</w:t>
            </w:r>
          </w:p>
          <w:p w14:paraId="2F9766C1" w14:textId="77777777" w:rsidR="000606DC" w:rsidRDefault="000606DC" w:rsidP="00CE6798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Flubs</w:t>
            </w:r>
          </w:p>
          <w:p w14:paraId="2F613F17" w14:textId="245893D4" w:rsidR="000606DC" w:rsidRPr="00F749A6" w:rsidRDefault="000606DC" w:rsidP="00CE6798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Millikin woods</w:t>
            </w:r>
          </w:p>
        </w:tc>
        <w:tc>
          <w:tcPr>
            <w:tcW w:w="1441" w:type="dxa"/>
            <w:shd w:val="clear" w:color="auto" w:fill="FFFFFF" w:themeFill="background1"/>
          </w:tcPr>
          <w:p w14:paraId="76F488B7" w14:textId="77777777" w:rsidR="00830FAD" w:rsidRDefault="003A0288" w:rsidP="001E1792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Voa shopping</w:t>
            </w:r>
          </w:p>
          <w:p w14:paraId="40BE2E85" w14:textId="6E7198B2" w:rsidR="003A0288" w:rsidRPr="00047A67" w:rsidRDefault="003A0288" w:rsidP="001E1792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Pardon my </w:t>
            </w:r>
            <w:r w:rsidR="00234789">
              <w:rPr>
                <w:color w:val="0FD7F1"/>
                <w:sz w:val="14"/>
                <w:szCs w:val="14"/>
              </w:rPr>
              <w:t>cheesesteak</w:t>
            </w:r>
          </w:p>
        </w:tc>
        <w:tc>
          <w:tcPr>
            <w:tcW w:w="1453" w:type="dxa"/>
            <w:shd w:val="clear" w:color="auto" w:fill="FFFFFF" w:themeFill="background1"/>
          </w:tcPr>
          <w:p w14:paraId="5B0B8400" w14:textId="6FC2BBB2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06393005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73569C68" w14:textId="0ED03BE7" w:rsidR="00485749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Wed </w:t>
            </w:r>
            <w:r w:rsidR="0026310C">
              <w:rPr>
                <w:b/>
                <w:bCs/>
                <w:sz w:val="16"/>
                <w:szCs w:val="16"/>
              </w:rPr>
              <w:t>9</w:t>
            </w:r>
          </w:p>
          <w:p w14:paraId="13D9F503" w14:textId="77777777" w:rsidR="003F4C8A" w:rsidRDefault="003F4C8A" w:rsidP="00102448">
            <w:pPr>
              <w:rPr>
                <w:b/>
                <w:bCs/>
                <w:sz w:val="16"/>
                <w:szCs w:val="16"/>
              </w:rPr>
            </w:pPr>
          </w:p>
          <w:p w14:paraId="4F4A65C0" w14:textId="0584DD0D" w:rsidR="003F4C8A" w:rsidRPr="00CB55CE" w:rsidRDefault="003F4C8A" w:rsidP="001024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742E6232" w14:textId="65E04EFB" w:rsidR="00485749" w:rsidRPr="00EC72E8" w:rsidRDefault="00803B9A" w:rsidP="00EC72E8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54182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54182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Arts &amp; Activities</w:t>
            </w:r>
            <w:r w:rsid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4182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Design Your Own Puzzle</w:t>
            </w:r>
            <w:r w:rsidRPr="0054182D">
              <w:rPr>
                <w:rFonts w:eastAsia="Times New Roman"/>
                <w:color w:val="5E718B"/>
                <w:sz w:val="14"/>
                <w:szCs w:val="14"/>
              </w:rPr>
              <w:t xml:space="preserve"> – Draw a picture on cardstock, cut it into pieces, and put it back together.</w:t>
            </w:r>
            <w:r w:rsid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Puzzle Piece Collage</w:t>
            </w:r>
            <w:r w:rsidR="00EC72E8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Optical Illusion Coloring Pages</w:t>
            </w:r>
            <w:r w:rsidR="00012E17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Finish the Other Half Drawing</w:t>
            </w:r>
            <w:r w:rsidR="00033BB2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Hidden Picture Pages</w:t>
            </w:r>
            <w:r w:rsidR="00033BB2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Create Your Own Maze</w:t>
            </w:r>
            <w:r w:rsidR="00126264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D321BC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What’s Under the Cup?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Hide an object and shuffle the cups.</w:t>
            </w:r>
            <w:r w:rsidR="00080D49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Memory Tray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Look at 8–10 objects, cover them, and remember what’s there.</w:t>
            </w:r>
            <w:r w:rsidR="00906D63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Mystery Picture Reveal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Slowly uncover a picture while everyone guesses.</w:t>
            </w:r>
            <w:r w:rsidR="00906D63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Which One Doesn’t Belong?</w:t>
            </w:r>
            <w:r w:rsidR="00906D63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Complete the Pattern</w:t>
            </w:r>
            <w:r w:rsidR="00906D63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Riddle Me This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Use easy and funny riddles.</w:t>
            </w:r>
            <w:r w:rsidR="00906D63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Spot the Difference</w:t>
            </w:r>
            <w:r w:rsidR="00906D63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Puzzle Race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Small teams complete simple puzzles.</w:t>
            </w:r>
            <w:r w:rsidR="00767F66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Mystery Box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Feel an object without looking and guess what it is.</w:t>
            </w:r>
            <w:r w:rsidR="00767F66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Copy My Pattern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Recreate patterns using blocks, cups, or colored objects.</w:t>
            </w:r>
            <w:r w:rsidR="00EB759E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What’s Changed?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Someone leaves the room while one thing is changed.</w:t>
            </w:r>
            <w:r w:rsidR="00EB759E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Who Am I?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Give clues about animals, objects, foods, or famous characters.</w:t>
            </w:r>
            <w:r w:rsidR="00EB759E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Picture Sequence Challenge</w:t>
            </w:r>
            <w:r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– Put everyday activities into the correct order.</w:t>
            </w:r>
            <w:r w:rsidR="00EB759E" w:rsidRPr="00EC72E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🗣️</w:t>
            </w:r>
            <w:r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– Problem Solving</w:t>
            </w:r>
            <w:r w:rsidR="00530C72" w:rsidRPr="00EC72E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color w:val="5E718B"/>
                <w:sz w:val="14"/>
                <w:szCs w:val="14"/>
              </w:rPr>
              <w:t>Discuss what we can do when something is difficult, why asking for help is okay, and how working together can make problems easier.</w:t>
            </w:r>
            <w:r w:rsidR="00530C72" w:rsidRPr="00EC72E8">
              <w:rPr>
                <w:color w:val="5E718B"/>
                <w:sz w:val="14"/>
                <w:szCs w:val="14"/>
              </w:rPr>
              <w:t xml:space="preserve"> </w:t>
            </w:r>
            <w:r w:rsidRPr="00EC72E8">
              <w:rPr>
                <w:b/>
                <w:bCs/>
                <w:color w:val="5E718B"/>
                <w:sz w:val="14"/>
                <w:szCs w:val="14"/>
              </w:rPr>
              <w:t>Circle activity:</w:t>
            </w:r>
            <w:r w:rsidRPr="00EC72E8">
              <w:rPr>
                <w:color w:val="5E718B"/>
                <w:sz w:val="14"/>
                <w:szCs w:val="14"/>
              </w:rPr>
              <w:t xml:space="preserve"> Give the group silly problems to solve: </w:t>
            </w:r>
            <w:r w:rsidRPr="00EC72E8">
              <w:rPr>
                <w:i/>
                <w:iCs/>
                <w:color w:val="5E718B"/>
                <w:sz w:val="14"/>
                <w:szCs w:val="14"/>
              </w:rPr>
              <w:t>“You packed for the beach but forgot your towel. What could you do?”</w:t>
            </w:r>
          </w:p>
        </w:tc>
        <w:tc>
          <w:tcPr>
            <w:tcW w:w="1621" w:type="dxa"/>
            <w:shd w:val="clear" w:color="auto" w:fill="FFFFFF" w:themeFill="background1"/>
          </w:tcPr>
          <w:p w14:paraId="327A0423" w14:textId="1A7956A4" w:rsidR="00485749" w:rsidRPr="00DA1344" w:rsidRDefault="00485749" w:rsidP="00B53E73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0DFD82D1" w14:textId="5861C27D" w:rsidR="00FE7386" w:rsidRPr="00F749A6" w:rsidRDefault="00450B4E" w:rsidP="00A3514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Bubbakoos</w:t>
            </w:r>
          </w:p>
        </w:tc>
        <w:tc>
          <w:tcPr>
            <w:tcW w:w="1441" w:type="dxa"/>
            <w:shd w:val="clear" w:color="auto" w:fill="FFFFFF" w:themeFill="background1"/>
          </w:tcPr>
          <w:p w14:paraId="19327F2D" w14:textId="77777777" w:rsidR="00930EAC" w:rsidRDefault="00DA412B" w:rsidP="001F3932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Voa park and shopping</w:t>
            </w:r>
          </w:p>
          <w:p w14:paraId="25965263" w14:textId="77777777" w:rsidR="00DA412B" w:rsidRDefault="00DA412B" w:rsidP="001F3932">
            <w:pPr>
              <w:rPr>
                <w:color w:val="0FD7F1"/>
                <w:sz w:val="14"/>
                <w:szCs w:val="14"/>
              </w:rPr>
            </w:pPr>
          </w:p>
          <w:p w14:paraId="51904612" w14:textId="71ECC3EA" w:rsidR="00DA412B" w:rsidRPr="00F36740" w:rsidRDefault="00DA412B" w:rsidP="001F3932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Chick-fil-A </w:t>
            </w:r>
          </w:p>
        </w:tc>
        <w:tc>
          <w:tcPr>
            <w:tcW w:w="1453" w:type="dxa"/>
            <w:shd w:val="clear" w:color="auto" w:fill="FFFFFF" w:themeFill="background1"/>
          </w:tcPr>
          <w:p w14:paraId="26DCF895" w14:textId="5CF284BE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54498848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78B9A075" w14:textId="0973782D" w:rsidR="00E01BF5" w:rsidRPr="00651684" w:rsidRDefault="00E01BF5" w:rsidP="00102448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51684">
              <w:rPr>
                <w:b/>
                <w:bCs/>
                <w:color w:val="000000" w:themeColor="text1"/>
                <w:sz w:val="14"/>
                <w:szCs w:val="14"/>
              </w:rPr>
              <w:t xml:space="preserve">Thur </w:t>
            </w:r>
            <w:r w:rsidR="0026310C">
              <w:rPr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  <w:p w14:paraId="5AF3D2A8" w14:textId="69957218" w:rsidR="00E01BF5" w:rsidRPr="00651684" w:rsidRDefault="00E01BF5" w:rsidP="00102448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56E562A1" w14:textId="0B3319F0" w:rsidR="00E01BF5" w:rsidRPr="00E725CA" w:rsidRDefault="000E0CC8" w:rsidP="00E725CA">
            <w:pPr>
              <w:pStyle w:val="p1"/>
              <w:rPr>
                <w:color w:val="5E718B"/>
                <w:sz w:val="14"/>
                <w:szCs w:val="14"/>
              </w:rPr>
            </w:pPr>
            <w:r w:rsidRPr="00E725CA">
              <w:rPr>
                <w:b/>
                <w:bCs/>
                <w:color w:val="5E718B"/>
                <w:sz w:val="14"/>
                <w:szCs w:val="14"/>
              </w:rPr>
              <w:t>Circle Time Discussion</w:t>
            </w:r>
            <w:r w:rsidR="00E725CA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might make someone feel better on a difficult day?</w:t>
            </w:r>
            <w:r w:rsid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>Do gifts always have to cost money?</w:t>
            </w:r>
            <w:r w:rsidR="00E725CA" w:rsidRP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are things we can give besides money?</w:t>
            </w:r>
            <w:r w:rsidR="00E725CA" w:rsidRP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color w:val="5E718B"/>
                <w:sz w:val="14"/>
                <w:szCs w:val="14"/>
              </w:rPr>
              <w:t>How can a simple message help someone?</w:t>
            </w:r>
            <w:r w:rsidR="00E725CA">
              <w:rPr>
                <w:rStyle w:val="s1"/>
                <w:rFonts w:eastAsia="Times New Roman"/>
              </w:rPr>
              <w:t xml:space="preserve"> </w:t>
            </w:r>
            <w:r w:rsidRPr="00E725CA">
              <w:rPr>
                <w:b/>
                <w:bCs/>
                <w:color w:val="5E718B"/>
                <w:sz w:val="14"/>
                <w:szCs w:val="14"/>
              </w:rPr>
              <w:t>Circle Time Activity – “What Would You Give?”</w:t>
            </w:r>
            <w:r w:rsidR="00E725CA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2"/>
                <w:color w:val="5E718B"/>
                <w:sz w:val="14"/>
                <w:szCs w:val="14"/>
              </w:rPr>
              <w:t>Name different people—someone who is sad, a new friend, a community helper, someone who is sick, etc. Participants choose something they could “give”: a smile, compliment, help, card, conversation, or hug/high-five when appropriate.</w:t>
            </w:r>
            <w:r w:rsidR="00E725CA">
              <w:rPr>
                <w:rStyle w:val="s2"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b/>
                <w:bCs/>
                <w:color w:val="5E718B"/>
                <w:sz w:val="14"/>
                <w:szCs w:val="14"/>
              </w:rPr>
              <w:t>Activities</w:t>
            </w:r>
            <w:r w:rsidR="00E725CA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Paper Happiness Bags: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Decorate lunch bags and fill them with handmade items: jokes, positive messages, drawings, puzzles, or coloring pages.</w:t>
            </w:r>
            <w:r w:rsidR="00E725CA">
              <w:rPr>
                <w:rStyle w:val="s2"/>
                <w:rFonts w:eastAsia="Times New Roman"/>
              </w:rPr>
              <w:t xml:space="preserve"> 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Joke Cards: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Make simple “Make Someone Smile” joke cards.</w:t>
            </w:r>
            <w:r w:rsidR="00E725CA">
              <w:rPr>
                <w:rStyle w:val="s2"/>
                <w:rFonts w:eastAsia="Times New Roman"/>
              </w:rPr>
              <w:t xml:space="preserve"> 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Positive Bookmarks: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Create bookmarks that can be shared with others.</w:t>
            </w:r>
            <w:r w:rsid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Community Delivery Sort: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Sort completed items into labeled bags for different groups or recipients.</w:t>
            </w:r>
            <w:r w:rsidR="00E725CA">
              <w:rPr>
                <w:rStyle w:val="s2"/>
              </w:rPr>
              <w:t xml:space="preserve"> </w:t>
            </w:r>
            <w:r w:rsidRPr="00E725CA">
              <w:rPr>
                <w:b/>
                <w:bCs/>
                <w:color w:val="5E718B"/>
                <w:sz w:val="14"/>
                <w:szCs w:val="14"/>
              </w:rPr>
              <w:t>Games</w:t>
            </w:r>
            <w:r w:rsidR="00E725CA" w:rsidRPr="00E725CA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Pack the Bag: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Participants receive picture cards and decide which positive items belong in a “Happiness Bag.”</w:t>
            </w:r>
            <w:r w:rsidR="00E725CA"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Deliver the Package: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Roll a ball toward different “delivery locations” made from boxes.</w:t>
            </w:r>
            <w:r w:rsidR="00E725CA"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E725CA"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What is</w:t>
            </w:r>
            <w:r w:rsidRPr="00E725CA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in the Bag?</w:t>
            </w:r>
            <w:r w:rsidRPr="00E725CA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Feel an everyday object inside a bag without looking and guess what it is.</w:t>
            </w:r>
          </w:p>
        </w:tc>
        <w:tc>
          <w:tcPr>
            <w:tcW w:w="1621" w:type="dxa"/>
            <w:shd w:val="clear" w:color="auto" w:fill="FFFFFF" w:themeFill="background1"/>
          </w:tcPr>
          <w:p w14:paraId="39058E09" w14:textId="02A49E5D" w:rsidR="00E01BF5" w:rsidRPr="00DA1344" w:rsidRDefault="001B4986" w:rsidP="00352B8F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Culvers</w:t>
            </w:r>
          </w:p>
        </w:tc>
        <w:tc>
          <w:tcPr>
            <w:tcW w:w="1531" w:type="dxa"/>
            <w:shd w:val="clear" w:color="auto" w:fill="FFFFFF" w:themeFill="background1"/>
          </w:tcPr>
          <w:p w14:paraId="2526B70E" w14:textId="44836806" w:rsidR="00E01BF5" w:rsidRPr="00F749A6" w:rsidRDefault="00FE279F" w:rsidP="0093748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Wendys</w:t>
            </w:r>
          </w:p>
        </w:tc>
        <w:tc>
          <w:tcPr>
            <w:tcW w:w="1441" w:type="dxa"/>
            <w:shd w:val="clear" w:color="auto" w:fill="FFFFFF" w:themeFill="background1"/>
          </w:tcPr>
          <w:p w14:paraId="59494803" w14:textId="484266A8" w:rsidR="00E01BF5" w:rsidRPr="00047A67" w:rsidRDefault="00E01BF5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</w:t>
            </w:r>
            <w:r w:rsidRPr="00F36740">
              <w:rPr>
                <w:color w:val="0FD7F1"/>
              </w:rPr>
              <w:t>A</w:t>
            </w:r>
          </w:p>
        </w:tc>
        <w:tc>
          <w:tcPr>
            <w:tcW w:w="1453" w:type="dxa"/>
            <w:shd w:val="clear" w:color="auto" w:fill="FFFFFF" w:themeFill="background1"/>
          </w:tcPr>
          <w:p w14:paraId="274DFB56" w14:textId="77777777" w:rsidR="009C1969" w:rsidRDefault="00E8509D" w:rsidP="002A78EE">
            <w:pPr>
              <w:rPr>
                <w:color w:val="C437F0"/>
                <w:sz w:val="14"/>
                <w:szCs w:val="14"/>
              </w:rPr>
            </w:pPr>
            <w:r>
              <w:rPr>
                <w:color w:val="C437F0"/>
                <w:sz w:val="14"/>
                <w:szCs w:val="14"/>
              </w:rPr>
              <w:t>Boonshoft $20</w:t>
            </w:r>
          </w:p>
          <w:p w14:paraId="759F7A3A" w14:textId="77777777" w:rsidR="00E8509D" w:rsidRDefault="00E8509D" w:rsidP="002A78EE">
            <w:pPr>
              <w:rPr>
                <w:color w:val="C437F0"/>
                <w:sz w:val="14"/>
                <w:szCs w:val="14"/>
              </w:rPr>
            </w:pPr>
          </w:p>
          <w:p w14:paraId="6B5C7035" w14:textId="1F3516B5" w:rsidR="00E8509D" w:rsidRPr="006B5086" w:rsidRDefault="00E8509D" w:rsidP="002A78EE">
            <w:pPr>
              <w:rPr>
                <w:color w:val="C437F0"/>
                <w:sz w:val="14"/>
                <w:szCs w:val="14"/>
              </w:rPr>
            </w:pPr>
            <w:r>
              <w:rPr>
                <w:color w:val="C437F0"/>
                <w:sz w:val="14"/>
                <w:szCs w:val="14"/>
              </w:rPr>
              <w:t>Pack</w:t>
            </w:r>
          </w:p>
        </w:tc>
      </w:tr>
      <w:tr w:rsidR="00E01BF5" w14:paraId="6ACF5125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55474E42" w14:textId="06F338F3" w:rsidR="00E01BF5" w:rsidRPr="00C6178E" w:rsidRDefault="00E01BF5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  <w:r w:rsidRPr="00C6178E">
              <w:rPr>
                <w:b/>
                <w:bCs/>
                <w:color w:val="5E718B"/>
                <w:sz w:val="14"/>
                <w:szCs w:val="14"/>
              </w:rPr>
              <w:t>Fri 1</w:t>
            </w:r>
            <w:r w:rsidR="0026310C" w:rsidRPr="00C6178E">
              <w:rPr>
                <w:b/>
                <w:bCs/>
                <w:color w:val="5E718B"/>
                <w:sz w:val="14"/>
                <w:szCs w:val="14"/>
              </w:rPr>
              <w:t>1</w:t>
            </w:r>
          </w:p>
          <w:p w14:paraId="685C512C" w14:textId="77777777" w:rsidR="00E01BF5" w:rsidRPr="00C6178E" w:rsidRDefault="00E01BF5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</w:p>
          <w:p w14:paraId="23FE02B5" w14:textId="6C4A4BE9" w:rsidR="00E01BF5" w:rsidRPr="00C6178E" w:rsidRDefault="00E01BF5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62BA9758" w14:textId="529BAD22" w:rsidR="00E01BF5" w:rsidRPr="008250A6" w:rsidRDefault="007427EE" w:rsidP="008250A6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C6178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172A9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>What foods belong in the refrigerator?</w:t>
            </w:r>
            <w:r w:rsidR="00172A9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172A94">
              <w:rPr>
                <w:rFonts w:eastAsia="Times New Roman"/>
                <w:color w:val="5E718B"/>
                <w:sz w:val="14"/>
                <w:szCs w:val="14"/>
              </w:rPr>
              <w:t>Why do we put leftovers away?</w:t>
            </w:r>
            <w:r w:rsidR="00172A94" w:rsidRPr="00172A9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172A94">
              <w:rPr>
                <w:rFonts w:eastAsia="Times New Roman"/>
                <w:color w:val="5E718B"/>
                <w:sz w:val="14"/>
                <w:szCs w:val="14"/>
              </w:rPr>
              <w:t>How can we tell when food may no longer be good?</w:t>
            </w:r>
            <w:r w:rsidR="0073210E" w:rsidRPr="00172A9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172A94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172A9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</w:t>
            </w:r>
            <w:r w:rsidR="008250A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s: 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Fridge, Freezer or Pantry?: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 xml:space="preserve"> Sort food pictures into the correct storage location.</w:t>
            </w:r>
            <w:r w:rsidR="008250A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Put Away the Groceries: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 xml:space="preserve"> Set up 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lastRenderedPageBreak/>
              <w:t>pretend groceries and have participants store everything correctly.</w:t>
            </w:r>
            <w:r w:rsidR="008250A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Container Match: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 xml:space="preserve"> Match different foods to appropriate storage containers.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Leftover Labeling: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 xml:space="preserve"> Practice adding the food name and date to pretend leftover containers.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Fresh or Toss?: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 xml:space="preserve"> Use picture scenarios to decide whether food looks okay or should be thrown away.</w:t>
            </w:r>
            <w:r w:rsidR="008250A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6178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Fridge Organization Challenge:</w:t>
            </w:r>
            <w:r w:rsidRPr="00C6178E">
              <w:rPr>
                <w:rFonts w:eastAsia="Times New Roman"/>
                <w:color w:val="5E718B"/>
                <w:sz w:val="14"/>
                <w:szCs w:val="14"/>
              </w:rPr>
              <w:t xml:space="preserve"> Arrange pretend refrigerator items in an organized way.</w:t>
            </w:r>
          </w:p>
        </w:tc>
        <w:tc>
          <w:tcPr>
            <w:tcW w:w="1621" w:type="dxa"/>
            <w:shd w:val="clear" w:color="auto" w:fill="FFFFFF" w:themeFill="background1"/>
          </w:tcPr>
          <w:p w14:paraId="02A54C9F" w14:textId="0094CC70" w:rsidR="00E01BF5" w:rsidRDefault="00E01BF5" w:rsidP="00791501">
            <w:pPr>
              <w:rPr>
                <w:color w:val="C00000"/>
                <w:sz w:val="14"/>
                <w:szCs w:val="14"/>
              </w:rPr>
            </w:pPr>
            <w:r w:rsidRPr="00DA1344">
              <w:rPr>
                <w:color w:val="C00000"/>
                <w:sz w:val="14"/>
                <w:szCs w:val="14"/>
              </w:rPr>
              <w:lastRenderedPageBreak/>
              <w:t>P</w:t>
            </w:r>
            <w:r>
              <w:rPr>
                <w:color w:val="C00000"/>
                <w:sz w:val="14"/>
                <w:szCs w:val="14"/>
              </w:rPr>
              <w:t>ack Lunch</w:t>
            </w:r>
          </w:p>
          <w:p w14:paraId="3238C4A2" w14:textId="64A8F345" w:rsidR="00E01BF5" w:rsidRPr="001E1E44" w:rsidRDefault="00E01BF5" w:rsidP="00791501">
            <w:pPr>
              <w:rPr>
                <w:b/>
                <w:bCs/>
                <w:color w:val="C00000"/>
                <w:sz w:val="14"/>
                <w:szCs w:val="14"/>
              </w:rPr>
            </w:pPr>
          </w:p>
          <w:p w14:paraId="2B4CF0A6" w14:textId="4AFA6664" w:rsidR="00E01BF5" w:rsidRPr="00DA1344" w:rsidRDefault="00E01BF5" w:rsidP="00791501">
            <w:pPr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41B8D670" w14:textId="09765AA1" w:rsidR="00E01BF5" w:rsidRPr="00F749A6" w:rsidRDefault="00F21875" w:rsidP="0038024A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Kfc</w:t>
            </w:r>
          </w:p>
        </w:tc>
        <w:tc>
          <w:tcPr>
            <w:tcW w:w="1441" w:type="dxa"/>
            <w:shd w:val="clear" w:color="auto" w:fill="FFFFFF" w:themeFill="background1"/>
          </w:tcPr>
          <w:p w14:paraId="06DC98E9" w14:textId="77777777" w:rsidR="00E01BF5" w:rsidRDefault="006E2A04" w:rsidP="008871A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Barnes and noble</w:t>
            </w:r>
          </w:p>
          <w:p w14:paraId="5CC74342" w14:textId="77777777" w:rsidR="006E2A04" w:rsidRDefault="006E2A04" w:rsidP="008871A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IKEA</w:t>
            </w:r>
          </w:p>
          <w:p w14:paraId="6B076120" w14:textId="7DA45911" w:rsidR="006E2A04" w:rsidRPr="00717AEC" w:rsidRDefault="006E2A04" w:rsidP="008871A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Chick-fil-A </w:t>
            </w:r>
          </w:p>
        </w:tc>
        <w:tc>
          <w:tcPr>
            <w:tcW w:w="1453" w:type="dxa"/>
            <w:shd w:val="clear" w:color="auto" w:fill="FFFFFF" w:themeFill="background1"/>
          </w:tcPr>
          <w:p w14:paraId="1525EBAF" w14:textId="76DBFC66" w:rsidR="00E01BF5" w:rsidRPr="00FE5F22" w:rsidRDefault="00E01BF5" w:rsidP="00615F0E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6621D0F6" w14:textId="77777777" w:rsidTr="00E70BAE">
        <w:trPr>
          <w:trHeight w:val="167"/>
        </w:trPr>
        <w:tc>
          <w:tcPr>
            <w:tcW w:w="1414" w:type="dxa"/>
          </w:tcPr>
          <w:p w14:paraId="7791E546" w14:textId="5779FD27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Week 3</w:t>
            </w:r>
          </w:p>
        </w:tc>
        <w:tc>
          <w:tcPr>
            <w:tcW w:w="3558" w:type="dxa"/>
            <w:shd w:val="clear" w:color="auto" w:fill="FFFFFF" w:themeFill="background1"/>
          </w:tcPr>
          <w:p w14:paraId="33159AA1" w14:textId="77777777" w:rsidR="00E01BF5" w:rsidRPr="00600FBB" w:rsidRDefault="00E01BF5" w:rsidP="00102448">
            <w:pPr>
              <w:jc w:val="center"/>
              <w:rPr>
                <w:color w:val="5E718B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5ED9D10D" w14:textId="77777777" w:rsidR="00E01BF5" w:rsidRPr="00DA1344" w:rsidRDefault="00E01BF5" w:rsidP="00102448">
            <w:pPr>
              <w:jc w:val="center"/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6535D343" w14:textId="77777777" w:rsidR="00E01BF5" w:rsidRPr="00F749A6" w:rsidRDefault="00E01BF5" w:rsidP="00102448">
            <w:pPr>
              <w:jc w:val="center"/>
              <w:rPr>
                <w:color w:val="11D329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5CF68EA0" w14:textId="77777777" w:rsidR="00E01BF5" w:rsidRPr="00047A67" w:rsidRDefault="00E01BF5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79CA6F6E" w14:textId="77777777" w:rsidR="00E01BF5" w:rsidRPr="00FE5F22" w:rsidRDefault="00E01BF5" w:rsidP="00102448">
            <w:pPr>
              <w:jc w:val="center"/>
              <w:rPr>
                <w:color w:val="C438F0"/>
              </w:rPr>
            </w:pPr>
          </w:p>
        </w:tc>
      </w:tr>
      <w:tr w:rsidR="00E01BF5" w14:paraId="31DFE20F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2E68D79A" w14:textId="13987F0C" w:rsidR="00E01BF5" w:rsidRPr="00052800" w:rsidRDefault="00E01BF5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  <w:r w:rsidRPr="00052800">
              <w:rPr>
                <w:b/>
                <w:bCs/>
                <w:color w:val="5E718B"/>
                <w:sz w:val="14"/>
                <w:szCs w:val="14"/>
              </w:rPr>
              <w:t>Mon 1</w:t>
            </w:r>
            <w:r w:rsidR="0026310C" w:rsidRPr="00052800">
              <w:rPr>
                <w:b/>
                <w:bCs/>
                <w:color w:val="5E718B"/>
                <w:sz w:val="14"/>
                <w:szCs w:val="14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4E9B9490" w14:textId="02ADAEC5" w:rsidR="002153C6" w:rsidRPr="00052800" w:rsidRDefault="002153C6" w:rsidP="00052800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052800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>What things do adults need to remember?</w:t>
            </w:r>
            <w:r w:rsid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>What happens when we forget something important?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>What can help us remember?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052800"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Memory Tray: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Show several everyday objects, cover them, and see which ones participants remember.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052800"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Do not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Forget the 3: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Give three simple things to remember and check back later.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Reminder Match: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Match a situation with the best tool: alarm, calendar, sticky note, checklist.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What’s Missing?: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Remove an object from a group and identify what’s gone.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Pack From Memory: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Show a packing list briefly, hide it, and see what participants remember.</w:t>
            </w:r>
            <w:r w:rsidR="00052800"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5280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Set the Reminder:</w:t>
            </w:r>
            <w:r w:rsidRPr="00052800">
              <w:rPr>
                <w:rFonts w:eastAsia="Times New Roman"/>
                <w:color w:val="5E718B"/>
                <w:sz w:val="14"/>
                <w:szCs w:val="14"/>
              </w:rPr>
              <w:t xml:space="preserve"> Practice setting pretend or real phone alarms for appointments, work, or activities.</w:t>
            </w:r>
          </w:p>
          <w:p w14:paraId="0723FCCD" w14:textId="7E6B46D5" w:rsidR="00E01BF5" w:rsidRPr="00052800" w:rsidRDefault="00E01BF5" w:rsidP="00A03D3F">
            <w:pPr>
              <w:spacing w:before="100" w:beforeAutospacing="1" w:after="100" w:afterAutospacing="1"/>
              <w:outlineLvl w:val="1"/>
              <w:rPr>
                <w:rFonts w:eastAsia="Times New Roman"/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0AA5ED63" w14:textId="1D07CDD5" w:rsidR="00E01BF5" w:rsidRPr="00DA1344" w:rsidRDefault="00E01BF5" w:rsidP="00791501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41B892B0" w14:textId="1ED57B79" w:rsidR="00E01BF5" w:rsidRPr="00A83CBC" w:rsidRDefault="00E01BF5">
            <w:pPr>
              <w:rPr>
                <w:color w:val="11D329"/>
                <w:sz w:val="14"/>
                <w:szCs w:val="14"/>
              </w:rPr>
            </w:pPr>
            <w:r w:rsidRPr="00F749A6">
              <w:rPr>
                <w:b/>
                <w:bCs/>
                <w:color w:val="11D329"/>
                <w:sz w:val="14"/>
                <w:szCs w:val="14"/>
              </w:rPr>
              <w:t>Bowling:</w:t>
            </w:r>
            <w:r>
              <w:rPr>
                <w:b/>
                <w:bCs/>
                <w:color w:val="11D329"/>
                <w:sz w:val="14"/>
                <w:szCs w:val="14"/>
              </w:rPr>
              <w:t xml:space="preserve"> </w:t>
            </w:r>
            <w:r w:rsidR="00B80317">
              <w:rPr>
                <w:b/>
                <w:bCs/>
                <w:color w:val="11D329"/>
                <w:sz w:val="14"/>
                <w:szCs w:val="14"/>
              </w:rPr>
              <w:t>JOCKOS</w:t>
            </w:r>
          </w:p>
          <w:p w14:paraId="1A90A930" w14:textId="210BA88C" w:rsidR="00E01BF5" w:rsidRPr="00A83CBC" w:rsidRDefault="00E01BF5" w:rsidP="007606C6">
            <w:pPr>
              <w:rPr>
                <w:color w:val="11D329"/>
              </w:rPr>
            </w:pPr>
            <w:r w:rsidRPr="00F749A6">
              <w:rPr>
                <w:b/>
                <w:bCs/>
                <w:color w:val="11D329"/>
                <w:sz w:val="14"/>
                <w:szCs w:val="14"/>
              </w:rPr>
              <w:t>Swim:</w:t>
            </w:r>
            <w:r>
              <w:rPr>
                <w:b/>
                <w:bCs/>
                <w:color w:val="11D329"/>
                <w:sz w:val="14"/>
                <w:szCs w:val="14"/>
              </w:rPr>
              <w:t xml:space="preserve"> P</w:t>
            </w:r>
            <w:r w:rsidR="005270FD">
              <w:rPr>
                <w:b/>
                <w:bCs/>
                <w:color w:val="11D329"/>
                <w:sz w:val="14"/>
                <w:szCs w:val="14"/>
              </w:rPr>
              <w:t>enn station</w:t>
            </w:r>
          </w:p>
        </w:tc>
        <w:tc>
          <w:tcPr>
            <w:tcW w:w="1441" w:type="dxa"/>
            <w:shd w:val="clear" w:color="auto" w:fill="FFFFFF" w:themeFill="background1"/>
          </w:tcPr>
          <w:p w14:paraId="3AB74F15" w14:textId="3D08FEBE" w:rsidR="00E01BF5" w:rsidRPr="00047A67" w:rsidRDefault="00E01BF5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2561BEC2" w14:textId="111870AA" w:rsidR="00E01BF5" w:rsidRPr="00FE5F22" w:rsidRDefault="00E01BF5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6AD94C84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74F01B29" w14:textId="50F4AFF7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Tue 1</w:t>
            </w:r>
            <w:r w:rsidR="0026310C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58" w:type="dxa"/>
            <w:shd w:val="clear" w:color="auto" w:fill="FFFFFF" w:themeFill="background1"/>
          </w:tcPr>
          <w:p w14:paraId="3A4ED933" w14:textId="2EB8B856" w:rsidR="00E01BF5" w:rsidRPr="006E2F7E" w:rsidRDefault="00F542D5" w:rsidP="006E2F7E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39273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39273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Main Activity: Lily Pad Frog Ar</w:t>
            </w:r>
            <w:r w:rsidR="006E2F7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t </w:t>
            </w:r>
            <w:r w:rsidRPr="0039273E">
              <w:rPr>
                <w:color w:val="5E718B"/>
                <w:sz w:val="14"/>
                <w:szCs w:val="14"/>
              </w:rPr>
              <w:t>Give each individual a large paper lily pad and frog cutout. They can decorate their frog using:</w:t>
            </w:r>
            <w:r w:rsidR="00380975">
              <w:rPr>
                <w:color w:val="5E718B"/>
                <w:sz w:val="14"/>
                <w:szCs w:val="14"/>
              </w:rPr>
              <w:t xml:space="preserve"> </w:t>
            </w:r>
            <w:r w:rsidRPr="0039273E">
              <w:rPr>
                <w:rFonts w:eastAsia="Times New Roman"/>
                <w:color w:val="5E718B"/>
                <w:sz w:val="14"/>
                <w:szCs w:val="14"/>
              </w:rPr>
              <w:t>Googly eyes</w:t>
            </w:r>
            <w:r w:rsid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Dot stickers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Markers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Paint dabbers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Foam pieces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color w:val="5E718B"/>
                <w:sz w:val="14"/>
                <w:szCs w:val="14"/>
              </w:rPr>
              <w:t>Then add the frog to its lily pad</w:t>
            </w:r>
            <w:r w:rsidR="00380975" w:rsidRPr="00380975">
              <w:rPr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🐸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380975"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Feed the Frog: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Create a large frog mouth and toss/put pretend flies into it.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Frog Color Match: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Match colorful frogs to the correct lily pads.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How Many Frogs?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Practice counting 1–5 using large frog pictures.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Find the Frog: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Hide paper frogs around the room where they can easily be spotted.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Frog or Not?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Show different animal pictures and decide if it’s a frog.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Frog Sounds: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Listen to different frog sounds.</w:t>
            </w:r>
            <w:r w:rsidR="00380975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39273E" w:rsidRPr="0038097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Where do frogs live?</w:t>
            </w:r>
            <w:r w:rsidR="0039273E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What do frogs eat?</w:t>
            </w:r>
            <w:r w:rsidR="0039273E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What color are frogs?</w:t>
            </w:r>
            <w:r w:rsidR="0039273E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 xml:space="preserve">Do you think frogs are cute or gross? </w:t>
            </w:r>
            <w:r w:rsidRPr="00380975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😂</w:t>
            </w:r>
            <w:r w:rsidR="0039273E" w:rsidRPr="003809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80975">
              <w:rPr>
                <w:rFonts w:eastAsia="Times New Roman"/>
                <w:color w:val="5E718B"/>
                <w:sz w:val="14"/>
                <w:szCs w:val="14"/>
              </w:rPr>
              <w:t>Look at pictures of unusual colorful frogs.</w:t>
            </w:r>
          </w:p>
        </w:tc>
        <w:tc>
          <w:tcPr>
            <w:tcW w:w="1621" w:type="dxa"/>
            <w:shd w:val="clear" w:color="auto" w:fill="FFFFFF" w:themeFill="background1"/>
          </w:tcPr>
          <w:p w14:paraId="4C4331FA" w14:textId="77777777" w:rsidR="00E01BF5" w:rsidRDefault="00EC0DAA" w:rsidP="00112A61">
            <w:pPr>
              <w:jc w:val="both"/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Barnes &amp; noble</w:t>
            </w:r>
          </w:p>
          <w:p w14:paraId="7D2DA5BB" w14:textId="77777777" w:rsidR="00EC0DAA" w:rsidRDefault="00EC0DAA" w:rsidP="00112A61">
            <w:pPr>
              <w:jc w:val="both"/>
              <w:rPr>
                <w:color w:val="C00000"/>
                <w:sz w:val="14"/>
                <w:szCs w:val="14"/>
              </w:rPr>
            </w:pPr>
          </w:p>
          <w:p w14:paraId="7DEF432E" w14:textId="171D55EB" w:rsidR="00EC0DAA" w:rsidRPr="00DA1344" w:rsidRDefault="00EC0DAA" w:rsidP="00112A61">
            <w:pPr>
              <w:jc w:val="both"/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Chick-fil-A (west Chester)</w:t>
            </w:r>
          </w:p>
        </w:tc>
        <w:tc>
          <w:tcPr>
            <w:tcW w:w="1531" w:type="dxa"/>
            <w:shd w:val="clear" w:color="auto" w:fill="FFFFFF" w:themeFill="background1"/>
          </w:tcPr>
          <w:p w14:paraId="5AC917DF" w14:textId="77777777" w:rsidR="00E01BF5" w:rsidRDefault="00A07E81" w:rsidP="0001157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Mcdonalds</w:t>
            </w:r>
          </w:p>
          <w:p w14:paraId="5EF12AC1" w14:textId="7D5B01D6" w:rsidR="00A07E81" w:rsidRPr="00F749A6" w:rsidRDefault="00A07E81" w:rsidP="0001157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Barnes n bunk</w:t>
            </w:r>
          </w:p>
        </w:tc>
        <w:tc>
          <w:tcPr>
            <w:tcW w:w="1441" w:type="dxa"/>
            <w:shd w:val="clear" w:color="auto" w:fill="FFFFFF" w:themeFill="background1"/>
          </w:tcPr>
          <w:p w14:paraId="01963918" w14:textId="77777777" w:rsidR="00E01BF5" w:rsidRDefault="00F36D20" w:rsidP="00766805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Highfield discovery garden $10</w:t>
            </w:r>
          </w:p>
          <w:p w14:paraId="0B12F889" w14:textId="77777777" w:rsidR="00F36D20" w:rsidRDefault="00F36D20" w:rsidP="00766805">
            <w:pPr>
              <w:rPr>
                <w:color w:val="0FD7F1"/>
                <w:sz w:val="14"/>
                <w:szCs w:val="14"/>
              </w:rPr>
            </w:pPr>
          </w:p>
          <w:p w14:paraId="65020F71" w14:textId="11B1BFA2" w:rsidR="00F36D20" w:rsidRPr="00047A67" w:rsidRDefault="00F36D20" w:rsidP="00766805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Pack</w:t>
            </w:r>
          </w:p>
        </w:tc>
        <w:tc>
          <w:tcPr>
            <w:tcW w:w="1453" w:type="dxa"/>
            <w:shd w:val="clear" w:color="auto" w:fill="FFFFFF" w:themeFill="background1"/>
          </w:tcPr>
          <w:p w14:paraId="1B176062" w14:textId="4F465E2E" w:rsidR="00E01BF5" w:rsidRPr="00FE5F22" w:rsidRDefault="00E01BF5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5C9F6EA7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2D5957A5" w14:textId="7EBD0B63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Wed 1</w:t>
            </w:r>
            <w:r w:rsidR="0026310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58" w:type="dxa"/>
            <w:shd w:val="clear" w:color="auto" w:fill="FFFFFF" w:themeFill="background1"/>
          </w:tcPr>
          <w:p w14:paraId="578419CD" w14:textId="376FD39D" w:rsidR="00E01BF5" w:rsidRPr="003722A4" w:rsidRDefault="00321ABB" w:rsidP="003722A4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D214E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D214E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Arts &amp; Activities</w:t>
            </w:r>
            <w:r w:rsid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214E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Create Your Own Food Truck</w:t>
            </w:r>
            <w:r w:rsidRPr="00D214EE">
              <w:rPr>
                <w:rFonts w:eastAsia="Times New Roman"/>
                <w:color w:val="5E718B"/>
                <w:sz w:val="14"/>
                <w:szCs w:val="14"/>
              </w:rPr>
              <w:t xml:space="preserve"> – Decorate a large paper food truck.</w:t>
            </w:r>
            <w:r w:rsid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Design a Restaurant Logo</w:t>
            </w:r>
            <w:r w:rsidR="003722A4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Create a Menu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Draw or cut out foods and decide prices.</w:t>
            </w:r>
            <w:r w:rsidR="003722A4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Design a Chef Hat</w:t>
            </w:r>
            <w:r w:rsidR="003722A4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Paper Plate Pizza Art</w:t>
            </w:r>
            <w:r w:rsidR="003722A4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Build-a-Burger Craft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Layer paper ingredients.</w:t>
            </w:r>
            <w:r w:rsidR="00CA1637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4520E2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Build the Burger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Race or take turns assembling pictured ingredients in the correct order.</w:t>
            </w:r>
            <w:r w:rsidR="004520E2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Pizza Toss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Toss beanbags onto a large pizza target.</w:t>
            </w:r>
            <w:r w:rsidR="004520E2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4520E2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 is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on My Plate?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Remember food items before they’re covered.</w:t>
            </w:r>
            <w:r w:rsidR="00EF0F68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Food Categories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Name a fruit, vegetable, dessert, drink, etc.</w:t>
            </w:r>
            <w:r w:rsidR="00EF0F68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Mystery Food Guessing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Identify foods using clues.</w:t>
            </w:r>
            <w:r w:rsidR="00EF0F68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Order Up!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Staff calls an order and participants find the correct food pictures.</w:t>
            </w:r>
            <w:r w:rsidR="00EF0F68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Food Truck Bingo</w:t>
            </w:r>
            <w:r w:rsidR="00EF0F68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Roll-a-Pizza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Dice determine which toppings you add.</w:t>
            </w:r>
            <w:r w:rsidR="00EF0F68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Menu Memory</w:t>
            </w:r>
            <w:r w:rsidR="00EF0F68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Would You Eat It?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Show unusual food combinations and vote yes/no.</w:t>
            </w:r>
            <w:r w:rsidR="00EF0F68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Restaurant Charades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Act out cooking, stirring, serving, washing dishes, etc.</w:t>
            </w:r>
            <w:r w:rsidR="00C13CFC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C13CFC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 is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the Ingredient?</w:t>
            </w:r>
            <w:r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– Guess common ingredients from clues.</w:t>
            </w:r>
            <w:r w:rsidR="00C13CFC" w:rsidRPr="003722A4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🗣️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– </w:t>
            </w:r>
            <w:r w:rsidR="00D214EE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Food &amp; Choices</w:t>
            </w:r>
            <w:r w:rsidR="00D214EE" w:rsidRPr="003722A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color w:val="5E718B"/>
                <w:sz w:val="14"/>
                <w:szCs w:val="14"/>
              </w:rPr>
              <w:t>Discuss favorite meals, restaurants, snacks, cooking, and foods everyone would like to try.</w:t>
            </w:r>
            <w:r w:rsidR="00D214EE" w:rsidRPr="003722A4">
              <w:rPr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b/>
                <w:bCs/>
                <w:color w:val="5E718B"/>
                <w:sz w:val="14"/>
                <w:szCs w:val="14"/>
              </w:rPr>
              <w:t>Circle activity:</w:t>
            </w:r>
            <w:r w:rsidRPr="003722A4">
              <w:rPr>
                <w:color w:val="5E718B"/>
                <w:sz w:val="14"/>
                <w:szCs w:val="14"/>
              </w:rPr>
              <w:t xml:space="preserve"> </w:t>
            </w:r>
            <w:r w:rsidRPr="003722A4">
              <w:rPr>
                <w:b/>
                <w:bCs/>
                <w:color w:val="5E718B"/>
                <w:sz w:val="14"/>
                <w:szCs w:val="14"/>
              </w:rPr>
              <w:t>Create a Group Restaurant.</w:t>
            </w:r>
            <w:r w:rsidRPr="003722A4">
              <w:rPr>
                <w:color w:val="5E718B"/>
                <w:sz w:val="14"/>
                <w:szCs w:val="14"/>
              </w:rPr>
              <w:t xml:space="preserve"> Decide together on a restaurant name, what kind of food it serves, the most popular meal, dessert, and drink.</w:t>
            </w:r>
          </w:p>
        </w:tc>
        <w:tc>
          <w:tcPr>
            <w:tcW w:w="1621" w:type="dxa"/>
            <w:shd w:val="clear" w:color="auto" w:fill="FFFFFF" w:themeFill="background1"/>
          </w:tcPr>
          <w:p w14:paraId="01DEA48B" w14:textId="4F0E858B" w:rsidR="00E01BF5" w:rsidRPr="00DA1344" w:rsidRDefault="00E01BF5" w:rsidP="00B53E73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555B1E85" w14:textId="75F3BAB9" w:rsidR="00E01BF5" w:rsidRPr="00F749A6" w:rsidRDefault="00313CDE" w:rsidP="00A3514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Jockos</w:t>
            </w:r>
          </w:p>
        </w:tc>
        <w:tc>
          <w:tcPr>
            <w:tcW w:w="1441" w:type="dxa"/>
            <w:shd w:val="clear" w:color="auto" w:fill="FFFFFF" w:themeFill="background1"/>
          </w:tcPr>
          <w:p w14:paraId="64BA4969" w14:textId="77777777" w:rsidR="00E01BF5" w:rsidRDefault="00FD1333" w:rsidP="00485749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Dill dinkers $20 </w:t>
            </w:r>
          </w:p>
          <w:p w14:paraId="47DDE717" w14:textId="77777777" w:rsidR="00FD1333" w:rsidRDefault="00FD1333" w:rsidP="00485749">
            <w:pPr>
              <w:rPr>
                <w:color w:val="0FD7F1"/>
                <w:sz w:val="14"/>
                <w:szCs w:val="14"/>
              </w:rPr>
            </w:pPr>
          </w:p>
          <w:p w14:paraId="23AEACBC" w14:textId="49274335" w:rsidR="00FD1333" w:rsidRPr="00AE0895" w:rsidRDefault="00FD1333" w:rsidP="00485749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Pack</w:t>
            </w:r>
          </w:p>
        </w:tc>
        <w:tc>
          <w:tcPr>
            <w:tcW w:w="1453" w:type="dxa"/>
            <w:shd w:val="clear" w:color="auto" w:fill="FFFFFF" w:themeFill="background1"/>
          </w:tcPr>
          <w:p w14:paraId="7F257FA9" w14:textId="63E85698" w:rsidR="00E01BF5" w:rsidRPr="00FE5F22" w:rsidRDefault="00E01BF5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5CB54543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B64EB09" w14:textId="36766281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Thur </w:t>
            </w:r>
            <w:r w:rsidR="0026310C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558" w:type="dxa"/>
            <w:shd w:val="clear" w:color="auto" w:fill="FFFFFF" w:themeFill="background1"/>
          </w:tcPr>
          <w:p w14:paraId="1999A777" w14:textId="69FD37C9" w:rsidR="00E01BF5" w:rsidRPr="00C86F97" w:rsidRDefault="007D4999" w:rsidP="00C86F97">
            <w:pPr>
              <w:pStyle w:val="p1"/>
              <w:rPr>
                <w:color w:val="5E718B"/>
                <w:sz w:val="14"/>
                <w:szCs w:val="14"/>
              </w:rPr>
            </w:pPr>
            <w:r w:rsidRPr="00745732">
              <w:rPr>
                <w:b/>
                <w:bCs/>
                <w:color w:val="5E718B"/>
                <w:sz w:val="14"/>
                <w:szCs w:val="14"/>
              </w:rPr>
              <w:t>Circle Time Discussion</w:t>
            </w:r>
            <w:r w:rsidR="00C86F97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745732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does it mean to belong?</w:t>
            </w:r>
            <w:r w:rsidR="00C86F97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color w:val="5E718B"/>
                <w:sz w:val="14"/>
                <w:szCs w:val="14"/>
              </w:rPr>
              <w:t>How can we make a new person feel welcome?</w:t>
            </w:r>
            <w:r w:rsidR="00C86F97" w:rsidRPr="00C86F97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color w:val="5E718B"/>
                <w:sz w:val="14"/>
                <w:szCs w:val="14"/>
              </w:rPr>
              <w:t>Does everyone have to be good at the same things?Why does a community need different people?</w:t>
            </w:r>
            <w:r w:rsidR="00745732">
              <w:rPr>
                <w:rStyle w:val="s1"/>
              </w:rPr>
              <w:t xml:space="preserve"> </w:t>
            </w:r>
            <w:r w:rsidRPr="00C86F97">
              <w:rPr>
                <w:b/>
                <w:bCs/>
                <w:color w:val="5E718B"/>
                <w:sz w:val="14"/>
                <w:szCs w:val="14"/>
              </w:rPr>
              <w:t>Circle Time Activity – “My Piece of the Group”</w:t>
            </w:r>
            <w:r w:rsidR="00C86F97" w:rsidRPr="00C86F97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2"/>
                <w:color w:val="5E718B"/>
                <w:sz w:val="14"/>
                <w:szCs w:val="14"/>
              </w:rPr>
              <w:t>Give everyone a large paper puzzle piece. Ask them to name or draw one thing they bring to the group—humor, kindness, music, helping, art, friendship, etc</w:t>
            </w:r>
            <w:r w:rsidR="00745732" w:rsidRPr="00C86F97">
              <w:rPr>
                <w:rStyle w:val="s2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b/>
                <w:bCs/>
                <w:color w:val="5E718B"/>
                <w:sz w:val="14"/>
                <w:szCs w:val="14"/>
              </w:rPr>
              <w:t>Activities</w:t>
            </w:r>
            <w:r w:rsidR="00745732" w:rsidRPr="00C86F97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Giant Community Puzzle: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Decorate individual puzzle pieces and connect them into one large display</w:t>
            </w:r>
            <w:r w:rsidR="00745732"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.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Welcome Signs: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Make signs that could be displayed for new members or visitors.</w:t>
            </w:r>
            <w:r w:rsidR="00745732"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Find Your Match: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Match halves of simple pictures, words, shapes, or community symbols.</w:t>
            </w:r>
            <w:r w:rsidR="00745732"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Partner Creation: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Partners decorate one piece of paper together, taking turns adding something.</w:t>
            </w:r>
            <w:r w:rsidR="00745732">
              <w:rPr>
                <w:rStyle w:val="s2"/>
              </w:rPr>
              <w:t xml:space="preserve"> </w:t>
            </w:r>
            <w:r w:rsidRPr="00C86F97">
              <w:rPr>
                <w:b/>
                <w:bCs/>
                <w:color w:val="5E718B"/>
                <w:sz w:val="14"/>
                <w:szCs w:val="14"/>
              </w:rPr>
              <w:t>Games</w:t>
            </w:r>
            <w:r w:rsidR="00745732" w:rsidRPr="00C86F97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Puzzle Piece Hunt: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Hide oversized paper puzzle pieces around the room. Find and assemble them.</w:t>
            </w:r>
            <w:r w:rsidR="00745732"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Partner Cup Stack: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Two people work together to build a cup tower.</w:t>
            </w:r>
            <w:r w:rsidR="00745732"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Same &amp; Different: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Staff names two objects or people and the group identifies something the same and something different.</w:t>
            </w:r>
            <w:r w:rsidR="00745732"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86F97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Team Balloon Challenge:</w:t>
            </w:r>
            <w:r w:rsidRPr="00C86F97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Keep one balloon from touching the floor as a group.</w:t>
            </w:r>
          </w:p>
        </w:tc>
        <w:tc>
          <w:tcPr>
            <w:tcW w:w="1621" w:type="dxa"/>
            <w:shd w:val="clear" w:color="auto" w:fill="FFFFFF" w:themeFill="background1"/>
          </w:tcPr>
          <w:p w14:paraId="36BA48FD" w14:textId="40EB3C6F" w:rsidR="00E01BF5" w:rsidRPr="00DA1344" w:rsidRDefault="001B4986" w:rsidP="005D10DE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Kfc</w:t>
            </w:r>
          </w:p>
        </w:tc>
        <w:tc>
          <w:tcPr>
            <w:tcW w:w="1531" w:type="dxa"/>
            <w:shd w:val="clear" w:color="auto" w:fill="FFFFFF" w:themeFill="background1"/>
          </w:tcPr>
          <w:p w14:paraId="238ED3B3" w14:textId="244C46A6" w:rsidR="00E01BF5" w:rsidRPr="00F749A6" w:rsidRDefault="002A41CC" w:rsidP="00AB201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Taco Bell </w:t>
            </w:r>
          </w:p>
        </w:tc>
        <w:tc>
          <w:tcPr>
            <w:tcW w:w="1441" w:type="dxa"/>
            <w:shd w:val="clear" w:color="auto" w:fill="FFFFFF" w:themeFill="background1"/>
          </w:tcPr>
          <w:p w14:paraId="395C3FF0" w14:textId="460B063A" w:rsidR="00E01BF5" w:rsidRPr="00047A67" w:rsidRDefault="00E01BF5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</w:t>
            </w:r>
            <w:r w:rsidRPr="00AE0895">
              <w:rPr>
                <w:color w:val="0FD7F1"/>
              </w:rPr>
              <w:t>A</w:t>
            </w:r>
          </w:p>
        </w:tc>
        <w:tc>
          <w:tcPr>
            <w:tcW w:w="1453" w:type="dxa"/>
            <w:shd w:val="clear" w:color="auto" w:fill="FFFFFF" w:themeFill="background1"/>
          </w:tcPr>
          <w:p w14:paraId="515B7CFC" w14:textId="77777777" w:rsidR="00D43A56" w:rsidRDefault="00531F85" w:rsidP="005418E1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Lane library</w:t>
            </w:r>
          </w:p>
          <w:p w14:paraId="7285A618" w14:textId="77777777" w:rsidR="00531F85" w:rsidRDefault="00531F85" w:rsidP="005418E1">
            <w:pPr>
              <w:rPr>
                <w:color w:val="C438F0"/>
                <w:sz w:val="14"/>
                <w:szCs w:val="14"/>
              </w:rPr>
            </w:pPr>
          </w:p>
          <w:p w14:paraId="69BF0528" w14:textId="77777777" w:rsidR="00531F85" w:rsidRDefault="00531F85" w:rsidP="005418E1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VOA shopping</w:t>
            </w:r>
          </w:p>
          <w:p w14:paraId="06C366C6" w14:textId="77777777" w:rsidR="00531F85" w:rsidRDefault="00531F85" w:rsidP="005418E1">
            <w:pPr>
              <w:rPr>
                <w:color w:val="C438F0"/>
                <w:sz w:val="14"/>
                <w:szCs w:val="14"/>
              </w:rPr>
            </w:pPr>
          </w:p>
          <w:p w14:paraId="230D9FB9" w14:textId="0848F890" w:rsidR="00531F85" w:rsidRPr="00FE5F22" w:rsidRDefault="00531F85" w:rsidP="005418E1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Pardon my cheesesteak</w:t>
            </w:r>
          </w:p>
        </w:tc>
      </w:tr>
      <w:tr w:rsidR="00E01BF5" w14:paraId="2EA6A19E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312EF900" w14:textId="714812A7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Fri </w:t>
            </w:r>
            <w:r w:rsidR="0026310C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558" w:type="dxa"/>
            <w:shd w:val="clear" w:color="auto" w:fill="FFFFFF" w:themeFill="background1"/>
          </w:tcPr>
          <w:p w14:paraId="721350C9" w14:textId="4DCA9A41" w:rsidR="00E01BF5" w:rsidRPr="00436C4F" w:rsidRDefault="00535058" w:rsidP="00436C4F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D330F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>Should we open the door for everyone?</w:t>
            </w:r>
            <w:r w:rsidR="00D330F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>What can we do when someone unexpected knocks?</w:t>
            </w:r>
            <w:r w:rsidR="00D330F9"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Why 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lastRenderedPageBreak/>
              <w:t>do we keep doors locked?</w:t>
            </w:r>
            <w:r w:rsidR="00D330F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436C4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Knock, Knock—What Do I Do?: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Role-play a delivery person, neighbor, friend, or unknown visitor.</w:t>
            </w:r>
            <w:r w:rsidR="00436C4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Open or Don’t Open?: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Sort different door scenarios.</w:t>
            </w:r>
            <w:r w:rsidR="00436C4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Home Alone Safety Hunt: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Find safety concerns in pictures of a home.</w:t>
            </w:r>
            <w:r w:rsidR="00436C4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Door Safety Steps: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Put “check who it is,” “ask who is there,” and other safe steps in order.</w:t>
            </w:r>
            <w:r w:rsidR="00436C4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Trusted Person Match: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Identify who could be contacted when unsure.</w:t>
            </w:r>
            <w:r w:rsidR="00436C4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330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 Would You Do?:</w:t>
            </w:r>
            <w:r w:rsidRPr="00D330F9">
              <w:rPr>
                <w:rFonts w:eastAsia="Times New Roman"/>
                <w:color w:val="5E718B"/>
                <w:sz w:val="14"/>
                <w:szCs w:val="14"/>
              </w:rPr>
              <w:t xml:space="preserve"> Discuss scenarios such as hearing a strange noise or losing a key.</w:t>
            </w:r>
          </w:p>
        </w:tc>
        <w:tc>
          <w:tcPr>
            <w:tcW w:w="1621" w:type="dxa"/>
            <w:shd w:val="clear" w:color="auto" w:fill="FFFFFF" w:themeFill="background1"/>
          </w:tcPr>
          <w:p w14:paraId="6A0F1C6A" w14:textId="4B584008" w:rsidR="00E01BF5" w:rsidRPr="00B671D9" w:rsidRDefault="00E01BF5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lastRenderedPageBreak/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60C1EFD7" w14:textId="7C015227" w:rsidR="00E01BF5" w:rsidRPr="000660C4" w:rsidRDefault="00F21875" w:rsidP="00EA790C">
            <w:pPr>
              <w:rPr>
                <w:b/>
                <w:bCs/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Mcdonalds</w:t>
            </w:r>
          </w:p>
        </w:tc>
        <w:tc>
          <w:tcPr>
            <w:tcW w:w="1441" w:type="dxa"/>
            <w:shd w:val="clear" w:color="auto" w:fill="FFFFFF" w:themeFill="background1"/>
          </w:tcPr>
          <w:p w14:paraId="523C91E1" w14:textId="77777777" w:rsidR="00E01BF5" w:rsidRDefault="00CA2A4C" w:rsidP="00F86EDC">
            <w:pPr>
              <w:rPr>
                <w:b/>
                <w:bCs/>
                <w:color w:val="0FD7F1"/>
                <w:sz w:val="14"/>
                <w:szCs w:val="14"/>
              </w:rPr>
            </w:pPr>
            <w:r>
              <w:rPr>
                <w:b/>
                <w:bCs/>
                <w:color w:val="0FD7F1"/>
                <w:sz w:val="14"/>
                <w:szCs w:val="14"/>
              </w:rPr>
              <w:t>Spirit Halloween</w:t>
            </w:r>
          </w:p>
          <w:p w14:paraId="3A30A626" w14:textId="77777777" w:rsidR="00CA2A4C" w:rsidRDefault="00CB2F82" w:rsidP="00F86EDC">
            <w:pPr>
              <w:rPr>
                <w:b/>
                <w:bCs/>
                <w:color w:val="0FD7F1"/>
                <w:sz w:val="14"/>
                <w:szCs w:val="14"/>
              </w:rPr>
            </w:pPr>
            <w:r>
              <w:rPr>
                <w:b/>
                <w:bCs/>
                <w:color w:val="0FD7F1"/>
                <w:sz w:val="14"/>
                <w:szCs w:val="14"/>
              </w:rPr>
              <w:t>Firehouse subs</w:t>
            </w:r>
          </w:p>
          <w:p w14:paraId="0B1AE313" w14:textId="0CFB219F" w:rsidR="00CB2F82" w:rsidRPr="000660C4" w:rsidRDefault="00CB2F82" w:rsidP="00F86EDC">
            <w:pPr>
              <w:rPr>
                <w:b/>
                <w:bCs/>
                <w:color w:val="0FD7F1"/>
                <w:sz w:val="14"/>
                <w:szCs w:val="14"/>
              </w:rPr>
            </w:pPr>
            <w:r>
              <w:rPr>
                <w:b/>
                <w:bCs/>
                <w:color w:val="0FD7F1"/>
                <w:sz w:val="14"/>
                <w:szCs w:val="14"/>
              </w:rPr>
              <w:t>Hobby lobby</w:t>
            </w:r>
          </w:p>
        </w:tc>
        <w:tc>
          <w:tcPr>
            <w:tcW w:w="1453" w:type="dxa"/>
            <w:shd w:val="clear" w:color="auto" w:fill="FFFFFF" w:themeFill="background1"/>
          </w:tcPr>
          <w:p w14:paraId="21860CD2" w14:textId="5F4A32F7" w:rsidR="00E01BF5" w:rsidRPr="000660C4" w:rsidRDefault="00E01BF5" w:rsidP="00B816C8">
            <w:pPr>
              <w:rPr>
                <w:b/>
                <w:bCs/>
                <w:color w:val="C438F0"/>
                <w:sz w:val="14"/>
                <w:szCs w:val="14"/>
              </w:rPr>
            </w:pPr>
            <w:r>
              <w:rPr>
                <w:b/>
                <w:bCs/>
                <w:color w:val="C438F0"/>
                <w:sz w:val="14"/>
                <w:szCs w:val="14"/>
              </w:rPr>
              <w:t>N/A</w:t>
            </w:r>
          </w:p>
        </w:tc>
      </w:tr>
      <w:tr w:rsidR="00E01BF5" w14:paraId="39B25115" w14:textId="77777777" w:rsidTr="00E70BAE">
        <w:trPr>
          <w:trHeight w:val="167"/>
        </w:trPr>
        <w:tc>
          <w:tcPr>
            <w:tcW w:w="1414" w:type="dxa"/>
          </w:tcPr>
          <w:p w14:paraId="7D311828" w14:textId="5A5825C3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Week 4</w:t>
            </w:r>
          </w:p>
        </w:tc>
        <w:tc>
          <w:tcPr>
            <w:tcW w:w="3558" w:type="dxa"/>
            <w:shd w:val="clear" w:color="auto" w:fill="FFFFFF" w:themeFill="background1"/>
          </w:tcPr>
          <w:p w14:paraId="5F78B5E8" w14:textId="77777777" w:rsidR="00E01BF5" w:rsidRPr="00600FBB" w:rsidRDefault="00E01BF5" w:rsidP="00102448">
            <w:pPr>
              <w:jc w:val="center"/>
              <w:rPr>
                <w:color w:val="5E718B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34E77D64" w14:textId="77777777" w:rsidR="00E01BF5" w:rsidRPr="00DA1344" w:rsidRDefault="00E01BF5" w:rsidP="00102448">
            <w:pPr>
              <w:jc w:val="center"/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2FC245B0" w14:textId="77777777" w:rsidR="00E01BF5" w:rsidRPr="00F749A6" w:rsidRDefault="00E01BF5" w:rsidP="00102448">
            <w:pPr>
              <w:jc w:val="center"/>
              <w:rPr>
                <w:color w:val="11D329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4AF83B0B" w14:textId="77777777" w:rsidR="00E01BF5" w:rsidRPr="00047A67" w:rsidRDefault="00E01BF5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2FFDE120" w14:textId="77777777" w:rsidR="00E01BF5" w:rsidRPr="00FE5F22" w:rsidRDefault="00E01BF5" w:rsidP="00102448">
            <w:pPr>
              <w:jc w:val="center"/>
              <w:rPr>
                <w:color w:val="C438F0"/>
              </w:rPr>
            </w:pPr>
          </w:p>
        </w:tc>
      </w:tr>
      <w:tr w:rsidR="00E01BF5" w14:paraId="7F9ED71A" w14:textId="77777777" w:rsidTr="00E70BAE">
        <w:trPr>
          <w:trHeight w:val="229"/>
        </w:trPr>
        <w:tc>
          <w:tcPr>
            <w:tcW w:w="1414" w:type="dxa"/>
            <w:shd w:val="clear" w:color="auto" w:fill="D9D9D9" w:themeFill="background1" w:themeFillShade="D9"/>
          </w:tcPr>
          <w:p w14:paraId="4992EF42" w14:textId="723877F5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Mon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2A2B2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58" w:type="dxa"/>
            <w:shd w:val="clear" w:color="auto" w:fill="FFFFFF" w:themeFill="background1"/>
          </w:tcPr>
          <w:p w14:paraId="24F18E0C" w14:textId="024153F4" w:rsidR="00E01BF5" w:rsidRPr="00BF6977" w:rsidRDefault="006A2902" w:rsidP="00BF6977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98107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98107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8107E">
              <w:rPr>
                <w:rFonts w:eastAsia="Times New Roman"/>
                <w:color w:val="5E718B"/>
                <w:sz w:val="14"/>
                <w:szCs w:val="14"/>
              </w:rPr>
              <w:t>What is an errand?</w:t>
            </w:r>
            <w:r w:rsid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>What errands do adults need to do?</w:t>
            </w:r>
            <w:r w:rsidR="00BF6977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>How can we plan several errands without forgetting something?</w:t>
            </w:r>
            <w:r w:rsidR="00BF6977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BF6977"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Where Do I Go?: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“I need stamps” → post office; “I need groceries” → grocery store.</w:t>
            </w:r>
            <w:r w:rsidR="000B0E36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Errand Bag Challenge: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Pick what you need to bring for different errands.</w:t>
            </w:r>
            <w:r w:rsidR="0098107E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Put the Errands in Order: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Decide which stops to make first, second, and third.</w:t>
            </w:r>
            <w:r w:rsidR="0098107E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Errand Scavenger Hunt: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Set up different “community locations” around the room and complete a task at each.</w:t>
            </w:r>
            <w:r w:rsidR="0098107E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Forgot Something!: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Participants figure out what to do when something is forgotten.</w:t>
            </w:r>
            <w:r w:rsidR="0098107E"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F6977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Errand Checklist:</w:t>
            </w:r>
            <w:r w:rsidRPr="00BF6977">
              <w:rPr>
                <w:rFonts w:eastAsia="Times New Roman"/>
                <w:color w:val="5E718B"/>
                <w:sz w:val="14"/>
                <w:szCs w:val="14"/>
              </w:rPr>
              <w:t xml:space="preserve"> Check off tasks as they’re completed during a pretend trip.</w:t>
            </w:r>
          </w:p>
        </w:tc>
        <w:tc>
          <w:tcPr>
            <w:tcW w:w="1621" w:type="dxa"/>
            <w:shd w:val="clear" w:color="auto" w:fill="FFFFFF" w:themeFill="background1"/>
          </w:tcPr>
          <w:p w14:paraId="61E31862" w14:textId="3AC3BBC6" w:rsidR="00E01BF5" w:rsidRPr="004D079E" w:rsidRDefault="00E01BF5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1B7889E9" w14:textId="76C4C1AD" w:rsidR="00E01BF5" w:rsidRPr="00A93AA7" w:rsidRDefault="00E01BF5" w:rsidP="007606C6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 xml:space="preserve">Bowling: </w:t>
            </w:r>
            <w:r w:rsidR="00B80317">
              <w:rPr>
                <w:b/>
                <w:bCs/>
                <w:color w:val="11D329"/>
                <w:sz w:val="14"/>
                <w:szCs w:val="14"/>
              </w:rPr>
              <w:t>mad mikes</w:t>
            </w:r>
          </w:p>
          <w:p w14:paraId="602B4004" w14:textId="0469D006" w:rsidR="00E01BF5" w:rsidRPr="00A93AA7" w:rsidRDefault="00E01BF5" w:rsidP="007606C6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 xml:space="preserve">Swim: </w:t>
            </w:r>
            <w:r w:rsidR="005270FD">
              <w:rPr>
                <w:b/>
                <w:bCs/>
                <w:color w:val="11D329"/>
                <w:sz w:val="14"/>
                <w:szCs w:val="14"/>
              </w:rPr>
              <w:t>jersey mikes</w:t>
            </w:r>
          </w:p>
        </w:tc>
        <w:tc>
          <w:tcPr>
            <w:tcW w:w="1441" w:type="dxa"/>
            <w:shd w:val="clear" w:color="auto" w:fill="FFFFFF" w:themeFill="background1"/>
          </w:tcPr>
          <w:p w14:paraId="7643C02D" w14:textId="62768E2C" w:rsidR="00E01BF5" w:rsidRPr="004D079E" w:rsidRDefault="00E01BF5" w:rsidP="00102448">
            <w:pPr>
              <w:jc w:val="center"/>
              <w:rPr>
                <w:color w:val="0FD7F1"/>
              </w:rPr>
            </w:pPr>
            <w:r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20307FAD" w14:textId="2EAA9CF0" w:rsidR="00E01BF5" w:rsidRPr="004D079E" w:rsidRDefault="00E01BF5" w:rsidP="00102448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E01BF5" w14:paraId="3DB3A9BA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0BAEF6B0" w14:textId="0142D240" w:rsidR="00E01BF5" w:rsidRPr="00C42B90" w:rsidRDefault="00E01BF5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  <w:r w:rsidRPr="00C42B90">
              <w:rPr>
                <w:b/>
                <w:bCs/>
                <w:color w:val="5E718B"/>
                <w:sz w:val="14"/>
                <w:szCs w:val="14"/>
              </w:rPr>
              <w:t>Tue 2</w:t>
            </w:r>
            <w:r w:rsidR="002A2B29" w:rsidRPr="00C42B90">
              <w:rPr>
                <w:b/>
                <w:bCs/>
                <w:color w:val="5E718B"/>
                <w:sz w:val="14"/>
                <w:szCs w:val="14"/>
              </w:rPr>
              <w:t>2</w:t>
            </w:r>
          </w:p>
        </w:tc>
        <w:tc>
          <w:tcPr>
            <w:tcW w:w="3558" w:type="dxa"/>
            <w:shd w:val="clear" w:color="auto" w:fill="FFFFFF" w:themeFill="background1"/>
          </w:tcPr>
          <w:p w14:paraId="523A6353" w14:textId="1DD1181F" w:rsidR="00E01BF5" w:rsidRPr="007A45A5" w:rsidRDefault="00AA0722" w:rsidP="007A45A5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C42B90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🍕</w:t>
            </w:r>
            <w:r w:rsidRPr="00C42B9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Main Activity: Build Your Own Paper Pizza</w:t>
            </w:r>
            <w:r w:rsidR="007A45A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C42B90">
              <w:rPr>
                <w:color w:val="5E718B"/>
                <w:sz w:val="14"/>
                <w:szCs w:val="14"/>
              </w:rPr>
              <w:t>Give each individual a large cardboard/paper “pizza crust.”</w:t>
            </w:r>
            <w:r w:rsidR="007A45A5">
              <w:rPr>
                <w:color w:val="5E718B"/>
                <w:sz w:val="14"/>
                <w:szCs w:val="14"/>
              </w:rPr>
              <w:t xml:space="preserve"> </w:t>
            </w:r>
            <w:r w:rsidRPr="00C42B90">
              <w:rPr>
                <w:color w:val="5E718B"/>
                <w:sz w:val="14"/>
                <w:szCs w:val="14"/>
              </w:rPr>
              <w:t>Provide pre-cut toppings:</w:t>
            </w:r>
            <w:r w:rsidR="005B13BC">
              <w:rPr>
                <w:color w:val="5E718B"/>
                <w:sz w:val="14"/>
                <w:szCs w:val="14"/>
              </w:rPr>
              <w:t xml:space="preserve"> </w:t>
            </w:r>
            <w:r w:rsidRPr="00C42B90">
              <w:rPr>
                <w:rFonts w:eastAsia="Times New Roman"/>
                <w:color w:val="5E718B"/>
                <w:sz w:val="14"/>
                <w:szCs w:val="14"/>
              </w:rPr>
              <w:t>Pepperoni</w:t>
            </w:r>
            <w:r w:rsid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Cheese</w:t>
            </w:r>
            <w:r w:rsidR="005B13BC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Mushrooms</w:t>
            </w:r>
            <w:r w:rsidR="005B13BC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Peppers</w:t>
            </w:r>
            <w:r w:rsidR="00BE2037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Pineapple</w:t>
            </w:r>
            <w:r w:rsidR="00BE2037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Olives</w:t>
            </w:r>
            <w:r w:rsidR="00BE2037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color w:val="5E718B"/>
                <w:sz w:val="14"/>
                <w:szCs w:val="14"/>
              </w:rPr>
              <w:t>They choose what goes onto their pizza while staff assists with gluing.</w:t>
            </w:r>
            <w:r w:rsidR="00BE2037" w:rsidRPr="005B13BC">
              <w:rPr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🎯</w:t>
            </w:r>
            <w:r w:rsidRPr="005B13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BE2037" w:rsidRPr="005B13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ascii="Apple Color Emoji" w:hAnsi="Apple Color Emoji" w:cs="Apple Color Emoji"/>
                <w:b/>
                <w:bCs/>
                <w:color w:val="5E718B"/>
                <w:sz w:val="14"/>
                <w:szCs w:val="14"/>
              </w:rPr>
              <w:t>🍕</w:t>
            </w:r>
            <w:r w:rsidRPr="005B13BC">
              <w:rPr>
                <w:b/>
                <w:bCs/>
                <w:color w:val="5E718B"/>
                <w:sz w:val="14"/>
                <w:szCs w:val="14"/>
              </w:rPr>
              <w:t xml:space="preserve"> Pizza Order Game</w:t>
            </w:r>
            <w:r w:rsidR="00BE2037" w:rsidRPr="005B13BC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color w:val="5E718B"/>
                <w:sz w:val="14"/>
                <w:szCs w:val="14"/>
              </w:rPr>
              <w:t>Staff becomes the “pizza chef.” Give silly orders such as:</w:t>
            </w:r>
            <w:r w:rsidR="00BE2037" w:rsidRPr="005B13BC">
              <w:rPr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color w:val="5E718B"/>
                <w:sz w:val="14"/>
                <w:szCs w:val="14"/>
              </w:rPr>
              <w:t>“I need a pizza with TWO pepperonis and THREE pieces of cheese!”</w:t>
            </w:r>
            <w:r w:rsidR="00BE2037" w:rsidRPr="005B13BC">
              <w:rPr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color w:val="5E718B"/>
                <w:sz w:val="14"/>
                <w:szCs w:val="14"/>
              </w:rPr>
              <w:t>They can help select the correct toppings</w:t>
            </w:r>
            <w:r w:rsidR="00BE2037" w:rsidRPr="005B13BC">
              <w:rPr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color w:val="5E718B"/>
                <w:sz w:val="14"/>
                <w:szCs w:val="14"/>
              </w:rPr>
              <w:t>Other options:</w:t>
            </w:r>
            <w:r w:rsidR="00C42B90" w:rsidRPr="005B13BC">
              <w:rPr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Pizza topping matching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Pizza picture bingo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Count the pepperonis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Pizza topping sorting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“Would You Eat It?” — show normal AND ridiculous pizza toppings and vote yes/no.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Make a pretend pizza shop menu.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5B13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</w:t>
            </w:r>
            <w:r w:rsidR="00C42B90" w:rsidRPr="005B13B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e </w:t>
            </w:r>
            <w:r w:rsidRPr="005B13BC">
              <w:rPr>
                <w:color w:val="5E718B"/>
                <w:sz w:val="14"/>
                <w:szCs w:val="14"/>
              </w:rPr>
              <w:t xml:space="preserve">Build the </w:t>
            </w:r>
            <w:r w:rsidRPr="005B13BC">
              <w:rPr>
                <w:b/>
                <w:bCs/>
                <w:color w:val="5E718B"/>
                <w:sz w:val="14"/>
                <w:szCs w:val="14"/>
              </w:rPr>
              <w:t>ultimate group pizza</w:t>
            </w:r>
            <w:r w:rsidRPr="005B13BC">
              <w:rPr>
                <w:color w:val="5E718B"/>
                <w:sz w:val="14"/>
                <w:szCs w:val="14"/>
              </w:rPr>
              <w:t>:</w:t>
            </w:r>
            <w:r w:rsidR="00C42B90" w:rsidRPr="005B13BC">
              <w:rPr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Thick or thin crust?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>Cheese or pepperoni?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 xml:space="preserve">Pineapple — YES or NO? </w:t>
            </w:r>
            <w:r w:rsidRPr="005B13BC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😂</w:t>
            </w:r>
            <w:r w:rsidR="00C42B90"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What is</w:t>
            </w:r>
            <w:r w:rsidRPr="005B13BC">
              <w:rPr>
                <w:rFonts w:eastAsia="Times New Roman"/>
                <w:color w:val="5E718B"/>
                <w:sz w:val="14"/>
                <w:szCs w:val="14"/>
              </w:rPr>
              <w:t xml:space="preserve"> the strangest thing you would put on a pizza?</w:t>
            </w:r>
          </w:p>
        </w:tc>
        <w:tc>
          <w:tcPr>
            <w:tcW w:w="1621" w:type="dxa"/>
            <w:shd w:val="clear" w:color="auto" w:fill="FFFFFF" w:themeFill="background1"/>
          </w:tcPr>
          <w:p w14:paraId="2AF8EA8F" w14:textId="77777777" w:rsidR="00E01BF5" w:rsidRDefault="009E204A" w:rsidP="00E71AD9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Mcallisters </w:t>
            </w:r>
          </w:p>
          <w:p w14:paraId="2501597F" w14:textId="0FA89D31" w:rsidR="009E204A" w:rsidRPr="00DA1344" w:rsidRDefault="009E204A" w:rsidP="00E71AD9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Bridgewater</w:t>
            </w:r>
          </w:p>
        </w:tc>
        <w:tc>
          <w:tcPr>
            <w:tcW w:w="1531" w:type="dxa"/>
            <w:shd w:val="clear" w:color="auto" w:fill="FFFFFF" w:themeFill="background1"/>
          </w:tcPr>
          <w:p w14:paraId="45EDBE2C" w14:textId="77777777" w:rsidR="00E01BF5" w:rsidRDefault="00242913" w:rsidP="005230E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Spirit Halloween</w:t>
            </w:r>
          </w:p>
          <w:p w14:paraId="3FD317A8" w14:textId="6E45935F" w:rsidR="00242913" w:rsidRPr="00F749A6" w:rsidRDefault="00242913" w:rsidP="005230E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Culver’s </w:t>
            </w:r>
          </w:p>
        </w:tc>
        <w:tc>
          <w:tcPr>
            <w:tcW w:w="1441" w:type="dxa"/>
            <w:shd w:val="clear" w:color="auto" w:fill="FFFFFF" w:themeFill="background1"/>
          </w:tcPr>
          <w:p w14:paraId="17F266CE" w14:textId="77777777" w:rsidR="00E01BF5" w:rsidRDefault="00945891" w:rsidP="009D3F9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Jungle Jim’s</w:t>
            </w:r>
          </w:p>
          <w:p w14:paraId="387F2B1F" w14:textId="77777777" w:rsidR="00945891" w:rsidRDefault="00945891" w:rsidP="009D3F9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Cicis pizza</w:t>
            </w:r>
          </w:p>
          <w:p w14:paraId="203F5C8D" w14:textId="408B9753" w:rsidR="00945891" w:rsidRPr="004B47F4" w:rsidRDefault="00945891" w:rsidP="009D3F9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Pet store</w:t>
            </w:r>
          </w:p>
        </w:tc>
        <w:tc>
          <w:tcPr>
            <w:tcW w:w="1453" w:type="dxa"/>
            <w:shd w:val="clear" w:color="auto" w:fill="FFFFFF" w:themeFill="background1"/>
          </w:tcPr>
          <w:p w14:paraId="39CE62DE" w14:textId="051D6C3F" w:rsidR="00E01BF5" w:rsidRPr="00FE5F22" w:rsidRDefault="00E01BF5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600CD0CF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30831E8F" w14:textId="425F6E00" w:rsidR="00E01BF5" w:rsidRPr="007E24B4" w:rsidRDefault="00E01BF5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  <w:r w:rsidRPr="007E24B4">
              <w:rPr>
                <w:b/>
                <w:bCs/>
                <w:color w:val="5E718B"/>
                <w:sz w:val="14"/>
                <w:szCs w:val="14"/>
              </w:rPr>
              <w:t>Wed 2</w:t>
            </w:r>
            <w:r w:rsidR="002A2B29" w:rsidRPr="007E24B4">
              <w:rPr>
                <w:b/>
                <w:bCs/>
                <w:color w:val="5E718B"/>
                <w:sz w:val="14"/>
                <w:szCs w:val="14"/>
              </w:rPr>
              <w:t>3</w:t>
            </w:r>
          </w:p>
        </w:tc>
        <w:tc>
          <w:tcPr>
            <w:tcW w:w="3558" w:type="dxa"/>
            <w:shd w:val="clear" w:color="auto" w:fill="FFFFFF" w:themeFill="background1"/>
          </w:tcPr>
          <w:p w14:paraId="3138338F" w14:textId="1C53F683" w:rsidR="00E01BF5" w:rsidRPr="005A1029" w:rsidRDefault="00027812" w:rsidP="005A1029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7E24B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Arts &amp; Activities</w:t>
            </w:r>
            <w:r w:rsid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7E24B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Design Your Own Toy</w:t>
            </w:r>
            <w:r w:rsid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Make Friendship Bracelets</w:t>
            </w:r>
            <w:r w:rsidR="005A1029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Paper Fortune TellersDecorate a Paper Yo-Yo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Create a Childhood Memory Picture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Color Your Own Board Game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Make Paper Airplanes</w:t>
            </w:r>
            <w:r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and decorate them before a flying challenge.</w:t>
            </w:r>
            <w:r w:rsidR="00190EA4"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Paper Airplane Distance Challenge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Hot Potato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Red Light, Green Light – Seated Version Available</w:t>
            </w:r>
            <w:r w:rsidR="00190EA4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Musical Statues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Rock, Paper, Scissors Tournament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I Spy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Telephone Game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Follow the Leader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Tic-Tac-Toe Tournament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Old-School Simon Says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Pass the Drawing</w:t>
            </w:r>
            <w:r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– Everyone adds something before passing it along.</w:t>
            </w:r>
            <w:r w:rsidR="007C4CEC"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Toy Guessing Game</w:t>
            </w:r>
            <w:r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– Guess classic toys from pictures or clues.</w:t>
            </w:r>
            <w:r w:rsidR="007C4CEC"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Name That Childhood TV Show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Sock Toss</w:t>
            </w:r>
            <w:r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– Rolled-up socks tossed toward laundry baskets for points.</w:t>
            </w:r>
            <w:r w:rsidR="007C4CEC" w:rsidRPr="005A1029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🗣️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– 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Favorite Memories</w:t>
            </w:r>
            <w:r w:rsidR="007C4CEC" w:rsidRPr="005A102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color w:val="5E718B"/>
                <w:sz w:val="14"/>
                <w:szCs w:val="14"/>
              </w:rPr>
              <w:t>Talk about favorite toys, games, TV shows, school memories, snacks, and things everyone enjoyed when they were younger.</w:t>
            </w:r>
            <w:r w:rsidR="007C4CEC" w:rsidRPr="005A1029">
              <w:rPr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b/>
                <w:bCs/>
                <w:color w:val="5E718B"/>
                <w:sz w:val="14"/>
                <w:szCs w:val="14"/>
              </w:rPr>
              <w:t>Circle activity:</w:t>
            </w:r>
            <w:r w:rsidRPr="005A1029">
              <w:rPr>
                <w:color w:val="5E718B"/>
                <w:sz w:val="14"/>
                <w:szCs w:val="14"/>
              </w:rPr>
              <w:t xml:space="preserve"> </w:t>
            </w:r>
            <w:r w:rsidRPr="005A1029">
              <w:rPr>
                <w:b/>
                <w:bCs/>
                <w:color w:val="5E718B"/>
                <w:sz w:val="14"/>
                <w:szCs w:val="14"/>
              </w:rPr>
              <w:t>Then or Now?</w:t>
            </w:r>
            <w:r w:rsidRPr="005A1029">
              <w:rPr>
                <w:color w:val="5E718B"/>
                <w:sz w:val="14"/>
                <w:szCs w:val="14"/>
              </w:rPr>
              <w:t xml:space="preserve"> Give choices such as board games/video games, cartoons/movies, playground/phone, coloring/video games, etc., and let everyone vote.</w:t>
            </w:r>
          </w:p>
        </w:tc>
        <w:tc>
          <w:tcPr>
            <w:tcW w:w="1621" w:type="dxa"/>
            <w:shd w:val="clear" w:color="auto" w:fill="FFFFFF" w:themeFill="background1"/>
          </w:tcPr>
          <w:p w14:paraId="541EC618" w14:textId="1A01BB94" w:rsidR="00E01BF5" w:rsidRPr="000050CD" w:rsidRDefault="001B4986" w:rsidP="00415A16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Pack lunch </w:t>
            </w:r>
          </w:p>
        </w:tc>
        <w:tc>
          <w:tcPr>
            <w:tcW w:w="1531" w:type="dxa"/>
            <w:shd w:val="clear" w:color="auto" w:fill="FFFFFF" w:themeFill="background1"/>
          </w:tcPr>
          <w:p w14:paraId="3BA27C0F" w14:textId="6DBA0E26" w:rsidR="00E01BF5" w:rsidRPr="00F749A6" w:rsidRDefault="00313CDE" w:rsidP="0022493B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Arbys</w:t>
            </w:r>
          </w:p>
        </w:tc>
        <w:tc>
          <w:tcPr>
            <w:tcW w:w="1441" w:type="dxa"/>
            <w:shd w:val="clear" w:color="auto" w:fill="FFFFFF" w:themeFill="background1"/>
          </w:tcPr>
          <w:p w14:paraId="637E1028" w14:textId="5CFAE6F1" w:rsidR="00E01BF5" w:rsidRPr="00580FAB" w:rsidRDefault="00F97B62" w:rsidP="002D4EC2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Fairfield fun center </w:t>
            </w:r>
            <w:r w:rsidR="00113B55">
              <w:rPr>
                <w:color w:val="0FD7F1"/>
                <w:sz w:val="14"/>
                <w:szCs w:val="14"/>
              </w:rPr>
              <w:t>subway</w:t>
            </w:r>
          </w:p>
        </w:tc>
        <w:tc>
          <w:tcPr>
            <w:tcW w:w="1453" w:type="dxa"/>
            <w:shd w:val="clear" w:color="auto" w:fill="FFFFFF" w:themeFill="background1"/>
          </w:tcPr>
          <w:p w14:paraId="763EBE06" w14:textId="1D63F67D" w:rsidR="00E01BF5" w:rsidRPr="00FE5F22" w:rsidRDefault="00E01BF5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E01BF5" w14:paraId="2F7DFBE6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6B36CF0" w14:textId="7BC3AAAB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Thur 2</w:t>
            </w:r>
            <w:r w:rsidR="002A2B2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0C6727EE" w14:textId="4D337ACF" w:rsidR="00E01BF5" w:rsidRPr="00B34384" w:rsidRDefault="00603CF9" w:rsidP="00B34384">
            <w:pPr>
              <w:pStyle w:val="p1"/>
              <w:rPr>
                <w:color w:val="5E718B"/>
                <w:sz w:val="14"/>
                <w:szCs w:val="14"/>
              </w:rPr>
            </w:pPr>
            <w:r w:rsidRPr="005E0770">
              <w:rPr>
                <w:b/>
                <w:bCs/>
                <w:color w:val="5E718B"/>
                <w:sz w:val="14"/>
                <w:szCs w:val="14"/>
              </w:rPr>
              <w:t>Circle Time Discussion</w:t>
            </w:r>
            <w:r w:rsidR="00B34384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5E0770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does being helpful mean?</w:t>
            </w:r>
            <w:r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>What jobs can we help with at Routson House?</w:t>
            </w:r>
            <w:r w:rsidR="00B34384"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>Who helps you during your day?</w:t>
            </w:r>
            <w:r w:rsidR="00B34384"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>Can you help someone without being asked?</w:t>
            </w:r>
            <w:r w:rsidR="00B34384"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color w:val="5E718B"/>
                <w:sz w:val="14"/>
                <w:szCs w:val="14"/>
              </w:rPr>
              <w:t>How do you know when someone might need help?</w:t>
            </w:r>
            <w:r w:rsidR="00B34384">
              <w:rPr>
                <w:rStyle w:val="s1"/>
              </w:rPr>
              <w:t xml:space="preserve"> </w:t>
            </w:r>
            <w:r w:rsidRPr="00B34384">
              <w:rPr>
                <w:b/>
                <w:bCs/>
                <w:color w:val="5E718B"/>
                <w:sz w:val="14"/>
                <w:szCs w:val="14"/>
              </w:rPr>
              <w:t>Circle Time Activity – “Would You Help?”</w:t>
            </w:r>
            <w:r w:rsidR="00B34384" w:rsidRPr="00B34384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2"/>
                <w:color w:val="5E718B"/>
                <w:sz w:val="14"/>
                <w:szCs w:val="14"/>
              </w:rPr>
              <w:t>Read simple situations and let the group decide what they could do.</w:t>
            </w:r>
            <w:r w:rsidR="00B34384" w:rsidRPr="00B34384">
              <w:rPr>
                <w:rStyle w:val="s2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color w:val="5E718B"/>
                <w:sz w:val="14"/>
                <w:szCs w:val="14"/>
              </w:rPr>
              <w:t xml:space="preserve">Example: </w:t>
            </w:r>
            <w:r w:rsidRPr="00B34384">
              <w:rPr>
                <w:rStyle w:val="s1"/>
                <w:i/>
                <w:iCs/>
                <w:color w:val="5E718B"/>
                <w:sz w:val="14"/>
                <w:szCs w:val="14"/>
              </w:rPr>
              <w:t>Someone drops their papers on the floor.</w:t>
            </w:r>
            <w:r w:rsidR="00B34384" w:rsidRPr="00B34384">
              <w:rPr>
                <w:rStyle w:val="s1"/>
                <w:i/>
                <w:iCs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2"/>
                <w:color w:val="5E718B"/>
                <w:sz w:val="14"/>
                <w:szCs w:val="14"/>
              </w:rPr>
              <w:t>“What could you do?”</w:t>
            </w:r>
            <w:r w:rsidR="00B34384" w:rsidRPr="00B34384">
              <w:rPr>
                <w:rStyle w:val="s2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color w:val="5E718B"/>
                <w:sz w:val="14"/>
                <w:szCs w:val="14"/>
              </w:rPr>
              <w:t xml:space="preserve">Example: </w:t>
            </w:r>
            <w:r w:rsidRPr="00B34384">
              <w:rPr>
                <w:rStyle w:val="s1"/>
                <w:i/>
                <w:iCs/>
                <w:color w:val="5E718B"/>
                <w:sz w:val="14"/>
                <w:szCs w:val="14"/>
              </w:rPr>
              <w:t>Someone is sitting alone.</w:t>
            </w:r>
            <w:r w:rsidR="00B34384" w:rsidRPr="00B34384">
              <w:rPr>
                <w:rStyle w:val="s1"/>
                <w:i/>
                <w:iCs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2"/>
                <w:color w:val="5E718B"/>
                <w:sz w:val="14"/>
                <w:szCs w:val="14"/>
              </w:rPr>
              <w:t>“What could you say?</w:t>
            </w:r>
            <w:r w:rsidR="00B34384" w:rsidRPr="00B34384">
              <w:rPr>
                <w:rStyle w:val="s2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b/>
                <w:bCs/>
                <w:color w:val="5E718B"/>
                <w:sz w:val="14"/>
                <w:szCs w:val="14"/>
              </w:rPr>
              <w:t>Activities</w:t>
            </w:r>
            <w:r w:rsidR="00B34384" w:rsidRPr="00B34384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Helping Leaves: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Cut out fall leaves and write one helpful action on each. Create a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“Leaves of Helping”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wall.</w:t>
            </w:r>
            <w:r w:rsidR="005E0770"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Community Cleanup Challenge: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Give participants actual jobs around Routson House—organizing games, wiping tables, straightening chairs, sorting craft supplies, etc.</w:t>
            </w:r>
            <w:r w:rsidR="005E0770"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Thank-a-Helper Cards: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Make cards for people who regularly help the group.</w:t>
            </w:r>
            <w:r w:rsidR="005E0770"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Helping Job Board: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Participants choose a weekly job they’re willing to help with.</w:t>
            </w:r>
            <w:r w:rsidR="005E0770">
              <w:rPr>
                <w:rStyle w:val="s2"/>
              </w:rPr>
              <w:t xml:space="preserve"> </w:t>
            </w:r>
            <w:r w:rsidRPr="00B34384">
              <w:rPr>
                <w:b/>
                <w:bCs/>
                <w:color w:val="5E718B"/>
                <w:sz w:val="14"/>
                <w:szCs w:val="14"/>
              </w:rPr>
              <w:t>Games</w:t>
            </w:r>
            <w:r w:rsidR="005E0770" w:rsidRPr="00B34384">
              <w:rPr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Leaf Toss: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Toss paper leaves or beanbags into baskets labeled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HOME, PROGRAM, FRIENDS, COMMUNITY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>. Name a way to help in whichever basket you land in.</w:t>
            </w:r>
            <w:r w:rsidR="005E0770"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Helping Charades: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Act out sweeping, cooking, carrying groceries, opening a door, setting a table, etc.</w:t>
            </w:r>
            <w:r w:rsidR="005E0770"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Helpful or Not?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Staff reads silly scenarios and participants hold up </w:t>
            </w:r>
            <w:r w:rsidRPr="00B34384">
              <w:rPr>
                <w:rStyle w:val="s2"/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👍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or </w:t>
            </w:r>
            <w:r w:rsidRPr="00B34384">
              <w:rPr>
                <w:rStyle w:val="s2"/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👎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>.</w:t>
            </w:r>
            <w:r w:rsidR="005E0770"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34384">
              <w:rPr>
                <w:rStyle w:val="s1"/>
                <w:rFonts w:eastAsia="Times New Roman"/>
                <w:b/>
                <w:bCs/>
                <w:color w:val="5E718B"/>
                <w:sz w:val="14"/>
                <w:szCs w:val="14"/>
              </w:rPr>
              <w:t>Fall Roll &amp; Do:</w:t>
            </w:r>
            <w:r w:rsidRPr="00B34384">
              <w:rPr>
                <w:rStyle w:val="s2"/>
                <w:rFonts w:eastAsia="Times New Roman"/>
                <w:color w:val="5E718B"/>
                <w:sz w:val="14"/>
                <w:szCs w:val="14"/>
              </w:rPr>
              <w:t xml:space="preserve"> Roll a die to determine a task—give a compliment, name a helper, demonstrate a chore, name a good deed, help a friend, or choose a group celebration.</w:t>
            </w:r>
          </w:p>
        </w:tc>
        <w:tc>
          <w:tcPr>
            <w:tcW w:w="1621" w:type="dxa"/>
            <w:shd w:val="clear" w:color="auto" w:fill="FFFFFF" w:themeFill="background1"/>
          </w:tcPr>
          <w:p w14:paraId="6C7388C9" w14:textId="2A06E43A" w:rsidR="00E01BF5" w:rsidRPr="00DA1344" w:rsidRDefault="001B4986" w:rsidP="00395E4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Taco Bell </w:t>
            </w:r>
          </w:p>
        </w:tc>
        <w:tc>
          <w:tcPr>
            <w:tcW w:w="1531" w:type="dxa"/>
            <w:shd w:val="clear" w:color="auto" w:fill="FFFFFF" w:themeFill="background1"/>
          </w:tcPr>
          <w:p w14:paraId="2753711F" w14:textId="27FC9EB1" w:rsidR="00E01BF5" w:rsidRPr="00F749A6" w:rsidRDefault="00E01BF5" w:rsidP="004D7A7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Kfc</w:t>
            </w:r>
          </w:p>
        </w:tc>
        <w:tc>
          <w:tcPr>
            <w:tcW w:w="1441" w:type="dxa"/>
            <w:shd w:val="clear" w:color="auto" w:fill="FFFFFF" w:themeFill="background1"/>
          </w:tcPr>
          <w:p w14:paraId="47276D88" w14:textId="53E59C65" w:rsidR="00E01BF5" w:rsidRPr="00047A67" w:rsidRDefault="00E01BF5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284CEFAB" w14:textId="77777777" w:rsidR="00C65304" w:rsidRDefault="00576AF6" w:rsidP="00786BE4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Spirit Halloween</w:t>
            </w:r>
          </w:p>
          <w:p w14:paraId="6B929DDD" w14:textId="77777777" w:rsidR="00576AF6" w:rsidRDefault="00576AF6" w:rsidP="00786BE4">
            <w:pPr>
              <w:rPr>
                <w:color w:val="C438F0"/>
                <w:sz w:val="14"/>
                <w:szCs w:val="14"/>
              </w:rPr>
            </w:pPr>
          </w:p>
          <w:p w14:paraId="76C86BDD" w14:textId="77777777" w:rsidR="00576AF6" w:rsidRDefault="00576AF6" w:rsidP="00786BE4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Wendys</w:t>
            </w:r>
          </w:p>
          <w:p w14:paraId="61146893" w14:textId="77777777" w:rsidR="00576AF6" w:rsidRDefault="00576AF6" w:rsidP="00786BE4">
            <w:pPr>
              <w:rPr>
                <w:color w:val="C438F0"/>
                <w:sz w:val="14"/>
                <w:szCs w:val="14"/>
              </w:rPr>
            </w:pPr>
          </w:p>
          <w:p w14:paraId="4EA1C7E2" w14:textId="0596295E" w:rsidR="00576AF6" w:rsidRPr="00FE5F22" w:rsidRDefault="00576AF6" w:rsidP="00786BE4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Col</w:t>
            </w:r>
            <w:r w:rsidR="00327FCA">
              <w:rPr>
                <w:color w:val="C438F0"/>
                <w:sz w:val="14"/>
                <w:szCs w:val="14"/>
              </w:rPr>
              <w:t>e</w:t>
            </w:r>
            <w:r w:rsidR="006A78F6">
              <w:rPr>
                <w:color w:val="C438F0"/>
                <w:sz w:val="14"/>
                <w:szCs w:val="14"/>
              </w:rPr>
              <w:t>rain towne center</w:t>
            </w:r>
          </w:p>
        </w:tc>
      </w:tr>
      <w:tr w:rsidR="00E01BF5" w14:paraId="73E0E90A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13CB6377" w14:textId="2AB91F43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lastRenderedPageBreak/>
              <w:t xml:space="preserve">Fri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2A2B2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58" w:type="dxa"/>
            <w:shd w:val="clear" w:color="auto" w:fill="FFFFFF" w:themeFill="background1"/>
          </w:tcPr>
          <w:p w14:paraId="2091C779" w14:textId="14C5A928" w:rsidR="00A316CD" w:rsidRPr="00A36CB1" w:rsidRDefault="00A316CD" w:rsidP="00A36CB1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A36CB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>Why do recipes use measurements?</w:t>
            </w:r>
            <w:r w:rsid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>What is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the difference between a cup and a spoon?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>Why is it important to follow recipe directions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? </w:t>
            </w:r>
            <w:r w:rsidRPr="00A36CB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A36CB1"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Fill the Cup: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Practice measuring water, dry cereal, rice, or another safe material into measuring cups.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Scoop the Right Amount: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Match number cards to the correct number of scoops.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Measuring Cup Line-Up: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Arrange ¼, ½, and 1 cup from smallest to largest.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Kitchen Tool Hunt: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Find measuring cups, spoons, bowls, spatulas, etc.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Recipe Builder: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Put simple recipe steps in order.</w:t>
            </w:r>
            <w:r w:rsidR="00A36CB1"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36C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Portion My Snack:</w:t>
            </w:r>
            <w:r w:rsidRPr="00A36CB1">
              <w:rPr>
                <w:rFonts w:eastAsia="Times New Roman"/>
                <w:color w:val="5E718B"/>
                <w:sz w:val="14"/>
                <w:szCs w:val="14"/>
              </w:rPr>
              <w:t xml:space="preserve"> Divide crackers, cereal, fruit, or another snack into equal portions.</w:t>
            </w:r>
          </w:p>
          <w:p w14:paraId="7CB37AAF" w14:textId="1F3D4375" w:rsidR="00E01BF5" w:rsidRPr="00A36CB1" w:rsidRDefault="00E01BF5" w:rsidP="00241B0E">
            <w:pPr>
              <w:spacing w:before="100" w:beforeAutospacing="1" w:after="100" w:afterAutospacing="1"/>
              <w:outlineLvl w:val="1"/>
              <w:rPr>
                <w:rFonts w:eastAsia="Times New Roman"/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0C767D18" w14:textId="43230959" w:rsidR="00E01BF5" w:rsidRPr="00DA1344" w:rsidRDefault="00E01BF5" w:rsidP="00791501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38A9BC63" w14:textId="01A20FE8" w:rsidR="00E01BF5" w:rsidRPr="00F749A6" w:rsidRDefault="00CE3EB3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Frishes</w:t>
            </w:r>
          </w:p>
        </w:tc>
        <w:tc>
          <w:tcPr>
            <w:tcW w:w="1441" w:type="dxa"/>
            <w:shd w:val="clear" w:color="auto" w:fill="FFFFFF" w:themeFill="background1"/>
          </w:tcPr>
          <w:p w14:paraId="3EE5DFB1" w14:textId="77777777" w:rsidR="00E01BF5" w:rsidRDefault="00CD0D2D" w:rsidP="00CB2F82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Booms and berries $15 </w:t>
            </w:r>
          </w:p>
          <w:p w14:paraId="4840DEF3" w14:textId="77777777" w:rsidR="00EE7726" w:rsidRDefault="00EE7726" w:rsidP="00CB2F82">
            <w:pPr>
              <w:jc w:val="center"/>
              <w:rPr>
                <w:color w:val="0FD7F1"/>
                <w:sz w:val="14"/>
                <w:szCs w:val="14"/>
              </w:rPr>
            </w:pPr>
          </w:p>
          <w:p w14:paraId="62AD046B" w14:textId="0F674AA6" w:rsidR="00EE7726" w:rsidRPr="00823432" w:rsidRDefault="00EE7726" w:rsidP="00CB2F82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Pack</w:t>
            </w:r>
          </w:p>
        </w:tc>
        <w:tc>
          <w:tcPr>
            <w:tcW w:w="1453" w:type="dxa"/>
            <w:shd w:val="clear" w:color="auto" w:fill="FFFFFF" w:themeFill="background1"/>
          </w:tcPr>
          <w:p w14:paraId="228F70A3" w14:textId="199DDA98" w:rsidR="00E01BF5" w:rsidRPr="00FE5F22" w:rsidRDefault="00E01BF5" w:rsidP="00615F0E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E01BF5" w14:paraId="03CCA713" w14:textId="77777777" w:rsidTr="00E23D97">
        <w:trPr>
          <w:trHeight w:val="303"/>
        </w:trPr>
        <w:tc>
          <w:tcPr>
            <w:tcW w:w="1414" w:type="dxa"/>
            <w:shd w:val="clear" w:color="auto" w:fill="FFFFFF" w:themeFill="background1"/>
          </w:tcPr>
          <w:p w14:paraId="46DC8BB4" w14:textId="71E65F6B" w:rsidR="00E01BF5" w:rsidRPr="00CB55CE" w:rsidRDefault="00E01BF5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Week 5</w:t>
            </w:r>
          </w:p>
        </w:tc>
        <w:tc>
          <w:tcPr>
            <w:tcW w:w="3558" w:type="dxa"/>
            <w:shd w:val="clear" w:color="auto" w:fill="FFFFFF" w:themeFill="background1"/>
          </w:tcPr>
          <w:p w14:paraId="15E84844" w14:textId="77777777" w:rsidR="00E01BF5" w:rsidRPr="00600FBB" w:rsidRDefault="00E01BF5">
            <w:pPr>
              <w:rPr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0B29244F" w14:textId="457B017C" w:rsidR="00E01BF5" w:rsidRPr="00DA1344" w:rsidRDefault="00E01BF5" w:rsidP="00791501">
            <w:pPr>
              <w:rPr>
                <w:color w:val="C00000"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4462A8BD" w14:textId="77777777" w:rsidR="00E01BF5" w:rsidRPr="00F749A6" w:rsidRDefault="00E01BF5" w:rsidP="00D339D4">
            <w:pPr>
              <w:rPr>
                <w:color w:val="11D329"/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17F043CA" w14:textId="77777777" w:rsidR="00E01BF5" w:rsidRPr="00047A67" w:rsidRDefault="00E01BF5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776549C9" w14:textId="77777777" w:rsidR="00E01BF5" w:rsidRPr="00FE5F22" w:rsidRDefault="00E01BF5" w:rsidP="00615F0E">
            <w:pPr>
              <w:jc w:val="center"/>
              <w:rPr>
                <w:color w:val="C438F0"/>
              </w:rPr>
            </w:pPr>
          </w:p>
        </w:tc>
      </w:tr>
      <w:tr w:rsidR="00E01BF5" w14:paraId="7C18F7F4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3F75B0A6" w14:textId="77777777" w:rsidR="00E01BF5" w:rsidRDefault="00E01BF5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Mon </w:t>
            </w:r>
            <w:r w:rsidR="00080BB4">
              <w:rPr>
                <w:b/>
                <w:bCs/>
                <w:sz w:val="16"/>
                <w:szCs w:val="16"/>
              </w:rPr>
              <w:t>28</w:t>
            </w:r>
          </w:p>
          <w:p w14:paraId="3A57CF05" w14:textId="074010C9" w:rsidR="00080BB4" w:rsidRPr="00CB55CE" w:rsidRDefault="00080BB4" w:rsidP="001024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55ADD2B9" w14:textId="2B4243B0" w:rsidR="00E01BF5" w:rsidRPr="000D1EB1" w:rsidRDefault="00E66014" w:rsidP="000D1EB1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CC38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Circle Time</w:t>
            </w:r>
            <w:r w:rsid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CC3841">
              <w:rPr>
                <w:rFonts w:eastAsia="Times New Roman"/>
                <w:color w:val="5E718B"/>
                <w:sz w:val="14"/>
                <w:szCs w:val="14"/>
              </w:rPr>
              <w:t>What papers are important?</w:t>
            </w:r>
            <w:r w:rsid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>What papers should we keep private?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>Where should important documents be stored?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0D1EB1"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Keep, File or Toss: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Sort pretend mail and papers into the correct category.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Important or Not?: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Compare things like an appointment card, receipt, advertisement, ID, and coupon.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Build a Filing System: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Sort papers into folders such as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Medical, Money, Work,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and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Personal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>.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Find It Fast Challenge: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Give participants a pretend filing box and ask them to locate a specific document.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Private Information Detective: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Find personal information on sample documents that shouldn’t be shared with strangers.</w:t>
            </w:r>
            <w:r w:rsidR="000D1EB1"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D1EB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Folder Decorating:</w:t>
            </w:r>
            <w:r w:rsidRPr="000D1EB1">
              <w:rPr>
                <w:rFonts w:eastAsia="Times New Roman"/>
                <w:color w:val="5E718B"/>
                <w:sz w:val="14"/>
                <w:szCs w:val="14"/>
              </w:rPr>
              <w:t xml:space="preserve"> Participants decorate and label a personal organization folder to use for worksheets or program materials.</w:t>
            </w:r>
          </w:p>
        </w:tc>
        <w:tc>
          <w:tcPr>
            <w:tcW w:w="1621" w:type="dxa"/>
            <w:shd w:val="clear" w:color="auto" w:fill="FFFFFF" w:themeFill="background1"/>
          </w:tcPr>
          <w:p w14:paraId="0879F03B" w14:textId="14CFA6DD" w:rsidR="00E01BF5" w:rsidRPr="00F12342" w:rsidRDefault="00E01BF5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40991361" w14:textId="568ED08A" w:rsidR="00E01BF5" w:rsidRPr="008C67DF" w:rsidRDefault="00E01BF5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 xml:space="preserve">Bowling: </w:t>
            </w:r>
            <w:r w:rsidR="00B80317">
              <w:rPr>
                <w:b/>
                <w:bCs/>
                <w:color w:val="11D329"/>
                <w:sz w:val="14"/>
                <w:szCs w:val="14"/>
              </w:rPr>
              <w:t>wing stop</w:t>
            </w:r>
          </w:p>
          <w:p w14:paraId="4901C5EC" w14:textId="69458449" w:rsidR="00E01BF5" w:rsidRPr="00664CE8" w:rsidRDefault="00E01BF5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 xml:space="preserve">Swim: </w:t>
            </w:r>
            <w:r w:rsidR="005270FD">
              <w:rPr>
                <w:b/>
                <w:bCs/>
                <w:color w:val="11D329"/>
                <w:sz w:val="14"/>
                <w:szCs w:val="14"/>
              </w:rPr>
              <w:t>mad mikes</w:t>
            </w:r>
          </w:p>
        </w:tc>
        <w:tc>
          <w:tcPr>
            <w:tcW w:w="1441" w:type="dxa"/>
            <w:shd w:val="clear" w:color="auto" w:fill="FFFFFF" w:themeFill="background1"/>
          </w:tcPr>
          <w:p w14:paraId="6412DB4E" w14:textId="7B697248" w:rsidR="00E01BF5" w:rsidRPr="005F7646" w:rsidRDefault="00E01BF5" w:rsidP="00102448">
            <w:pPr>
              <w:jc w:val="center"/>
              <w:rPr>
                <w:color w:val="0FD7F1"/>
              </w:rPr>
            </w:pPr>
            <w:r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427420BE" w14:textId="4E8610F1" w:rsidR="00E01BF5" w:rsidRPr="005F7646" w:rsidRDefault="00E01BF5" w:rsidP="00615F0E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3814D1" w14:paraId="09490C28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6FBEFE7A" w14:textId="0E9BD11A" w:rsidR="003814D1" w:rsidRDefault="003814D1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Tues 29</w:t>
            </w:r>
          </w:p>
        </w:tc>
        <w:tc>
          <w:tcPr>
            <w:tcW w:w="3558" w:type="dxa"/>
            <w:shd w:val="clear" w:color="auto" w:fill="FFFFFF" w:themeFill="background1"/>
          </w:tcPr>
          <w:p w14:paraId="0D358E73" w14:textId="0693C8ED" w:rsidR="003814D1" w:rsidRPr="00D25EE0" w:rsidRDefault="004871CF" w:rsidP="00D25EE0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0D53F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🧪</w:t>
            </w:r>
            <w:r w:rsidRPr="000D53F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Main Activity: Color-Mixing Potion</w:t>
            </w:r>
            <w:r w:rsid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. </w:t>
            </w:r>
            <w:r w:rsidRPr="000D53F9">
              <w:rPr>
                <w:color w:val="5E718B"/>
                <w:sz w:val="14"/>
                <w:szCs w:val="14"/>
              </w:rPr>
              <w:t>Use clear cups with water and food coloring. Participants choose two colors and staff mixes them together to discover the new color</w:t>
            </w:r>
            <w:r w:rsidR="00D25EE0">
              <w:rPr>
                <w:color w:val="5E718B"/>
                <w:sz w:val="14"/>
                <w:szCs w:val="14"/>
              </w:rPr>
              <w:t xml:space="preserve">. </w:t>
            </w:r>
            <w:r w:rsidRPr="000D53F9">
              <w:rPr>
                <w:color w:val="5E718B"/>
                <w:sz w:val="14"/>
                <w:szCs w:val="14"/>
              </w:rPr>
              <w:t>You could give the creations funny names like:</w:t>
            </w:r>
            <w:r w:rsidR="00D25EE0">
              <w:rPr>
                <w:color w:val="5E718B"/>
                <w:sz w:val="14"/>
                <w:szCs w:val="14"/>
              </w:rPr>
              <w:t xml:space="preserve"> </w:t>
            </w:r>
            <w:r w:rsidRPr="000D53F9">
              <w:rPr>
                <w:rFonts w:eastAsia="Times New Roman"/>
                <w:color w:val="5E718B"/>
                <w:sz w:val="14"/>
                <w:szCs w:val="14"/>
              </w:rPr>
              <w:t>Dragon Juice</w:t>
            </w:r>
            <w:r w:rsid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Monster Slime</w:t>
            </w:r>
            <w:r w:rsidR="00D25EE0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Unicorn Water</w:t>
            </w:r>
            <w:r w:rsidR="00D25EE0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Frog Breath</w:t>
            </w:r>
            <w:r w:rsidR="00D25EE0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Giggle Potion</w:t>
            </w:r>
            <w:r w:rsidR="00D25EE0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b/>
                <w:bCs/>
                <w:color w:val="5E718B"/>
                <w:sz w:val="14"/>
                <w:szCs w:val="14"/>
              </w:rPr>
              <w:t>Important:</w:t>
            </w:r>
            <w:r w:rsidRPr="00D25EE0">
              <w:rPr>
                <w:color w:val="5E718B"/>
                <w:sz w:val="14"/>
                <w:szCs w:val="14"/>
              </w:rPr>
              <w:t xml:space="preserve"> These are pretend potions and aren’t for drinking.</w:t>
            </w:r>
            <w:r w:rsidR="00D25EE0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Second Activity: Design a Potion Bottle</w:t>
            </w:r>
            <w:r w:rsidR="00D25EE0"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color w:val="5E718B"/>
                <w:sz w:val="14"/>
                <w:szCs w:val="14"/>
              </w:rPr>
              <w:t>Provide a large potion-bottle coloring page and let them decorate it with:</w:t>
            </w:r>
            <w:r w:rsidR="002B0331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Stickers</w:t>
            </w:r>
            <w:r w:rsidR="002B0331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Markers</w:t>
            </w:r>
            <w:r w:rsidR="002B0331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Glitter glue</w:t>
            </w:r>
            <w:r w:rsidR="002B0331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Foam shapes</w:t>
            </w:r>
            <w:r w:rsidR="00C912CF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>Gems</w:t>
            </w:r>
            <w:r w:rsidR="00FA01E4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color w:val="5E718B"/>
                <w:sz w:val="14"/>
                <w:szCs w:val="14"/>
              </w:rPr>
              <w:t>Then let them give their potion a funny name.</w:t>
            </w:r>
            <w:r w:rsidR="00002542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🎯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C7762D"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What is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in the Mystery Bag?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Feel an object without seeing it and guess what it is.</w:t>
            </w:r>
            <w:r w:rsidR="00C7762D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Potion Color Predictions: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Guess what two colors will make when mixed.</w:t>
            </w:r>
            <w:r w:rsidR="00C7762D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Mystery Smells: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Smell safe, familiar scents and guess what they are.</w:t>
            </w:r>
            <w:r w:rsidR="003E476F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Magic or Real?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Show silly pictures and decide whether something could actually happen.</w:t>
            </w:r>
            <w:r w:rsidR="003E476F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Bubble Potion: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Blow bubbles and try to pop them.</w:t>
            </w:r>
            <w:r w:rsidR="003E476F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Choose the Ingredient:</w:t>
            </w:r>
            <w:r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Let them direct staff in creating a ridiculous pretend potion.</w:t>
            </w:r>
            <w:r w:rsidR="003E476F" w:rsidRPr="00D25EE0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Time: Create a Magic Potion</w:t>
            </w:r>
            <w:r w:rsidR="001A0443" w:rsidRPr="00D25EE0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color w:val="5E718B"/>
                <w:sz w:val="14"/>
                <w:szCs w:val="14"/>
              </w:rPr>
              <w:t>Ask each person what they would want their potion to do:</w:t>
            </w:r>
            <w:r w:rsidR="001A0443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hAnsi="Apple Color Emoji" w:cs="Apple Color Emoji"/>
                <w:color w:val="5E718B"/>
                <w:sz w:val="14"/>
                <w:szCs w:val="14"/>
              </w:rPr>
              <w:t>😂</w:t>
            </w:r>
            <w:r w:rsidRPr="00D25EE0">
              <w:rPr>
                <w:color w:val="5E718B"/>
                <w:sz w:val="14"/>
                <w:szCs w:val="14"/>
              </w:rPr>
              <w:t xml:space="preserve"> Make you laugh all day</w:t>
            </w:r>
            <w:r w:rsidRPr="00D25EE0">
              <w:rPr>
                <w:rFonts w:ascii="Apple Color Emoji" w:hAnsi="Apple Color Emoji" w:cs="Apple Color Emoji"/>
                <w:color w:val="5E718B"/>
                <w:sz w:val="14"/>
                <w:szCs w:val="14"/>
              </w:rPr>
              <w:t>💪</w:t>
            </w:r>
            <w:r w:rsidRPr="00D25EE0">
              <w:rPr>
                <w:color w:val="5E718B"/>
                <w:sz w:val="14"/>
                <w:szCs w:val="14"/>
              </w:rPr>
              <w:t xml:space="preserve"> Give you super strength</w:t>
            </w:r>
            <w:r w:rsidRPr="00D25EE0">
              <w:rPr>
                <w:rFonts w:ascii="Apple Color Emoji" w:hAnsi="Apple Color Emoji" w:cs="Apple Color Emoji"/>
                <w:color w:val="5E718B"/>
                <w:sz w:val="14"/>
                <w:szCs w:val="14"/>
              </w:rPr>
              <w:t>🐶</w:t>
            </w:r>
            <w:r w:rsidRPr="00D25EE0">
              <w:rPr>
                <w:color w:val="5E718B"/>
                <w:sz w:val="14"/>
                <w:szCs w:val="14"/>
              </w:rPr>
              <w:t xml:space="preserve"> Let you talk to animals</w:t>
            </w:r>
            <w:r w:rsidR="007F7F0B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hAnsi="Apple Color Emoji" w:cs="Apple Color Emoji"/>
                <w:color w:val="5E718B"/>
                <w:sz w:val="14"/>
                <w:szCs w:val="14"/>
              </w:rPr>
              <w:t>🪽</w:t>
            </w:r>
            <w:r w:rsidRPr="00D25EE0">
              <w:rPr>
                <w:color w:val="5E718B"/>
                <w:sz w:val="14"/>
                <w:szCs w:val="14"/>
              </w:rPr>
              <w:t xml:space="preserve"> Make you fly</w:t>
            </w:r>
            <w:r w:rsidR="007F7F0B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hAnsi="Apple Color Emoji" w:cs="Apple Color Emoji"/>
                <w:color w:val="5E718B"/>
                <w:sz w:val="14"/>
                <w:szCs w:val="14"/>
              </w:rPr>
              <w:t>👻</w:t>
            </w:r>
            <w:r w:rsidRPr="00D25EE0">
              <w:rPr>
                <w:color w:val="5E718B"/>
                <w:sz w:val="14"/>
                <w:szCs w:val="14"/>
              </w:rPr>
              <w:t xml:space="preserve"> Make you invisible</w:t>
            </w:r>
            <w:r w:rsidR="007F7F0B" w:rsidRPr="00D25EE0">
              <w:rPr>
                <w:color w:val="5E718B"/>
                <w:sz w:val="14"/>
                <w:szCs w:val="14"/>
              </w:rPr>
              <w:t xml:space="preserve"> </w:t>
            </w:r>
            <w:r w:rsidRPr="00D25EE0">
              <w:rPr>
                <w:rFonts w:ascii="Apple Color Emoji" w:hAnsi="Apple Color Emoji" w:cs="Apple Color Emoji"/>
                <w:color w:val="5E718B"/>
                <w:sz w:val="14"/>
                <w:szCs w:val="14"/>
              </w:rPr>
              <w:t>🍕</w:t>
            </w:r>
            <w:r w:rsidRPr="00D25EE0">
              <w:rPr>
                <w:color w:val="5E718B"/>
                <w:sz w:val="14"/>
                <w:szCs w:val="14"/>
              </w:rPr>
              <w:t xml:space="preserve"> Make unlimited pizza appear</w:t>
            </w:r>
          </w:p>
        </w:tc>
        <w:tc>
          <w:tcPr>
            <w:tcW w:w="1621" w:type="dxa"/>
            <w:shd w:val="clear" w:color="auto" w:fill="FFFFFF" w:themeFill="background1"/>
          </w:tcPr>
          <w:p w14:paraId="5AA69C7B" w14:textId="69A642F7" w:rsidR="003814D1" w:rsidRPr="00B764D4" w:rsidRDefault="00CA5280" w:rsidP="00791501">
            <w:pPr>
              <w:rPr>
                <w:color w:val="C00000"/>
                <w:sz w:val="14"/>
                <w:szCs w:val="14"/>
              </w:rPr>
            </w:pPr>
            <w:r w:rsidRPr="00B764D4">
              <w:rPr>
                <w:color w:val="C00000"/>
                <w:sz w:val="14"/>
                <w:szCs w:val="14"/>
              </w:rPr>
              <w:t>Liberty mall</w:t>
            </w:r>
          </w:p>
        </w:tc>
        <w:tc>
          <w:tcPr>
            <w:tcW w:w="1531" w:type="dxa"/>
            <w:shd w:val="clear" w:color="auto" w:fill="FFFFFF" w:themeFill="background1"/>
          </w:tcPr>
          <w:p w14:paraId="4D3506E9" w14:textId="77777777" w:rsidR="003814D1" w:rsidRDefault="00367877" w:rsidP="00D339D4">
            <w:pPr>
              <w:rPr>
                <w:b/>
                <w:bCs/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Burwinkle $12</w:t>
            </w:r>
          </w:p>
          <w:p w14:paraId="4FAFDB95" w14:textId="77777777" w:rsidR="00B104A0" w:rsidRDefault="00B104A0" w:rsidP="00D339D4">
            <w:pPr>
              <w:rPr>
                <w:b/>
                <w:bCs/>
                <w:color w:val="11D329"/>
                <w:sz w:val="14"/>
                <w:szCs w:val="14"/>
              </w:rPr>
            </w:pPr>
          </w:p>
          <w:p w14:paraId="44CDF832" w14:textId="6C4E58E5" w:rsidR="00B104A0" w:rsidRDefault="00B104A0" w:rsidP="00D339D4">
            <w:pPr>
              <w:rPr>
                <w:b/>
                <w:bCs/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Pack lunch</w:t>
            </w:r>
          </w:p>
        </w:tc>
        <w:tc>
          <w:tcPr>
            <w:tcW w:w="1441" w:type="dxa"/>
            <w:shd w:val="clear" w:color="auto" w:fill="FFFFFF" w:themeFill="background1"/>
          </w:tcPr>
          <w:p w14:paraId="75E79EF2" w14:textId="77777777" w:rsidR="003814D1" w:rsidRDefault="007650CD" w:rsidP="00102448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Cincinnati art museum</w:t>
            </w:r>
          </w:p>
          <w:p w14:paraId="4139AAF1" w14:textId="77777777" w:rsidR="007650CD" w:rsidRDefault="007650CD" w:rsidP="00102448">
            <w:pPr>
              <w:jc w:val="center"/>
              <w:rPr>
                <w:color w:val="0FD7F1"/>
                <w:sz w:val="14"/>
                <w:szCs w:val="14"/>
              </w:rPr>
            </w:pPr>
          </w:p>
          <w:p w14:paraId="2CB76404" w14:textId="517A0E81" w:rsidR="007650CD" w:rsidRPr="00B06C29" w:rsidRDefault="007650CD" w:rsidP="00102448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Mcdonalds</w:t>
            </w:r>
          </w:p>
        </w:tc>
        <w:tc>
          <w:tcPr>
            <w:tcW w:w="1453" w:type="dxa"/>
            <w:shd w:val="clear" w:color="auto" w:fill="FFFFFF" w:themeFill="background1"/>
          </w:tcPr>
          <w:p w14:paraId="1284BCBB" w14:textId="77777777" w:rsidR="003814D1" w:rsidRDefault="003814D1" w:rsidP="00615F0E">
            <w:pPr>
              <w:jc w:val="center"/>
              <w:rPr>
                <w:color w:val="C438F0"/>
              </w:rPr>
            </w:pPr>
          </w:p>
        </w:tc>
      </w:tr>
      <w:tr w:rsidR="003814D1" w14:paraId="739F1E6B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35894B4D" w14:textId="41B778A3" w:rsidR="003814D1" w:rsidRPr="00A75852" w:rsidRDefault="00C97A42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  <w:r w:rsidRPr="00A75852">
              <w:rPr>
                <w:b/>
                <w:bCs/>
                <w:color w:val="5E718B"/>
                <w:sz w:val="14"/>
                <w:szCs w:val="14"/>
              </w:rPr>
              <w:t>Wed 30</w:t>
            </w:r>
          </w:p>
        </w:tc>
        <w:tc>
          <w:tcPr>
            <w:tcW w:w="3558" w:type="dxa"/>
            <w:shd w:val="clear" w:color="auto" w:fill="FFFFFF" w:themeFill="background1"/>
          </w:tcPr>
          <w:p w14:paraId="6F1A9A1E" w14:textId="7ED120B1" w:rsidR="003814D1" w:rsidRPr="002345F1" w:rsidRDefault="002D67C8" w:rsidP="002345F1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A75852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A7585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Arts &amp; Activities</w:t>
            </w:r>
            <w:r w:rsid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A7585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Blow-Paint Monsters</w:t>
            </w:r>
            <w:r w:rsidRPr="00A75852">
              <w:rPr>
                <w:rFonts w:eastAsia="Times New Roman"/>
                <w:color w:val="5E718B"/>
                <w:sz w:val="14"/>
                <w:szCs w:val="14"/>
              </w:rPr>
              <w:t xml:space="preserve"> – Use straws to blow washable paint into monster shapes.</w:t>
            </w:r>
            <w:r w:rsid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Monster Paper Bags</w:t>
            </w:r>
            <w:r w:rsidR="002345F1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Design Your Own Friendly Ghost</w:t>
            </w:r>
            <w:r w:rsidR="002345F1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Monster Handprint Art</w:t>
            </w:r>
            <w:r w:rsidR="002345F1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Create-a-Monster Dice Drawing</w:t>
            </w:r>
            <w:r w:rsidR="002345F1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Paper Plate Monster FacesGoogly Eye Art Challenge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Turn random googly eyes into a picture.</w:t>
            </w:r>
            <w:r w:rsidR="002345F1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2345F1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Feed the Monster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Toss beanbags/balls into a monster-mouth target.</w:t>
            </w:r>
            <w:r w:rsidR="002345F1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Ghost Bowling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Decorate cups as ghosts and knock them over.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Monster Freeze Dance</w:t>
            </w:r>
            <w:r w:rsidR="00A75852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Eyeball Spoon Challenge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Carry a ping-pong “eyeball” on a spoon.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Spider Web Toss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Toss objects toward a taped web target.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Monster Parts Match</w:t>
            </w:r>
            <w:r w:rsidR="00A75852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Roll-a-Monster</w:t>
            </w:r>
            <w:r w:rsidR="00A75852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Ghost Hunt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Hide paper ghosts around the room.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What’s in the Witch’s Bag?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Mystery touch-and-guess game.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Monster Says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A silly version of Simon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>Says.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Pumpkin Pass</w:t>
            </w:r>
            <w:r w:rsidR="00A75852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Spooky Sound Guessing Game</w:t>
            </w:r>
            <w:r w:rsidR="00A75852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Monster Movement Cards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Pick a card and perform the silly movement.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Find the Hidden Eyeball</w:t>
            </w:r>
            <w:r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– Hide a large fake/paper eyeball and give hot/cold clues.</w:t>
            </w:r>
            <w:r w:rsidR="00A75852" w:rsidRPr="002345F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🗣️</w:t>
            </w:r>
            <w:r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– Being Brave &amp; Having Fun</w:t>
            </w:r>
            <w:r w:rsidR="00A75852" w:rsidRPr="002345F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color w:val="5E718B"/>
                <w:sz w:val="14"/>
                <w:szCs w:val="14"/>
              </w:rPr>
              <w:t>Talk about things that may seem scary at first, what helps us feel brave, and the difference between pretend scary and real danger.</w:t>
            </w:r>
            <w:r w:rsidR="00A75852" w:rsidRPr="002345F1">
              <w:rPr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b/>
                <w:bCs/>
                <w:color w:val="5E718B"/>
                <w:sz w:val="14"/>
                <w:szCs w:val="14"/>
              </w:rPr>
              <w:t>Circle activity:</w:t>
            </w:r>
            <w:r w:rsidRPr="002345F1">
              <w:rPr>
                <w:color w:val="5E718B"/>
                <w:sz w:val="14"/>
                <w:szCs w:val="14"/>
              </w:rPr>
              <w:t xml:space="preserve"> </w:t>
            </w:r>
            <w:r w:rsidRPr="002345F1">
              <w:rPr>
                <w:b/>
                <w:bCs/>
                <w:color w:val="5E718B"/>
                <w:sz w:val="14"/>
                <w:szCs w:val="14"/>
              </w:rPr>
              <w:t>Make a Friendly Monster Together.</w:t>
            </w:r>
            <w:r w:rsidRPr="002345F1">
              <w:rPr>
                <w:color w:val="5E718B"/>
                <w:sz w:val="14"/>
                <w:szCs w:val="14"/>
              </w:rPr>
              <w:t xml:space="preserve"> Go around the circle and let each person choose one feature—number of eyes, color, hairstyle, name, favorite food, personality, etc. Staff draws the group’s ridiculous monster as everyone makes decisions.</w:t>
            </w:r>
          </w:p>
        </w:tc>
        <w:tc>
          <w:tcPr>
            <w:tcW w:w="1621" w:type="dxa"/>
            <w:shd w:val="clear" w:color="auto" w:fill="FFFFFF" w:themeFill="background1"/>
          </w:tcPr>
          <w:p w14:paraId="6A97663C" w14:textId="2458783A" w:rsidR="003814D1" w:rsidRDefault="00531360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Pennstation </w:t>
            </w:r>
          </w:p>
        </w:tc>
        <w:tc>
          <w:tcPr>
            <w:tcW w:w="1531" w:type="dxa"/>
            <w:shd w:val="clear" w:color="auto" w:fill="FFFFFF" w:themeFill="background1"/>
          </w:tcPr>
          <w:p w14:paraId="4D39F6DE" w14:textId="21F09103" w:rsidR="003814D1" w:rsidRDefault="008D2208" w:rsidP="00D339D4">
            <w:pPr>
              <w:rPr>
                <w:b/>
                <w:bCs/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Frish</w:t>
            </w:r>
            <w:r w:rsidR="00C33A2A">
              <w:rPr>
                <w:b/>
                <w:bCs/>
                <w:color w:val="11D329"/>
                <w:sz w:val="14"/>
                <w:szCs w:val="14"/>
              </w:rPr>
              <w:t>es</w:t>
            </w:r>
          </w:p>
        </w:tc>
        <w:tc>
          <w:tcPr>
            <w:tcW w:w="1441" w:type="dxa"/>
            <w:shd w:val="clear" w:color="auto" w:fill="FFFFFF" w:themeFill="background1"/>
          </w:tcPr>
          <w:p w14:paraId="08B803CE" w14:textId="77777777" w:rsidR="003814D1" w:rsidRDefault="002D4EC2" w:rsidP="00102448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Spirit Halloween</w:t>
            </w:r>
          </w:p>
          <w:p w14:paraId="6391B97B" w14:textId="77777777" w:rsidR="002D4EC2" w:rsidRDefault="002D4EC2" w:rsidP="00102448">
            <w:pPr>
              <w:jc w:val="center"/>
              <w:rPr>
                <w:color w:val="0FD7F1"/>
                <w:sz w:val="14"/>
                <w:szCs w:val="14"/>
              </w:rPr>
            </w:pPr>
          </w:p>
          <w:p w14:paraId="0C00F8B3" w14:textId="77777777" w:rsidR="002D4EC2" w:rsidRDefault="002D4EC2" w:rsidP="00102448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Pack </w:t>
            </w:r>
          </w:p>
          <w:p w14:paraId="033D40E6" w14:textId="77777777" w:rsidR="002D4EC2" w:rsidRDefault="002D4EC2" w:rsidP="00102448">
            <w:pPr>
              <w:jc w:val="center"/>
              <w:rPr>
                <w:color w:val="0FD7F1"/>
                <w:sz w:val="14"/>
                <w:szCs w:val="14"/>
              </w:rPr>
            </w:pPr>
          </w:p>
          <w:p w14:paraId="43C09224" w14:textId="241B6A75" w:rsidR="002D4EC2" w:rsidRPr="00F54069" w:rsidRDefault="002D4EC2" w:rsidP="00102448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Cattle park</w:t>
            </w:r>
          </w:p>
        </w:tc>
        <w:tc>
          <w:tcPr>
            <w:tcW w:w="1453" w:type="dxa"/>
            <w:shd w:val="clear" w:color="auto" w:fill="FFFFFF" w:themeFill="background1"/>
          </w:tcPr>
          <w:p w14:paraId="4DB353B5" w14:textId="77777777" w:rsidR="003814D1" w:rsidRDefault="003814D1" w:rsidP="00615F0E">
            <w:pPr>
              <w:jc w:val="center"/>
              <w:rPr>
                <w:color w:val="C438F0"/>
              </w:rPr>
            </w:pPr>
          </w:p>
        </w:tc>
      </w:tr>
    </w:tbl>
    <w:p w14:paraId="2BD79FEC" w14:textId="77777777" w:rsidR="0080603D" w:rsidRPr="009F28A7" w:rsidRDefault="00BB4D77" w:rsidP="009F28A7">
      <w:pPr>
        <w:jc w:val="center"/>
        <w:rPr>
          <w:b/>
          <w:bCs/>
          <w:sz w:val="12"/>
          <w:szCs w:val="12"/>
        </w:rPr>
      </w:pPr>
      <w:r>
        <w:br/>
      </w:r>
      <w:r w:rsidRPr="009F28A7">
        <w:rPr>
          <w:b/>
          <w:bCs/>
          <w:sz w:val="12"/>
          <w:szCs w:val="12"/>
        </w:rPr>
        <w:t>Notes: Pack Lunch means lunch is brought from home. Activities may adjust due to weather or community availability.</w:t>
      </w:r>
    </w:p>
    <w:sectPr w:rsidR="0080603D" w:rsidRPr="009F28A7" w:rsidSect="001024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0400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7A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719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164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950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62E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DA7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C86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9211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D31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1736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C5A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70B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676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85A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2207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53E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7425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0A46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4806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F75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0D17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9511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CF4C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D218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493573">
    <w:abstractNumId w:val="5"/>
  </w:num>
  <w:num w:numId="2" w16cid:durableId="853611534">
    <w:abstractNumId w:val="3"/>
  </w:num>
  <w:num w:numId="3" w16cid:durableId="1286934705">
    <w:abstractNumId w:val="2"/>
  </w:num>
  <w:num w:numId="4" w16cid:durableId="699748102">
    <w:abstractNumId w:val="4"/>
  </w:num>
  <w:num w:numId="5" w16cid:durableId="1127116901">
    <w:abstractNumId w:val="1"/>
  </w:num>
  <w:num w:numId="6" w16cid:durableId="870266576">
    <w:abstractNumId w:val="0"/>
  </w:num>
  <w:num w:numId="7" w16cid:durableId="1802647634">
    <w:abstractNumId w:val="9"/>
  </w:num>
  <w:num w:numId="8" w16cid:durableId="1484548016">
    <w:abstractNumId w:val="25"/>
  </w:num>
  <w:num w:numId="9" w16cid:durableId="175117222">
    <w:abstractNumId w:val="8"/>
  </w:num>
  <w:num w:numId="10" w16cid:durableId="651905527">
    <w:abstractNumId w:val="27"/>
  </w:num>
  <w:num w:numId="11" w16cid:durableId="222912344">
    <w:abstractNumId w:val="23"/>
  </w:num>
  <w:num w:numId="12" w16cid:durableId="1042168482">
    <w:abstractNumId w:val="22"/>
  </w:num>
  <w:num w:numId="13" w16cid:durableId="683409515">
    <w:abstractNumId w:val="14"/>
  </w:num>
  <w:num w:numId="14" w16cid:durableId="1616593754">
    <w:abstractNumId w:val="11"/>
  </w:num>
  <w:num w:numId="15" w16cid:durableId="878931397">
    <w:abstractNumId w:val="6"/>
  </w:num>
  <w:num w:numId="16" w16cid:durableId="1147820433">
    <w:abstractNumId w:val="13"/>
  </w:num>
  <w:num w:numId="17" w16cid:durableId="1577781977">
    <w:abstractNumId w:val="26"/>
  </w:num>
  <w:num w:numId="18" w16cid:durableId="2146925014">
    <w:abstractNumId w:val="18"/>
  </w:num>
  <w:num w:numId="19" w16cid:durableId="185945691">
    <w:abstractNumId w:val="20"/>
  </w:num>
  <w:num w:numId="20" w16cid:durableId="535509375">
    <w:abstractNumId w:val="30"/>
  </w:num>
  <w:num w:numId="21" w16cid:durableId="1499271138">
    <w:abstractNumId w:val="29"/>
  </w:num>
  <w:num w:numId="22" w16cid:durableId="2139908679">
    <w:abstractNumId w:val="7"/>
  </w:num>
  <w:num w:numId="23" w16cid:durableId="1018891477">
    <w:abstractNumId w:val="16"/>
  </w:num>
  <w:num w:numId="24" w16cid:durableId="1863007763">
    <w:abstractNumId w:val="28"/>
  </w:num>
  <w:num w:numId="25" w16cid:durableId="1642081109">
    <w:abstractNumId w:val="10"/>
  </w:num>
  <w:num w:numId="26" w16cid:durableId="291330502">
    <w:abstractNumId w:val="19"/>
  </w:num>
  <w:num w:numId="27" w16cid:durableId="337585102">
    <w:abstractNumId w:val="17"/>
  </w:num>
  <w:num w:numId="28" w16cid:durableId="851453422">
    <w:abstractNumId w:val="24"/>
  </w:num>
  <w:num w:numId="29" w16cid:durableId="971062963">
    <w:abstractNumId w:val="15"/>
  </w:num>
  <w:num w:numId="30" w16cid:durableId="268507676">
    <w:abstractNumId w:val="12"/>
  </w:num>
  <w:num w:numId="31" w16cid:durableId="616761846">
    <w:abstractNumId w:val="21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5A1"/>
    <w:rsid w:val="00000DA8"/>
    <w:rsid w:val="00001051"/>
    <w:rsid w:val="00002542"/>
    <w:rsid w:val="0000343C"/>
    <w:rsid w:val="000034CD"/>
    <w:rsid w:val="00003CF5"/>
    <w:rsid w:val="00003EDC"/>
    <w:rsid w:val="000049F1"/>
    <w:rsid w:val="000050CD"/>
    <w:rsid w:val="00005EB5"/>
    <w:rsid w:val="00007360"/>
    <w:rsid w:val="0001028C"/>
    <w:rsid w:val="00010426"/>
    <w:rsid w:val="00011572"/>
    <w:rsid w:val="00011725"/>
    <w:rsid w:val="00012716"/>
    <w:rsid w:val="00012E17"/>
    <w:rsid w:val="00013828"/>
    <w:rsid w:val="00013DFF"/>
    <w:rsid w:val="0001487F"/>
    <w:rsid w:val="00015191"/>
    <w:rsid w:val="00015A85"/>
    <w:rsid w:val="00017874"/>
    <w:rsid w:val="00017E6E"/>
    <w:rsid w:val="00020A14"/>
    <w:rsid w:val="0002207C"/>
    <w:rsid w:val="00022B91"/>
    <w:rsid w:val="00022E30"/>
    <w:rsid w:val="0002334E"/>
    <w:rsid w:val="00024D01"/>
    <w:rsid w:val="00025BCA"/>
    <w:rsid w:val="00027812"/>
    <w:rsid w:val="0003046E"/>
    <w:rsid w:val="00030513"/>
    <w:rsid w:val="00030D30"/>
    <w:rsid w:val="00031A76"/>
    <w:rsid w:val="000322F5"/>
    <w:rsid w:val="00032FC4"/>
    <w:rsid w:val="00033BB2"/>
    <w:rsid w:val="00034616"/>
    <w:rsid w:val="00036601"/>
    <w:rsid w:val="00036AB0"/>
    <w:rsid w:val="00036B29"/>
    <w:rsid w:val="000376E5"/>
    <w:rsid w:val="000425A6"/>
    <w:rsid w:val="00042D75"/>
    <w:rsid w:val="00043D76"/>
    <w:rsid w:val="00043E90"/>
    <w:rsid w:val="00047154"/>
    <w:rsid w:val="000477FE"/>
    <w:rsid w:val="000478F8"/>
    <w:rsid w:val="00047A67"/>
    <w:rsid w:val="00047FA6"/>
    <w:rsid w:val="0005089A"/>
    <w:rsid w:val="00050BE9"/>
    <w:rsid w:val="00052800"/>
    <w:rsid w:val="0005379D"/>
    <w:rsid w:val="000538A9"/>
    <w:rsid w:val="00053982"/>
    <w:rsid w:val="000549D6"/>
    <w:rsid w:val="00054EE8"/>
    <w:rsid w:val="00055B6D"/>
    <w:rsid w:val="00057223"/>
    <w:rsid w:val="000578D7"/>
    <w:rsid w:val="0006063C"/>
    <w:rsid w:val="000606DC"/>
    <w:rsid w:val="00061EA3"/>
    <w:rsid w:val="00062AE7"/>
    <w:rsid w:val="00062C91"/>
    <w:rsid w:val="00063AE9"/>
    <w:rsid w:val="0006414F"/>
    <w:rsid w:val="000649A6"/>
    <w:rsid w:val="00065308"/>
    <w:rsid w:val="000660C4"/>
    <w:rsid w:val="000670EF"/>
    <w:rsid w:val="00067C25"/>
    <w:rsid w:val="0007203E"/>
    <w:rsid w:val="000728FF"/>
    <w:rsid w:val="00072B3E"/>
    <w:rsid w:val="000731D3"/>
    <w:rsid w:val="00075365"/>
    <w:rsid w:val="00075A5C"/>
    <w:rsid w:val="00076099"/>
    <w:rsid w:val="00077EC6"/>
    <w:rsid w:val="00080BB4"/>
    <w:rsid w:val="00080D49"/>
    <w:rsid w:val="00081A83"/>
    <w:rsid w:val="000855E0"/>
    <w:rsid w:val="00085768"/>
    <w:rsid w:val="00086E9E"/>
    <w:rsid w:val="00090425"/>
    <w:rsid w:val="00093CC5"/>
    <w:rsid w:val="000959D0"/>
    <w:rsid w:val="000970AE"/>
    <w:rsid w:val="000A1D61"/>
    <w:rsid w:val="000A28FD"/>
    <w:rsid w:val="000A3FA8"/>
    <w:rsid w:val="000A69CB"/>
    <w:rsid w:val="000A6D55"/>
    <w:rsid w:val="000A7E2B"/>
    <w:rsid w:val="000B08A1"/>
    <w:rsid w:val="000B0A73"/>
    <w:rsid w:val="000B0E36"/>
    <w:rsid w:val="000B1EAE"/>
    <w:rsid w:val="000B31AF"/>
    <w:rsid w:val="000B52CD"/>
    <w:rsid w:val="000B7648"/>
    <w:rsid w:val="000C00E5"/>
    <w:rsid w:val="000C05CD"/>
    <w:rsid w:val="000C134B"/>
    <w:rsid w:val="000C21C9"/>
    <w:rsid w:val="000C3AC9"/>
    <w:rsid w:val="000C65EE"/>
    <w:rsid w:val="000C7A2E"/>
    <w:rsid w:val="000C7C12"/>
    <w:rsid w:val="000D1EB1"/>
    <w:rsid w:val="000D36E6"/>
    <w:rsid w:val="000D4216"/>
    <w:rsid w:val="000D43B3"/>
    <w:rsid w:val="000D444D"/>
    <w:rsid w:val="000D5210"/>
    <w:rsid w:val="000D53F9"/>
    <w:rsid w:val="000D6CEB"/>
    <w:rsid w:val="000E07E4"/>
    <w:rsid w:val="000E0820"/>
    <w:rsid w:val="000E0CC8"/>
    <w:rsid w:val="000E11D4"/>
    <w:rsid w:val="000E1728"/>
    <w:rsid w:val="000E248D"/>
    <w:rsid w:val="000E4042"/>
    <w:rsid w:val="000E4ECE"/>
    <w:rsid w:val="000E5CFA"/>
    <w:rsid w:val="000E5FF6"/>
    <w:rsid w:val="000E69C2"/>
    <w:rsid w:val="000E6AC5"/>
    <w:rsid w:val="000F1A62"/>
    <w:rsid w:val="000F271C"/>
    <w:rsid w:val="000F633A"/>
    <w:rsid w:val="000F6503"/>
    <w:rsid w:val="000F72E6"/>
    <w:rsid w:val="000F7836"/>
    <w:rsid w:val="000F7FF7"/>
    <w:rsid w:val="0010008B"/>
    <w:rsid w:val="0010022C"/>
    <w:rsid w:val="001017D4"/>
    <w:rsid w:val="00102448"/>
    <w:rsid w:val="001030E3"/>
    <w:rsid w:val="00103928"/>
    <w:rsid w:val="001066AE"/>
    <w:rsid w:val="00111677"/>
    <w:rsid w:val="00112A61"/>
    <w:rsid w:val="00112C58"/>
    <w:rsid w:val="001131C6"/>
    <w:rsid w:val="00113B55"/>
    <w:rsid w:val="00114B16"/>
    <w:rsid w:val="0012063A"/>
    <w:rsid w:val="00122250"/>
    <w:rsid w:val="00122F08"/>
    <w:rsid w:val="00125F57"/>
    <w:rsid w:val="00126264"/>
    <w:rsid w:val="001263C9"/>
    <w:rsid w:val="00130971"/>
    <w:rsid w:val="0013134D"/>
    <w:rsid w:val="001314BF"/>
    <w:rsid w:val="00132BFC"/>
    <w:rsid w:val="00134949"/>
    <w:rsid w:val="00134EE1"/>
    <w:rsid w:val="00136075"/>
    <w:rsid w:val="00137222"/>
    <w:rsid w:val="00137679"/>
    <w:rsid w:val="001378A6"/>
    <w:rsid w:val="00140B87"/>
    <w:rsid w:val="0014243E"/>
    <w:rsid w:val="001442BD"/>
    <w:rsid w:val="00144F90"/>
    <w:rsid w:val="00146A97"/>
    <w:rsid w:val="00146E05"/>
    <w:rsid w:val="00147928"/>
    <w:rsid w:val="00147E74"/>
    <w:rsid w:val="0015074B"/>
    <w:rsid w:val="00150D99"/>
    <w:rsid w:val="00150E20"/>
    <w:rsid w:val="0015205E"/>
    <w:rsid w:val="00152463"/>
    <w:rsid w:val="00155C0C"/>
    <w:rsid w:val="0015734C"/>
    <w:rsid w:val="00157BA5"/>
    <w:rsid w:val="00160A30"/>
    <w:rsid w:val="00161B4F"/>
    <w:rsid w:val="001620C1"/>
    <w:rsid w:val="00162A99"/>
    <w:rsid w:val="00162BD5"/>
    <w:rsid w:val="00163C25"/>
    <w:rsid w:val="00164757"/>
    <w:rsid w:val="00165D28"/>
    <w:rsid w:val="0016602C"/>
    <w:rsid w:val="00166893"/>
    <w:rsid w:val="00166AF6"/>
    <w:rsid w:val="00167997"/>
    <w:rsid w:val="00170346"/>
    <w:rsid w:val="001709CA"/>
    <w:rsid w:val="001718B7"/>
    <w:rsid w:val="0017253A"/>
    <w:rsid w:val="00172635"/>
    <w:rsid w:val="00172941"/>
    <w:rsid w:val="00172A94"/>
    <w:rsid w:val="00172EE1"/>
    <w:rsid w:val="0017324B"/>
    <w:rsid w:val="001735FC"/>
    <w:rsid w:val="001736DB"/>
    <w:rsid w:val="00175519"/>
    <w:rsid w:val="00176AF9"/>
    <w:rsid w:val="001772CC"/>
    <w:rsid w:val="0017738D"/>
    <w:rsid w:val="00180460"/>
    <w:rsid w:val="00180AE4"/>
    <w:rsid w:val="001813D6"/>
    <w:rsid w:val="00181C88"/>
    <w:rsid w:val="001835D7"/>
    <w:rsid w:val="00183AF6"/>
    <w:rsid w:val="00183CEB"/>
    <w:rsid w:val="00185364"/>
    <w:rsid w:val="00186B2F"/>
    <w:rsid w:val="00190485"/>
    <w:rsid w:val="00190529"/>
    <w:rsid w:val="00190EA4"/>
    <w:rsid w:val="0019157A"/>
    <w:rsid w:val="001920C4"/>
    <w:rsid w:val="00192C6D"/>
    <w:rsid w:val="00194DE4"/>
    <w:rsid w:val="00194EAD"/>
    <w:rsid w:val="0019547B"/>
    <w:rsid w:val="0019644E"/>
    <w:rsid w:val="00196CA5"/>
    <w:rsid w:val="00197144"/>
    <w:rsid w:val="001975EE"/>
    <w:rsid w:val="00197E46"/>
    <w:rsid w:val="001A0443"/>
    <w:rsid w:val="001A0D1D"/>
    <w:rsid w:val="001A27BC"/>
    <w:rsid w:val="001A2BA7"/>
    <w:rsid w:val="001A4183"/>
    <w:rsid w:val="001B0913"/>
    <w:rsid w:val="001B15CF"/>
    <w:rsid w:val="001B211E"/>
    <w:rsid w:val="001B2AD7"/>
    <w:rsid w:val="001B2BA3"/>
    <w:rsid w:val="001B3E96"/>
    <w:rsid w:val="001B4986"/>
    <w:rsid w:val="001B57A8"/>
    <w:rsid w:val="001B6500"/>
    <w:rsid w:val="001B6F16"/>
    <w:rsid w:val="001B76DF"/>
    <w:rsid w:val="001C1374"/>
    <w:rsid w:val="001C198E"/>
    <w:rsid w:val="001C38C6"/>
    <w:rsid w:val="001C3F3C"/>
    <w:rsid w:val="001C42EC"/>
    <w:rsid w:val="001C5DAB"/>
    <w:rsid w:val="001C6C51"/>
    <w:rsid w:val="001C7571"/>
    <w:rsid w:val="001C7E91"/>
    <w:rsid w:val="001D3C9B"/>
    <w:rsid w:val="001D4F59"/>
    <w:rsid w:val="001D5E02"/>
    <w:rsid w:val="001D611C"/>
    <w:rsid w:val="001D7FD6"/>
    <w:rsid w:val="001E1792"/>
    <w:rsid w:val="001E1E44"/>
    <w:rsid w:val="001E399C"/>
    <w:rsid w:val="001E3D06"/>
    <w:rsid w:val="001E6F3A"/>
    <w:rsid w:val="001F0FE1"/>
    <w:rsid w:val="001F1E4D"/>
    <w:rsid w:val="001F276D"/>
    <w:rsid w:val="001F2935"/>
    <w:rsid w:val="001F3932"/>
    <w:rsid w:val="001F3AF4"/>
    <w:rsid w:val="001F5044"/>
    <w:rsid w:val="001F55F3"/>
    <w:rsid w:val="001F5A4F"/>
    <w:rsid w:val="001F67C1"/>
    <w:rsid w:val="001F6B67"/>
    <w:rsid w:val="00200030"/>
    <w:rsid w:val="00201A17"/>
    <w:rsid w:val="00202D5B"/>
    <w:rsid w:val="00202E22"/>
    <w:rsid w:val="002053F7"/>
    <w:rsid w:val="0020556E"/>
    <w:rsid w:val="0021060B"/>
    <w:rsid w:val="002106A9"/>
    <w:rsid w:val="002116C7"/>
    <w:rsid w:val="00211A62"/>
    <w:rsid w:val="0021377C"/>
    <w:rsid w:val="002137E6"/>
    <w:rsid w:val="00213BEA"/>
    <w:rsid w:val="002150EB"/>
    <w:rsid w:val="0021516C"/>
    <w:rsid w:val="002153C6"/>
    <w:rsid w:val="00217520"/>
    <w:rsid w:val="002220E7"/>
    <w:rsid w:val="00222A32"/>
    <w:rsid w:val="0022371B"/>
    <w:rsid w:val="00223D8C"/>
    <w:rsid w:val="0022493B"/>
    <w:rsid w:val="002278C9"/>
    <w:rsid w:val="00227A32"/>
    <w:rsid w:val="00231203"/>
    <w:rsid w:val="00232404"/>
    <w:rsid w:val="002345F1"/>
    <w:rsid w:val="00234789"/>
    <w:rsid w:val="002357D6"/>
    <w:rsid w:val="00235971"/>
    <w:rsid w:val="00235C3E"/>
    <w:rsid w:val="00236016"/>
    <w:rsid w:val="00240190"/>
    <w:rsid w:val="00240C44"/>
    <w:rsid w:val="00241B0E"/>
    <w:rsid w:val="002421EA"/>
    <w:rsid w:val="00242913"/>
    <w:rsid w:val="002439D8"/>
    <w:rsid w:val="002445CB"/>
    <w:rsid w:val="00245133"/>
    <w:rsid w:val="002454E8"/>
    <w:rsid w:val="00245EFC"/>
    <w:rsid w:val="002475D8"/>
    <w:rsid w:val="00247CB7"/>
    <w:rsid w:val="00250543"/>
    <w:rsid w:val="002508A2"/>
    <w:rsid w:val="002514B3"/>
    <w:rsid w:val="0025199B"/>
    <w:rsid w:val="00252AA3"/>
    <w:rsid w:val="002533DE"/>
    <w:rsid w:val="002546F7"/>
    <w:rsid w:val="00254903"/>
    <w:rsid w:val="002549B9"/>
    <w:rsid w:val="00256426"/>
    <w:rsid w:val="0025723F"/>
    <w:rsid w:val="00257432"/>
    <w:rsid w:val="0026080B"/>
    <w:rsid w:val="002608C5"/>
    <w:rsid w:val="00261001"/>
    <w:rsid w:val="00261290"/>
    <w:rsid w:val="00261F11"/>
    <w:rsid w:val="0026310C"/>
    <w:rsid w:val="00263978"/>
    <w:rsid w:val="002649AB"/>
    <w:rsid w:val="00264DD1"/>
    <w:rsid w:val="00266504"/>
    <w:rsid w:val="0026719F"/>
    <w:rsid w:val="0026749D"/>
    <w:rsid w:val="00267608"/>
    <w:rsid w:val="00270A08"/>
    <w:rsid w:val="00271902"/>
    <w:rsid w:val="00271D0C"/>
    <w:rsid w:val="0027233A"/>
    <w:rsid w:val="0027285A"/>
    <w:rsid w:val="00273F26"/>
    <w:rsid w:val="0027605E"/>
    <w:rsid w:val="00276B2E"/>
    <w:rsid w:val="00277B9F"/>
    <w:rsid w:val="00277D92"/>
    <w:rsid w:val="00277DB7"/>
    <w:rsid w:val="002805D0"/>
    <w:rsid w:val="00281E76"/>
    <w:rsid w:val="00282AD7"/>
    <w:rsid w:val="00283611"/>
    <w:rsid w:val="002838BD"/>
    <w:rsid w:val="00284064"/>
    <w:rsid w:val="0028426A"/>
    <w:rsid w:val="00284B6D"/>
    <w:rsid w:val="00285351"/>
    <w:rsid w:val="002869C8"/>
    <w:rsid w:val="00286C72"/>
    <w:rsid w:val="00287370"/>
    <w:rsid w:val="00290190"/>
    <w:rsid w:val="00290A8F"/>
    <w:rsid w:val="00290B48"/>
    <w:rsid w:val="0029262F"/>
    <w:rsid w:val="0029308C"/>
    <w:rsid w:val="002931A8"/>
    <w:rsid w:val="00293BEF"/>
    <w:rsid w:val="00294C05"/>
    <w:rsid w:val="0029639D"/>
    <w:rsid w:val="002A1DCD"/>
    <w:rsid w:val="002A23C7"/>
    <w:rsid w:val="002A2B29"/>
    <w:rsid w:val="002A32A7"/>
    <w:rsid w:val="002A3CB3"/>
    <w:rsid w:val="002A41CC"/>
    <w:rsid w:val="002A4262"/>
    <w:rsid w:val="002A43FC"/>
    <w:rsid w:val="002A47BD"/>
    <w:rsid w:val="002A4DF5"/>
    <w:rsid w:val="002A5D55"/>
    <w:rsid w:val="002A6C39"/>
    <w:rsid w:val="002A78EE"/>
    <w:rsid w:val="002A7FEE"/>
    <w:rsid w:val="002B0331"/>
    <w:rsid w:val="002B0A42"/>
    <w:rsid w:val="002B175A"/>
    <w:rsid w:val="002B2A72"/>
    <w:rsid w:val="002B2C3B"/>
    <w:rsid w:val="002B2DAE"/>
    <w:rsid w:val="002B5881"/>
    <w:rsid w:val="002B7CF6"/>
    <w:rsid w:val="002C1E2A"/>
    <w:rsid w:val="002C215A"/>
    <w:rsid w:val="002C23F0"/>
    <w:rsid w:val="002C2F94"/>
    <w:rsid w:val="002C3C48"/>
    <w:rsid w:val="002C3C87"/>
    <w:rsid w:val="002C445C"/>
    <w:rsid w:val="002C54C4"/>
    <w:rsid w:val="002C68F2"/>
    <w:rsid w:val="002C7B76"/>
    <w:rsid w:val="002D2CDA"/>
    <w:rsid w:val="002D2D86"/>
    <w:rsid w:val="002D4EC2"/>
    <w:rsid w:val="002D651D"/>
    <w:rsid w:val="002D67C8"/>
    <w:rsid w:val="002E2749"/>
    <w:rsid w:val="002E3DCF"/>
    <w:rsid w:val="002E3EB5"/>
    <w:rsid w:val="002E4878"/>
    <w:rsid w:val="002E5418"/>
    <w:rsid w:val="002E60E4"/>
    <w:rsid w:val="002E66A3"/>
    <w:rsid w:val="002E6714"/>
    <w:rsid w:val="002E7299"/>
    <w:rsid w:val="002E760A"/>
    <w:rsid w:val="002F4554"/>
    <w:rsid w:val="002F4DD8"/>
    <w:rsid w:val="0030090F"/>
    <w:rsid w:val="00300DB4"/>
    <w:rsid w:val="003026BC"/>
    <w:rsid w:val="0030314A"/>
    <w:rsid w:val="00304CB4"/>
    <w:rsid w:val="00304F46"/>
    <w:rsid w:val="003052A1"/>
    <w:rsid w:val="00305D4B"/>
    <w:rsid w:val="003073E3"/>
    <w:rsid w:val="0030741D"/>
    <w:rsid w:val="00307CD3"/>
    <w:rsid w:val="00307E5B"/>
    <w:rsid w:val="00313B69"/>
    <w:rsid w:val="00313CDE"/>
    <w:rsid w:val="00313D1A"/>
    <w:rsid w:val="003142FC"/>
    <w:rsid w:val="0031431F"/>
    <w:rsid w:val="00314EFD"/>
    <w:rsid w:val="003150B7"/>
    <w:rsid w:val="003151D8"/>
    <w:rsid w:val="00316810"/>
    <w:rsid w:val="00321888"/>
    <w:rsid w:val="00321ABB"/>
    <w:rsid w:val="003225FC"/>
    <w:rsid w:val="003232EE"/>
    <w:rsid w:val="00323E03"/>
    <w:rsid w:val="00325BFB"/>
    <w:rsid w:val="00325C60"/>
    <w:rsid w:val="00326D71"/>
    <w:rsid w:val="00326F46"/>
    <w:rsid w:val="00326F90"/>
    <w:rsid w:val="00327FCA"/>
    <w:rsid w:val="0033414F"/>
    <w:rsid w:val="003341A7"/>
    <w:rsid w:val="0033421C"/>
    <w:rsid w:val="00334680"/>
    <w:rsid w:val="003346D6"/>
    <w:rsid w:val="003364BB"/>
    <w:rsid w:val="0033695E"/>
    <w:rsid w:val="00337038"/>
    <w:rsid w:val="003375B4"/>
    <w:rsid w:val="00341372"/>
    <w:rsid w:val="0034150C"/>
    <w:rsid w:val="00341A96"/>
    <w:rsid w:val="00341E17"/>
    <w:rsid w:val="0034228A"/>
    <w:rsid w:val="003426F4"/>
    <w:rsid w:val="00342A60"/>
    <w:rsid w:val="00343E7E"/>
    <w:rsid w:val="00345832"/>
    <w:rsid w:val="00346B55"/>
    <w:rsid w:val="0035049C"/>
    <w:rsid w:val="0035055A"/>
    <w:rsid w:val="00350926"/>
    <w:rsid w:val="00351965"/>
    <w:rsid w:val="003523DB"/>
    <w:rsid w:val="00352B75"/>
    <w:rsid w:val="00352B8F"/>
    <w:rsid w:val="003562CB"/>
    <w:rsid w:val="00357020"/>
    <w:rsid w:val="00357586"/>
    <w:rsid w:val="00360741"/>
    <w:rsid w:val="00361676"/>
    <w:rsid w:val="00361855"/>
    <w:rsid w:val="0036282E"/>
    <w:rsid w:val="00363DFE"/>
    <w:rsid w:val="00366F4A"/>
    <w:rsid w:val="00367877"/>
    <w:rsid w:val="00367A6D"/>
    <w:rsid w:val="003713A4"/>
    <w:rsid w:val="003715E7"/>
    <w:rsid w:val="00371DBF"/>
    <w:rsid w:val="003722A4"/>
    <w:rsid w:val="00372485"/>
    <w:rsid w:val="00373783"/>
    <w:rsid w:val="003738E2"/>
    <w:rsid w:val="00373D60"/>
    <w:rsid w:val="00375F05"/>
    <w:rsid w:val="0037602F"/>
    <w:rsid w:val="003772BD"/>
    <w:rsid w:val="00377825"/>
    <w:rsid w:val="0038024A"/>
    <w:rsid w:val="00380975"/>
    <w:rsid w:val="003814D1"/>
    <w:rsid w:val="00381B6A"/>
    <w:rsid w:val="00381D5A"/>
    <w:rsid w:val="00383241"/>
    <w:rsid w:val="00383431"/>
    <w:rsid w:val="00383D3A"/>
    <w:rsid w:val="003856CA"/>
    <w:rsid w:val="00385F8A"/>
    <w:rsid w:val="003863D4"/>
    <w:rsid w:val="00386967"/>
    <w:rsid w:val="00391D47"/>
    <w:rsid w:val="0039273E"/>
    <w:rsid w:val="00392EE6"/>
    <w:rsid w:val="00393A52"/>
    <w:rsid w:val="00395E41"/>
    <w:rsid w:val="00396E11"/>
    <w:rsid w:val="003A0288"/>
    <w:rsid w:val="003A197E"/>
    <w:rsid w:val="003A2023"/>
    <w:rsid w:val="003A24DE"/>
    <w:rsid w:val="003A37BA"/>
    <w:rsid w:val="003A4CE8"/>
    <w:rsid w:val="003A6D7D"/>
    <w:rsid w:val="003A7AF1"/>
    <w:rsid w:val="003A7BCF"/>
    <w:rsid w:val="003B14FF"/>
    <w:rsid w:val="003B174D"/>
    <w:rsid w:val="003B1A3B"/>
    <w:rsid w:val="003B3EA5"/>
    <w:rsid w:val="003B5242"/>
    <w:rsid w:val="003B71E7"/>
    <w:rsid w:val="003B7EE9"/>
    <w:rsid w:val="003C035A"/>
    <w:rsid w:val="003C0600"/>
    <w:rsid w:val="003C0B1E"/>
    <w:rsid w:val="003C0C2E"/>
    <w:rsid w:val="003C0C4B"/>
    <w:rsid w:val="003C17FB"/>
    <w:rsid w:val="003C323D"/>
    <w:rsid w:val="003C4925"/>
    <w:rsid w:val="003C4BB3"/>
    <w:rsid w:val="003C6B08"/>
    <w:rsid w:val="003C7CEA"/>
    <w:rsid w:val="003C7E50"/>
    <w:rsid w:val="003D05B5"/>
    <w:rsid w:val="003D0899"/>
    <w:rsid w:val="003D0FC4"/>
    <w:rsid w:val="003D16B6"/>
    <w:rsid w:val="003D1A0C"/>
    <w:rsid w:val="003D21ED"/>
    <w:rsid w:val="003D3181"/>
    <w:rsid w:val="003D3303"/>
    <w:rsid w:val="003D3AE1"/>
    <w:rsid w:val="003D40B4"/>
    <w:rsid w:val="003E06F7"/>
    <w:rsid w:val="003E0E6D"/>
    <w:rsid w:val="003E26F5"/>
    <w:rsid w:val="003E3457"/>
    <w:rsid w:val="003E408C"/>
    <w:rsid w:val="003E476F"/>
    <w:rsid w:val="003E55B4"/>
    <w:rsid w:val="003E5AD3"/>
    <w:rsid w:val="003E63A3"/>
    <w:rsid w:val="003E6957"/>
    <w:rsid w:val="003E7C63"/>
    <w:rsid w:val="003F0234"/>
    <w:rsid w:val="003F057D"/>
    <w:rsid w:val="003F1F5F"/>
    <w:rsid w:val="003F2A97"/>
    <w:rsid w:val="003F33D2"/>
    <w:rsid w:val="003F34F3"/>
    <w:rsid w:val="003F3D3C"/>
    <w:rsid w:val="003F3FF0"/>
    <w:rsid w:val="003F4C8A"/>
    <w:rsid w:val="003F50E7"/>
    <w:rsid w:val="003F6939"/>
    <w:rsid w:val="003F6A92"/>
    <w:rsid w:val="0040053C"/>
    <w:rsid w:val="00400C57"/>
    <w:rsid w:val="0040101D"/>
    <w:rsid w:val="004013A3"/>
    <w:rsid w:val="00401FC3"/>
    <w:rsid w:val="0040218D"/>
    <w:rsid w:val="00402315"/>
    <w:rsid w:val="00404755"/>
    <w:rsid w:val="00404901"/>
    <w:rsid w:val="00405302"/>
    <w:rsid w:val="0040669B"/>
    <w:rsid w:val="00407387"/>
    <w:rsid w:val="00410F09"/>
    <w:rsid w:val="00415A16"/>
    <w:rsid w:val="004162B7"/>
    <w:rsid w:val="004167CE"/>
    <w:rsid w:val="00416F7C"/>
    <w:rsid w:val="00417E82"/>
    <w:rsid w:val="004202C9"/>
    <w:rsid w:val="0042074C"/>
    <w:rsid w:val="00421C96"/>
    <w:rsid w:val="004235A8"/>
    <w:rsid w:val="00423EA3"/>
    <w:rsid w:val="00426E72"/>
    <w:rsid w:val="0042717F"/>
    <w:rsid w:val="00427272"/>
    <w:rsid w:val="0042770B"/>
    <w:rsid w:val="00427C26"/>
    <w:rsid w:val="004300E8"/>
    <w:rsid w:val="00430A45"/>
    <w:rsid w:val="00430E47"/>
    <w:rsid w:val="00431A90"/>
    <w:rsid w:val="004324C8"/>
    <w:rsid w:val="00432E6F"/>
    <w:rsid w:val="00433970"/>
    <w:rsid w:val="00434F5A"/>
    <w:rsid w:val="0043529B"/>
    <w:rsid w:val="00435875"/>
    <w:rsid w:val="00435A2A"/>
    <w:rsid w:val="00436C4F"/>
    <w:rsid w:val="00436E36"/>
    <w:rsid w:val="0043789A"/>
    <w:rsid w:val="00437E2C"/>
    <w:rsid w:val="0044024B"/>
    <w:rsid w:val="004404C9"/>
    <w:rsid w:val="00440CBF"/>
    <w:rsid w:val="00444117"/>
    <w:rsid w:val="004442BA"/>
    <w:rsid w:val="00444E0C"/>
    <w:rsid w:val="004454EB"/>
    <w:rsid w:val="00445DEF"/>
    <w:rsid w:val="00446110"/>
    <w:rsid w:val="00447B99"/>
    <w:rsid w:val="00447BAD"/>
    <w:rsid w:val="00447FA5"/>
    <w:rsid w:val="00450B4E"/>
    <w:rsid w:val="0045112B"/>
    <w:rsid w:val="00451692"/>
    <w:rsid w:val="004520E2"/>
    <w:rsid w:val="00452441"/>
    <w:rsid w:val="0045289D"/>
    <w:rsid w:val="00452AC6"/>
    <w:rsid w:val="00453528"/>
    <w:rsid w:val="0045402E"/>
    <w:rsid w:val="004547B5"/>
    <w:rsid w:val="004548BA"/>
    <w:rsid w:val="00455F12"/>
    <w:rsid w:val="00456BE5"/>
    <w:rsid w:val="0045714A"/>
    <w:rsid w:val="004575E5"/>
    <w:rsid w:val="004604ED"/>
    <w:rsid w:val="00460AFB"/>
    <w:rsid w:val="0046456C"/>
    <w:rsid w:val="00464811"/>
    <w:rsid w:val="00465F05"/>
    <w:rsid w:val="00467C2B"/>
    <w:rsid w:val="00467E92"/>
    <w:rsid w:val="00471124"/>
    <w:rsid w:val="00473593"/>
    <w:rsid w:val="004739FD"/>
    <w:rsid w:val="004745B0"/>
    <w:rsid w:val="004755F5"/>
    <w:rsid w:val="00476268"/>
    <w:rsid w:val="00480FF0"/>
    <w:rsid w:val="00481AE0"/>
    <w:rsid w:val="00482C25"/>
    <w:rsid w:val="00485749"/>
    <w:rsid w:val="00485771"/>
    <w:rsid w:val="004871CF"/>
    <w:rsid w:val="00487AE7"/>
    <w:rsid w:val="00490AF3"/>
    <w:rsid w:val="00491405"/>
    <w:rsid w:val="00491BD2"/>
    <w:rsid w:val="00492134"/>
    <w:rsid w:val="004948FE"/>
    <w:rsid w:val="00496D0D"/>
    <w:rsid w:val="00497021"/>
    <w:rsid w:val="00497646"/>
    <w:rsid w:val="004A0157"/>
    <w:rsid w:val="004A1C4B"/>
    <w:rsid w:val="004A6EFF"/>
    <w:rsid w:val="004A79C3"/>
    <w:rsid w:val="004A7DBC"/>
    <w:rsid w:val="004A7F8A"/>
    <w:rsid w:val="004B11CA"/>
    <w:rsid w:val="004B1E78"/>
    <w:rsid w:val="004B297C"/>
    <w:rsid w:val="004B47F4"/>
    <w:rsid w:val="004B57F8"/>
    <w:rsid w:val="004B5F95"/>
    <w:rsid w:val="004B6D57"/>
    <w:rsid w:val="004C0975"/>
    <w:rsid w:val="004C146C"/>
    <w:rsid w:val="004C1FFA"/>
    <w:rsid w:val="004C4BEC"/>
    <w:rsid w:val="004C4E99"/>
    <w:rsid w:val="004C7385"/>
    <w:rsid w:val="004D079E"/>
    <w:rsid w:val="004D0E6D"/>
    <w:rsid w:val="004D1C5A"/>
    <w:rsid w:val="004D38DD"/>
    <w:rsid w:val="004D3FCA"/>
    <w:rsid w:val="004D4443"/>
    <w:rsid w:val="004D4C96"/>
    <w:rsid w:val="004D627B"/>
    <w:rsid w:val="004D6A6F"/>
    <w:rsid w:val="004D759C"/>
    <w:rsid w:val="004D7712"/>
    <w:rsid w:val="004D7A79"/>
    <w:rsid w:val="004D7F91"/>
    <w:rsid w:val="004E06C3"/>
    <w:rsid w:val="004E5437"/>
    <w:rsid w:val="004E6D85"/>
    <w:rsid w:val="004E7120"/>
    <w:rsid w:val="004E7906"/>
    <w:rsid w:val="004E798E"/>
    <w:rsid w:val="004F01A3"/>
    <w:rsid w:val="004F01B9"/>
    <w:rsid w:val="004F0A27"/>
    <w:rsid w:val="004F2405"/>
    <w:rsid w:val="004F59B2"/>
    <w:rsid w:val="004F5E8E"/>
    <w:rsid w:val="005003AC"/>
    <w:rsid w:val="005004FF"/>
    <w:rsid w:val="005005BC"/>
    <w:rsid w:val="0050086F"/>
    <w:rsid w:val="00500DFA"/>
    <w:rsid w:val="00504E08"/>
    <w:rsid w:val="00507D35"/>
    <w:rsid w:val="00507FB3"/>
    <w:rsid w:val="00510566"/>
    <w:rsid w:val="00510F65"/>
    <w:rsid w:val="00511BBA"/>
    <w:rsid w:val="0051318D"/>
    <w:rsid w:val="00513BEA"/>
    <w:rsid w:val="0051582A"/>
    <w:rsid w:val="005175D1"/>
    <w:rsid w:val="00517950"/>
    <w:rsid w:val="00517C65"/>
    <w:rsid w:val="005203BD"/>
    <w:rsid w:val="00521B38"/>
    <w:rsid w:val="005230E2"/>
    <w:rsid w:val="00524FD0"/>
    <w:rsid w:val="005253B8"/>
    <w:rsid w:val="005270FD"/>
    <w:rsid w:val="00527493"/>
    <w:rsid w:val="0052797F"/>
    <w:rsid w:val="00530C72"/>
    <w:rsid w:val="005310DF"/>
    <w:rsid w:val="00531360"/>
    <w:rsid w:val="00531F85"/>
    <w:rsid w:val="00532051"/>
    <w:rsid w:val="005331C6"/>
    <w:rsid w:val="005333D4"/>
    <w:rsid w:val="00535058"/>
    <w:rsid w:val="005350AA"/>
    <w:rsid w:val="00535A2F"/>
    <w:rsid w:val="00535DAC"/>
    <w:rsid w:val="005376BC"/>
    <w:rsid w:val="00537C4D"/>
    <w:rsid w:val="005405D8"/>
    <w:rsid w:val="0054182D"/>
    <w:rsid w:val="005418E1"/>
    <w:rsid w:val="00542903"/>
    <w:rsid w:val="00542EE8"/>
    <w:rsid w:val="00543293"/>
    <w:rsid w:val="00544A91"/>
    <w:rsid w:val="00553094"/>
    <w:rsid w:val="00554C42"/>
    <w:rsid w:val="0055547D"/>
    <w:rsid w:val="00555634"/>
    <w:rsid w:val="00555AA2"/>
    <w:rsid w:val="005568F2"/>
    <w:rsid w:val="005604C8"/>
    <w:rsid w:val="00561146"/>
    <w:rsid w:val="00561D19"/>
    <w:rsid w:val="00561E40"/>
    <w:rsid w:val="00562A63"/>
    <w:rsid w:val="005635F9"/>
    <w:rsid w:val="00563864"/>
    <w:rsid w:val="00564B52"/>
    <w:rsid w:val="00565B40"/>
    <w:rsid w:val="00565F43"/>
    <w:rsid w:val="00570954"/>
    <w:rsid w:val="00572F1A"/>
    <w:rsid w:val="0057364C"/>
    <w:rsid w:val="005751AF"/>
    <w:rsid w:val="00575726"/>
    <w:rsid w:val="00575F8A"/>
    <w:rsid w:val="005760DD"/>
    <w:rsid w:val="005765F2"/>
    <w:rsid w:val="00576722"/>
    <w:rsid w:val="00576AF6"/>
    <w:rsid w:val="00580A86"/>
    <w:rsid w:val="00580FAB"/>
    <w:rsid w:val="0058155F"/>
    <w:rsid w:val="005821A4"/>
    <w:rsid w:val="0058372E"/>
    <w:rsid w:val="00583F36"/>
    <w:rsid w:val="00584712"/>
    <w:rsid w:val="00584BA1"/>
    <w:rsid w:val="005869A6"/>
    <w:rsid w:val="00587696"/>
    <w:rsid w:val="00591035"/>
    <w:rsid w:val="0059133D"/>
    <w:rsid w:val="00591430"/>
    <w:rsid w:val="00591582"/>
    <w:rsid w:val="00592221"/>
    <w:rsid w:val="005933BF"/>
    <w:rsid w:val="0059496A"/>
    <w:rsid w:val="00594B0D"/>
    <w:rsid w:val="00594FBC"/>
    <w:rsid w:val="00595978"/>
    <w:rsid w:val="0059637E"/>
    <w:rsid w:val="005974D8"/>
    <w:rsid w:val="005A09E7"/>
    <w:rsid w:val="005A1029"/>
    <w:rsid w:val="005A1D82"/>
    <w:rsid w:val="005A1EBB"/>
    <w:rsid w:val="005A28A9"/>
    <w:rsid w:val="005A2D3C"/>
    <w:rsid w:val="005A3C10"/>
    <w:rsid w:val="005A3CDB"/>
    <w:rsid w:val="005B052E"/>
    <w:rsid w:val="005B0937"/>
    <w:rsid w:val="005B0E3C"/>
    <w:rsid w:val="005B13BC"/>
    <w:rsid w:val="005B1E02"/>
    <w:rsid w:val="005B2EE1"/>
    <w:rsid w:val="005B3311"/>
    <w:rsid w:val="005B527B"/>
    <w:rsid w:val="005B5738"/>
    <w:rsid w:val="005B5A53"/>
    <w:rsid w:val="005B7F27"/>
    <w:rsid w:val="005C01A0"/>
    <w:rsid w:val="005C01EA"/>
    <w:rsid w:val="005C034A"/>
    <w:rsid w:val="005C1067"/>
    <w:rsid w:val="005C16E3"/>
    <w:rsid w:val="005C1CCC"/>
    <w:rsid w:val="005C363E"/>
    <w:rsid w:val="005C3A27"/>
    <w:rsid w:val="005C5C19"/>
    <w:rsid w:val="005C7E7D"/>
    <w:rsid w:val="005D0C53"/>
    <w:rsid w:val="005D0F71"/>
    <w:rsid w:val="005D10DE"/>
    <w:rsid w:val="005D2886"/>
    <w:rsid w:val="005D3EBA"/>
    <w:rsid w:val="005D3F2E"/>
    <w:rsid w:val="005D5350"/>
    <w:rsid w:val="005D5C1C"/>
    <w:rsid w:val="005E0770"/>
    <w:rsid w:val="005E0FBB"/>
    <w:rsid w:val="005E3527"/>
    <w:rsid w:val="005E4414"/>
    <w:rsid w:val="005E4A91"/>
    <w:rsid w:val="005E4B97"/>
    <w:rsid w:val="005E4D8B"/>
    <w:rsid w:val="005E6192"/>
    <w:rsid w:val="005E6626"/>
    <w:rsid w:val="005E6DD1"/>
    <w:rsid w:val="005E73D9"/>
    <w:rsid w:val="005E7C16"/>
    <w:rsid w:val="005F118F"/>
    <w:rsid w:val="005F1450"/>
    <w:rsid w:val="005F1C93"/>
    <w:rsid w:val="005F2DA2"/>
    <w:rsid w:val="005F2EE9"/>
    <w:rsid w:val="005F32FA"/>
    <w:rsid w:val="005F354D"/>
    <w:rsid w:val="005F47F4"/>
    <w:rsid w:val="005F5B34"/>
    <w:rsid w:val="005F73A6"/>
    <w:rsid w:val="005F7646"/>
    <w:rsid w:val="00600FBB"/>
    <w:rsid w:val="00602AD2"/>
    <w:rsid w:val="00602BBA"/>
    <w:rsid w:val="00603CF9"/>
    <w:rsid w:val="00606589"/>
    <w:rsid w:val="00610D69"/>
    <w:rsid w:val="00611A2B"/>
    <w:rsid w:val="006135B2"/>
    <w:rsid w:val="00614086"/>
    <w:rsid w:val="0061485E"/>
    <w:rsid w:val="00615F0E"/>
    <w:rsid w:val="00617986"/>
    <w:rsid w:val="00620DE8"/>
    <w:rsid w:val="006210DF"/>
    <w:rsid w:val="00621AB3"/>
    <w:rsid w:val="00622D0C"/>
    <w:rsid w:val="0062556E"/>
    <w:rsid w:val="00625933"/>
    <w:rsid w:val="006265A0"/>
    <w:rsid w:val="00626670"/>
    <w:rsid w:val="00626CE9"/>
    <w:rsid w:val="00630190"/>
    <w:rsid w:val="0063197E"/>
    <w:rsid w:val="00631CA0"/>
    <w:rsid w:val="0063236F"/>
    <w:rsid w:val="00632750"/>
    <w:rsid w:val="00632777"/>
    <w:rsid w:val="006337BD"/>
    <w:rsid w:val="00633FB3"/>
    <w:rsid w:val="0063509B"/>
    <w:rsid w:val="00636103"/>
    <w:rsid w:val="00636662"/>
    <w:rsid w:val="0064156C"/>
    <w:rsid w:val="00642771"/>
    <w:rsid w:val="00642934"/>
    <w:rsid w:val="00642BFC"/>
    <w:rsid w:val="0064303C"/>
    <w:rsid w:val="0064467F"/>
    <w:rsid w:val="00644B8A"/>
    <w:rsid w:val="00644D6A"/>
    <w:rsid w:val="006459DC"/>
    <w:rsid w:val="00645B23"/>
    <w:rsid w:val="0064642E"/>
    <w:rsid w:val="00646725"/>
    <w:rsid w:val="00647FF1"/>
    <w:rsid w:val="006507EE"/>
    <w:rsid w:val="00651684"/>
    <w:rsid w:val="00651D03"/>
    <w:rsid w:val="00652CC2"/>
    <w:rsid w:val="0065396E"/>
    <w:rsid w:val="00654103"/>
    <w:rsid w:val="00654A63"/>
    <w:rsid w:val="00654E41"/>
    <w:rsid w:val="006563DD"/>
    <w:rsid w:val="00657879"/>
    <w:rsid w:val="00657AE0"/>
    <w:rsid w:val="00657BB0"/>
    <w:rsid w:val="00657E31"/>
    <w:rsid w:val="006624BA"/>
    <w:rsid w:val="00662662"/>
    <w:rsid w:val="00662FD2"/>
    <w:rsid w:val="00663AE1"/>
    <w:rsid w:val="00664ACB"/>
    <w:rsid w:val="00664CE8"/>
    <w:rsid w:val="0066509C"/>
    <w:rsid w:val="006651B6"/>
    <w:rsid w:val="00666871"/>
    <w:rsid w:val="00666A72"/>
    <w:rsid w:val="00666DC9"/>
    <w:rsid w:val="006678C2"/>
    <w:rsid w:val="00667DC5"/>
    <w:rsid w:val="00672ABC"/>
    <w:rsid w:val="00672E92"/>
    <w:rsid w:val="0067362E"/>
    <w:rsid w:val="00674870"/>
    <w:rsid w:val="006750BE"/>
    <w:rsid w:val="00675E3E"/>
    <w:rsid w:val="0067716A"/>
    <w:rsid w:val="00680732"/>
    <w:rsid w:val="00682132"/>
    <w:rsid w:val="00682CDF"/>
    <w:rsid w:val="00683529"/>
    <w:rsid w:val="00683A4F"/>
    <w:rsid w:val="006844D0"/>
    <w:rsid w:val="006850AA"/>
    <w:rsid w:val="00687B9C"/>
    <w:rsid w:val="00687C64"/>
    <w:rsid w:val="00687D32"/>
    <w:rsid w:val="00687EEE"/>
    <w:rsid w:val="0069039E"/>
    <w:rsid w:val="00690515"/>
    <w:rsid w:val="00690EE9"/>
    <w:rsid w:val="00691A2C"/>
    <w:rsid w:val="006930BD"/>
    <w:rsid w:val="00693B20"/>
    <w:rsid w:val="00693B79"/>
    <w:rsid w:val="0069447A"/>
    <w:rsid w:val="0069447E"/>
    <w:rsid w:val="00695489"/>
    <w:rsid w:val="006A0902"/>
    <w:rsid w:val="006A0AC5"/>
    <w:rsid w:val="006A0C77"/>
    <w:rsid w:val="006A2902"/>
    <w:rsid w:val="006A3AF1"/>
    <w:rsid w:val="006A3F6A"/>
    <w:rsid w:val="006A41AC"/>
    <w:rsid w:val="006A6E92"/>
    <w:rsid w:val="006A701C"/>
    <w:rsid w:val="006A78F6"/>
    <w:rsid w:val="006B0F49"/>
    <w:rsid w:val="006B3540"/>
    <w:rsid w:val="006B3BF2"/>
    <w:rsid w:val="006B4163"/>
    <w:rsid w:val="006B4A9D"/>
    <w:rsid w:val="006B4BA4"/>
    <w:rsid w:val="006B5086"/>
    <w:rsid w:val="006B59AA"/>
    <w:rsid w:val="006B6930"/>
    <w:rsid w:val="006B75BA"/>
    <w:rsid w:val="006C08FB"/>
    <w:rsid w:val="006C0AB4"/>
    <w:rsid w:val="006C1284"/>
    <w:rsid w:val="006C17FF"/>
    <w:rsid w:val="006C2BC8"/>
    <w:rsid w:val="006C3326"/>
    <w:rsid w:val="006C5959"/>
    <w:rsid w:val="006C71CA"/>
    <w:rsid w:val="006C72C2"/>
    <w:rsid w:val="006C7E5F"/>
    <w:rsid w:val="006D1AFD"/>
    <w:rsid w:val="006D2A9F"/>
    <w:rsid w:val="006D4C24"/>
    <w:rsid w:val="006D672D"/>
    <w:rsid w:val="006E0320"/>
    <w:rsid w:val="006E08CD"/>
    <w:rsid w:val="006E19C4"/>
    <w:rsid w:val="006E1C06"/>
    <w:rsid w:val="006E2A04"/>
    <w:rsid w:val="006E2A63"/>
    <w:rsid w:val="006E2F7E"/>
    <w:rsid w:val="006E3205"/>
    <w:rsid w:val="006E4ED5"/>
    <w:rsid w:val="006E62F1"/>
    <w:rsid w:val="006F0BC8"/>
    <w:rsid w:val="006F4557"/>
    <w:rsid w:val="006F635A"/>
    <w:rsid w:val="006F6F16"/>
    <w:rsid w:val="00702867"/>
    <w:rsid w:val="0070342D"/>
    <w:rsid w:val="00703763"/>
    <w:rsid w:val="007037A2"/>
    <w:rsid w:val="00703F4B"/>
    <w:rsid w:val="007042F6"/>
    <w:rsid w:val="00705A1A"/>
    <w:rsid w:val="00706B64"/>
    <w:rsid w:val="00710A88"/>
    <w:rsid w:val="007127CA"/>
    <w:rsid w:val="0071456F"/>
    <w:rsid w:val="00714EB5"/>
    <w:rsid w:val="007152A1"/>
    <w:rsid w:val="00715D32"/>
    <w:rsid w:val="00717AEC"/>
    <w:rsid w:val="00721FF7"/>
    <w:rsid w:val="007226A4"/>
    <w:rsid w:val="00722879"/>
    <w:rsid w:val="007233EE"/>
    <w:rsid w:val="0072451F"/>
    <w:rsid w:val="007247B0"/>
    <w:rsid w:val="00724F3F"/>
    <w:rsid w:val="007276BD"/>
    <w:rsid w:val="00727F9C"/>
    <w:rsid w:val="00731789"/>
    <w:rsid w:val="0073210E"/>
    <w:rsid w:val="00732C8F"/>
    <w:rsid w:val="00736BB4"/>
    <w:rsid w:val="0074033E"/>
    <w:rsid w:val="007405A0"/>
    <w:rsid w:val="007419E1"/>
    <w:rsid w:val="00741E14"/>
    <w:rsid w:val="00742191"/>
    <w:rsid w:val="007427EE"/>
    <w:rsid w:val="007432BA"/>
    <w:rsid w:val="00743C6A"/>
    <w:rsid w:val="00745732"/>
    <w:rsid w:val="007464E5"/>
    <w:rsid w:val="00750250"/>
    <w:rsid w:val="00750A37"/>
    <w:rsid w:val="0075161F"/>
    <w:rsid w:val="007518B7"/>
    <w:rsid w:val="00752241"/>
    <w:rsid w:val="00753F8A"/>
    <w:rsid w:val="00755CBB"/>
    <w:rsid w:val="007575CA"/>
    <w:rsid w:val="007603A4"/>
    <w:rsid w:val="007603B2"/>
    <w:rsid w:val="007606C6"/>
    <w:rsid w:val="007607E9"/>
    <w:rsid w:val="0076234A"/>
    <w:rsid w:val="007631F2"/>
    <w:rsid w:val="00763D59"/>
    <w:rsid w:val="00763F2A"/>
    <w:rsid w:val="00764524"/>
    <w:rsid w:val="007650CD"/>
    <w:rsid w:val="00765EA1"/>
    <w:rsid w:val="00766805"/>
    <w:rsid w:val="0076791E"/>
    <w:rsid w:val="00767F66"/>
    <w:rsid w:val="007708A8"/>
    <w:rsid w:val="00772031"/>
    <w:rsid w:val="007744A8"/>
    <w:rsid w:val="007758DF"/>
    <w:rsid w:val="00776EC5"/>
    <w:rsid w:val="00781104"/>
    <w:rsid w:val="007827CF"/>
    <w:rsid w:val="00782C23"/>
    <w:rsid w:val="00783515"/>
    <w:rsid w:val="00784259"/>
    <w:rsid w:val="007860B7"/>
    <w:rsid w:val="00786BE4"/>
    <w:rsid w:val="00786E83"/>
    <w:rsid w:val="007876DB"/>
    <w:rsid w:val="00787F48"/>
    <w:rsid w:val="00791501"/>
    <w:rsid w:val="00795350"/>
    <w:rsid w:val="0079619B"/>
    <w:rsid w:val="00796C9A"/>
    <w:rsid w:val="007A0734"/>
    <w:rsid w:val="007A188E"/>
    <w:rsid w:val="007A2999"/>
    <w:rsid w:val="007A2C29"/>
    <w:rsid w:val="007A45A5"/>
    <w:rsid w:val="007A4D38"/>
    <w:rsid w:val="007A4DEE"/>
    <w:rsid w:val="007A5FC2"/>
    <w:rsid w:val="007A688F"/>
    <w:rsid w:val="007A75EE"/>
    <w:rsid w:val="007B072E"/>
    <w:rsid w:val="007B08EF"/>
    <w:rsid w:val="007B2235"/>
    <w:rsid w:val="007B2343"/>
    <w:rsid w:val="007B4F71"/>
    <w:rsid w:val="007B5569"/>
    <w:rsid w:val="007B6122"/>
    <w:rsid w:val="007B6359"/>
    <w:rsid w:val="007B7B97"/>
    <w:rsid w:val="007C2C83"/>
    <w:rsid w:val="007C324F"/>
    <w:rsid w:val="007C3EE5"/>
    <w:rsid w:val="007C4CEC"/>
    <w:rsid w:val="007C53AA"/>
    <w:rsid w:val="007D062D"/>
    <w:rsid w:val="007D0E3D"/>
    <w:rsid w:val="007D0F7F"/>
    <w:rsid w:val="007D27B2"/>
    <w:rsid w:val="007D2BBF"/>
    <w:rsid w:val="007D31C3"/>
    <w:rsid w:val="007D3310"/>
    <w:rsid w:val="007D4999"/>
    <w:rsid w:val="007D4FCE"/>
    <w:rsid w:val="007D5B9D"/>
    <w:rsid w:val="007D6CAE"/>
    <w:rsid w:val="007E0524"/>
    <w:rsid w:val="007E2197"/>
    <w:rsid w:val="007E227D"/>
    <w:rsid w:val="007E24B4"/>
    <w:rsid w:val="007E2A7D"/>
    <w:rsid w:val="007E4287"/>
    <w:rsid w:val="007E5109"/>
    <w:rsid w:val="007E6D33"/>
    <w:rsid w:val="007F0B6B"/>
    <w:rsid w:val="007F1E67"/>
    <w:rsid w:val="007F1F52"/>
    <w:rsid w:val="007F20F7"/>
    <w:rsid w:val="007F4118"/>
    <w:rsid w:val="007F4566"/>
    <w:rsid w:val="007F69BA"/>
    <w:rsid w:val="007F7F0B"/>
    <w:rsid w:val="0080090C"/>
    <w:rsid w:val="00800BF2"/>
    <w:rsid w:val="00800CF6"/>
    <w:rsid w:val="00800F93"/>
    <w:rsid w:val="00801304"/>
    <w:rsid w:val="00802139"/>
    <w:rsid w:val="0080256A"/>
    <w:rsid w:val="008026A5"/>
    <w:rsid w:val="00802EEC"/>
    <w:rsid w:val="00802F15"/>
    <w:rsid w:val="00803B9A"/>
    <w:rsid w:val="00805DDF"/>
    <w:rsid w:val="0080603D"/>
    <w:rsid w:val="008067F6"/>
    <w:rsid w:val="008077EE"/>
    <w:rsid w:val="00807CFD"/>
    <w:rsid w:val="00807E52"/>
    <w:rsid w:val="008101AE"/>
    <w:rsid w:val="00812446"/>
    <w:rsid w:val="00813755"/>
    <w:rsid w:val="00814FF3"/>
    <w:rsid w:val="008157E3"/>
    <w:rsid w:val="0081590E"/>
    <w:rsid w:val="00816D82"/>
    <w:rsid w:val="0082154D"/>
    <w:rsid w:val="00821593"/>
    <w:rsid w:val="008216F0"/>
    <w:rsid w:val="00821F40"/>
    <w:rsid w:val="0082287F"/>
    <w:rsid w:val="008228C8"/>
    <w:rsid w:val="00823432"/>
    <w:rsid w:val="008250A6"/>
    <w:rsid w:val="008268FF"/>
    <w:rsid w:val="00826C11"/>
    <w:rsid w:val="00830FAD"/>
    <w:rsid w:val="00831ED6"/>
    <w:rsid w:val="008326BD"/>
    <w:rsid w:val="0083312F"/>
    <w:rsid w:val="00834E35"/>
    <w:rsid w:val="00837665"/>
    <w:rsid w:val="00840772"/>
    <w:rsid w:val="008415C4"/>
    <w:rsid w:val="00841B01"/>
    <w:rsid w:val="00842918"/>
    <w:rsid w:val="00842C4F"/>
    <w:rsid w:val="00844188"/>
    <w:rsid w:val="00844490"/>
    <w:rsid w:val="00844744"/>
    <w:rsid w:val="00844AB0"/>
    <w:rsid w:val="00845B8A"/>
    <w:rsid w:val="00847F5A"/>
    <w:rsid w:val="00850412"/>
    <w:rsid w:val="008506D3"/>
    <w:rsid w:val="00851637"/>
    <w:rsid w:val="00852C6F"/>
    <w:rsid w:val="008545B7"/>
    <w:rsid w:val="00855178"/>
    <w:rsid w:val="00855CB0"/>
    <w:rsid w:val="00856E0B"/>
    <w:rsid w:val="00856E5E"/>
    <w:rsid w:val="008607D9"/>
    <w:rsid w:val="00862262"/>
    <w:rsid w:val="00865267"/>
    <w:rsid w:val="0086791C"/>
    <w:rsid w:val="0087024C"/>
    <w:rsid w:val="008704DF"/>
    <w:rsid w:val="00870FAA"/>
    <w:rsid w:val="00871972"/>
    <w:rsid w:val="00872306"/>
    <w:rsid w:val="008735D1"/>
    <w:rsid w:val="008743B6"/>
    <w:rsid w:val="00874DC0"/>
    <w:rsid w:val="00876A96"/>
    <w:rsid w:val="008801D7"/>
    <w:rsid w:val="0088080C"/>
    <w:rsid w:val="00880DE5"/>
    <w:rsid w:val="00882D32"/>
    <w:rsid w:val="00882E64"/>
    <w:rsid w:val="00883890"/>
    <w:rsid w:val="00884C8A"/>
    <w:rsid w:val="00885996"/>
    <w:rsid w:val="00885F89"/>
    <w:rsid w:val="00886676"/>
    <w:rsid w:val="008871AD"/>
    <w:rsid w:val="00890EA9"/>
    <w:rsid w:val="00891AD4"/>
    <w:rsid w:val="00892001"/>
    <w:rsid w:val="0089275B"/>
    <w:rsid w:val="008933F3"/>
    <w:rsid w:val="00893CBB"/>
    <w:rsid w:val="0089483B"/>
    <w:rsid w:val="00894B77"/>
    <w:rsid w:val="00896088"/>
    <w:rsid w:val="008A05CA"/>
    <w:rsid w:val="008A05F7"/>
    <w:rsid w:val="008A2B6B"/>
    <w:rsid w:val="008A3153"/>
    <w:rsid w:val="008A3B1A"/>
    <w:rsid w:val="008A4382"/>
    <w:rsid w:val="008A4929"/>
    <w:rsid w:val="008A5D11"/>
    <w:rsid w:val="008A6EA0"/>
    <w:rsid w:val="008B07EC"/>
    <w:rsid w:val="008B09B4"/>
    <w:rsid w:val="008B1095"/>
    <w:rsid w:val="008B17E3"/>
    <w:rsid w:val="008B18F7"/>
    <w:rsid w:val="008B1C4A"/>
    <w:rsid w:val="008B1F9B"/>
    <w:rsid w:val="008B3DC5"/>
    <w:rsid w:val="008B7AC5"/>
    <w:rsid w:val="008C3781"/>
    <w:rsid w:val="008C67DF"/>
    <w:rsid w:val="008D0BB7"/>
    <w:rsid w:val="008D15EC"/>
    <w:rsid w:val="008D20F9"/>
    <w:rsid w:val="008D2208"/>
    <w:rsid w:val="008D2933"/>
    <w:rsid w:val="008D41D8"/>
    <w:rsid w:val="008D5707"/>
    <w:rsid w:val="008D5928"/>
    <w:rsid w:val="008D6194"/>
    <w:rsid w:val="008D62E5"/>
    <w:rsid w:val="008E0B08"/>
    <w:rsid w:val="008E4AD4"/>
    <w:rsid w:val="008E4C3A"/>
    <w:rsid w:val="008E4C6D"/>
    <w:rsid w:val="008E4FF8"/>
    <w:rsid w:val="008E600D"/>
    <w:rsid w:val="008E64C1"/>
    <w:rsid w:val="008F0054"/>
    <w:rsid w:val="008F0227"/>
    <w:rsid w:val="008F0517"/>
    <w:rsid w:val="008F095A"/>
    <w:rsid w:val="008F1387"/>
    <w:rsid w:val="008F21E1"/>
    <w:rsid w:val="008F46CB"/>
    <w:rsid w:val="008F5D6A"/>
    <w:rsid w:val="008F614B"/>
    <w:rsid w:val="0090035C"/>
    <w:rsid w:val="00903CE5"/>
    <w:rsid w:val="009045B5"/>
    <w:rsid w:val="00906B56"/>
    <w:rsid w:val="00906D63"/>
    <w:rsid w:val="00910FA7"/>
    <w:rsid w:val="0091154A"/>
    <w:rsid w:val="009115FD"/>
    <w:rsid w:val="00911615"/>
    <w:rsid w:val="00911E61"/>
    <w:rsid w:val="00912A53"/>
    <w:rsid w:val="00913761"/>
    <w:rsid w:val="00913E00"/>
    <w:rsid w:val="009148F0"/>
    <w:rsid w:val="009160F4"/>
    <w:rsid w:val="0092124A"/>
    <w:rsid w:val="00922FD6"/>
    <w:rsid w:val="00924E6E"/>
    <w:rsid w:val="009252A3"/>
    <w:rsid w:val="009262C1"/>
    <w:rsid w:val="00927AB7"/>
    <w:rsid w:val="00927B60"/>
    <w:rsid w:val="00930EAC"/>
    <w:rsid w:val="00932011"/>
    <w:rsid w:val="00932463"/>
    <w:rsid w:val="0093321F"/>
    <w:rsid w:val="009366E7"/>
    <w:rsid w:val="00936D1F"/>
    <w:rsid w:val="00937482"/>
    <w:rsid w:val="00937ED8"/>
    <w:rsid w:val="009404E7"/>
    <w:rsid w:val="0094182C"/>
    <w:rsid w:val="00943D74"/>
    <w:rsid w:val="00945891"/>
    <w:rsid w:val="009464E8"/>
    <w:rsid w:val="00946708"/>
    <w:rsid w:val="0095026E"/>
    <w:rsid w:val="00950787"/>
    <w:rsid w:val="009509D4"/>
    <w:rsid w:val="00952698"/>
    <w:rsid w:val="00953808"/>
    <w:rsid w:val="00954B1F"/>
    <w:rsid w:val="00954C18"/>
    <w:rsid w:val="00954C3B"/>
    <w:rsid w:val="009561E1"/>
    <w:rsid w:val="00956E9F"/>
    <w:rsid w:val="009571AA"/>
    <w:rsid w:val="00957A5C"/>
    <w:rsid w:val="00957FCB"/>
    <w:rsid w:val="009624A8"/>
    <w:rsid w:val="00963BEC"/>
    <w:rsid w:val="00964555"/>
    <w:rsid w:val="009658DC"/>
    <w:rsid w:val="0097205A"/>
    <w:rsid w:val="00972E24"/>
    <w:rsid w:val="009731B2"/>
    <w:rsid w:val="00973583"/>
    <w:rsid w:val="009750FD"/>
    <w:rsid w:val="0097619F"/>
    <w:rsid w:val="00976436"/>
    <w:rsid w:val="00977599"/>
    <w:rsid w:val="00980A20"/>
    <w:rsid w:val="0098107E"/>
    <w:rsid w:val="009810D9"/>
    <w:rsid w:val="009846E7"/>
    <w:rsid w:val="00987431"/>
    <w:rsid w:val="00990740"/>
    <w:rsid w:val="00990B65"/>
    <w:rsid w:val="009926BD"/>
    <w:rsid w:val="00992FEC"/>
    <w:rsid w:val="00994D13"/>
    <w:rsid w:val="00997052"/>
    <w:rsid w:val="009A0945"/>
    <w:rsid w:val="009A5F4D"/>
    <w:rsid w:val="009B0DC7"/>
    <w:rsid w:val="009B22EF"/>
    <w:rsid w:val="009B4BF6"/>
    <w:rsid w:val="009B4CF6"/>
    <w:rsid w:val="009B6A78"/>
    <w:rsid w:val="009B7750"/>
    <w:rsid w:val="009C0644"/>
    <w:rsid w:val="009C0809"/>
    <w:rsid w:val="009C1669"/>
    <w:rsid w:val="009C1969"/>
    <w:rsid w:val="009C2504"/>
    <w:rsid w:val="009C3442"/>
    <w:rsid w:val="009C7146"/>
    <w:rsid w:val="009D1F09"/>
    <w:rsid w:val="009D2060"/>
    <w:rsid w:val="009D3F9D"/>
    <w:rsid w:val="009D5197"/>
    <w:rsid w:val="009D631F"/>
    <w:rsid w:val="009D7AEF"/>
    <w:rsid w:val="009D7E85"/>
    <w:rsid w:val="009E0BB4"/>
    <w:rsid w:val="009E0EF4"/>
    <w:rsid w:val="009E1DE8"/>
    <w:rsid w:val="009E204A"/>
    <w:rsid w:val="009E292E"/>
    <w:rsid w:val="009E5EF4"/>
    <w:rsid w:val="009E6744"/>
    <w:rsid w:val="009F0B00"/>
    <w:rsid w:val="009F28A7"/>
    <w:rsid w:val="009F2E32"/>
    <w:rsid w:val="009F345D"/>
    <w:rsid w:val="009F391D"/>
    <w:rsid w:val="009F3E26"/>
    <w:rsid w:val="009F3F1B"/>
    <w:rsid w:val="009F5241"/>
    <w:rsid w:val="009F58C5"/>
    <w:rsid w:val="00A012EB"/>
    <w:rsid w:val="00A02D58"/>
    <w:rsid w:val="00A03D3F"/>
    <w:rsid w:val="00A04E84"/>
    <w:rsid w:val="00A05940"/>
    <w:rsid w:val="00A06AD8"/>
    <w:rsid w:val="00A07737"/>
    <w:rsid w:val="00A07E81"/>
    <w:rsid w:val="00A07EBC"/>
    <w:rsid w:val="00A10B17"/>
    <w:rsid w:val="00A1369F"/>
    <w:rsid w:val="00A1615D"/>
    <w:rsid w:val="00A1779F"/>
    <w:rsid w:val="00A2004B"/>
    <w:rsid w:val="00A20C46"/>
    <w:rsid w:val="00A21FB9"/>
    <w:rsid w:val="00A22564"/>
    <w:rsid w:val="00A229BE"/>
    <w:rsid w:val="00A2364B"/>
    <w:rsid w:val="00A2397E"/>
    <w:rsid w:val="00A24B0E"/>
    <w:rsid w:val="00A2590E"/>
    <w:rsid w:val="00A2687D"/>
    <w:rsid w:val="00A30419"/>
    <w:rsid w:val="00A30C0C"/>
    <w:rsid w:val="00A316CD"/>
    <w:rsid w:val="00A31F30"/>
    <w:rsid w:val="00A33BC8"/>
    <w:rsid w:val="00A34DE0"/>
    <w:rsid w:val="00A34FAD"/>
    <w:rsid w:val="00A35149"/>
    <w:rsid w:val="00A3523D"/>
    <w:rsid w:val="00A36166"/>
    <w:rsid w:val="00A36CB1"/>
    <w:rsid w:val="00A403C0"/>
    <w:rsid w:val="00A4046C"/>
    <w:rsid w:val="00A41235"/>
    <w:rsid w:val="00A413D2"/>
    <w:rsid w:val="00A41A64"/>
    <w:rsid w:val="00A41AAB"/>
    <w:rsid w:val="00A42E5E"/>
    <w:rsid w:val="00A433DD"/>
    <w:rsid w:val="00A43F3F"/>
    <w:rsid w:val="00A445CF"/>
    <w:rsid w:val="00A44FC8"/>
    <w:rsid w:val="00A45D17"/>
    <w:rsid w:val="00A47257"/>
    <w:rsid w:val="00A50C72"/>
    <w:rsid w:val="00A51CE9"/>
    <w:rsid w:val="00A52226"/>
    <w:rsid w:val="00A534DD"/>
    <w:rsid w:val="00A5590D"/>
    <w:rsid w:val="00A568CA"/>
    <w:rsid w:val="00A572C4"/>
    <w:rsid w:val="00A60544"/>
    <w:rsid w:val="00A60CD8"/>
    <w:rsid w:val="00A61804"/>
    <w:rsid w:val="00A61DE7"/>
    <w:rsid w:val="00A62093"/>
    <w:rsid w:val="00A64C77"/>
    <w:rsid w:val="00A67CED"/>
    <w:rsid w:val="00A70A98"/>
    <w:rsid w:val="00A7133C"/>
    <w:rsid w:val="00A718D8"/>
    <w:rsid w:val="00A71D43"/>
    <w:rsid w:val="00A72326"/>
    <w:rsid w:val="00A72667"/>
    <w:rsid w:val="00A72FCA"/>
    <w:rsid w:val="00A74FEF"/>
    <w:rsid w:val="00A752F1"/>
    <w:rsid w:val="00A75852"/>
    <w:rsid w:val="00A7623A"/>
    <w:rsid w:val="00A7703F"/>
    <w:rsid w:val="00A774B0"/>
    <w:rsid w:val="00A8053D"/>
    <w:rsid w:val="00A8163F"/>
    <w:rsid w:val="00A81BFA"/>
    <w:rsid w:val="00A83CBC"/>
    <w:rsid w:val="00A8422C"/>
    <w:rsid w:val="00A846EE"/>
    <w:rsid w:val="00A87605"/>
    <w:rsid w:val="00A87D59"/>
    <w:rsid w:val="00A91495"/>
    <w:rsid w:val="00A91EEC"/>
    <w:rsid w:val="00A922C7"/>
    <w:rsid w:val="00A92A62"/>
    <w:rsid w:val="00A93AA7"/>
    <w:rsid w:val="00A93C3D"/>
    <w:rsid w:val="00A94324"/>
    <w:rsid w:val="00A946C3"/>
    <w:rsid w:val="00A95AFE"/>
    <w:rsid w:val="00A95DEF"/>
    <w:rsid w:val="00AA0722"/>
    <w:rsid w:val="00AA1B70"/>
    <w:rsid w:val="00AA1D8D"/>
    <w:rsid w:val="00AA246D"/>
    <w:rsid w:val="00AA3435"/>
    <w:rsid w:val="00AA3598"/>
    <w:rsid w:val="00AA3EDA"/>
    <w:rsid w:val="00AB0535"/>
    <w:rsid w:val="00AB2019"/>
    <w:rsid w:val="00AB2546"/>
    <w:rsid w:val="00AB357A"/>
    <w:rsid w:val="00AB415E"/>
    <w:rsid w:val="00AB4BAB"/>
    <w:rsid w:val="00AB579F"/>
    <w:rsid w:val="00AB58D0"/>
    <w:rsid w:val="00AB5ADD"/>
    <w:rsid w:val="00AB5EF0"/>
    <w:rsid w:val="00AB6090"/>
    <w:rsid w:val="00AB60C6"/>
    <w:rsid w:val="00AB69FC"/>
    <w:rsid w:val="00AB7BA5"/>
    <w:rsid w:val="00AC13B3"/>
    <w:rsid w:val="00AC50E4"/>
    <w:rsid w:val="00AC511D"/>
    <w:rsid w:val="00AC522B"/>
    <w:rsid w:val="00AC5340"/>
    <w:rsid w:val="00AD13A8"/>
    <w:rsid w:val="00AD2D1C"/>
    <w:rsid w:val="00AD3537"/>
    <w:rsid w:val="00AD3DEC"/>
    <w:rsid w:val="00AD3FFC"/>
    <w:rsid w:val="00AD4432"/>
    <w:rsid w:val="00AD5E23"/>
    <w:rsid w:val="00AD690B"/>
    <w:rsid w:val="00AD6DDF"/>
    <w:rsid w:val="00AD7191"/>
    <w:rsid w:val="00AD7307"/>
    <w:rsid w:val="00AE03B5"/>
    <w:rsid w:val="00AE0895"/>
    <w:rsid w:val="00AE1AF8"/>
    <w:rsid w:val="00AE316B"/>
    <w:rsid w:val="00AE3394"/>
    <w:rsid w:val="00AE3D15"/>
    <w:rsid w:val="00AE47A6"/>
    <w:rsid w:val="00AE5D57"/>
    <w:rsid w:val="00AE7319"/>
    <w:rsid w:val="00AE75FC"/>
    <w:rsid w:val="00AF0D70"/>
    <w:rsid w:val="00AF3FCE"/>
    <w:rsid w:val="00AF5CC4"/>
    <w:rsid w:val="00AF5D3A"/>
    <w:rsid w:val="00AF6231"/>
    <w:rsid w:val="00B00042"/>
    <w:rsid w:val="00B000E4"/>
    <w:rsid w:val="00B003A7"/>
    <w:rsid w:val="00B00664"/>
    <w:rsid w:val="00B007CC"/>
    <w:rsid w:val="00B01400"/>
    <w:rsid w:val="00B01CF1"/>
    <w:rsid w:val="00B02250"/>
    <w:rsid w:val="00B030B4"/>
    <w:rsid w:val="00B03E31"/>
    <w:rsid w:val="00B043E6"/>
    <w:rsid w:val="00B05715"/>
    <w:rsid w:val="00B05AA7"/>
    <w:rsid w:val="00B066F7"/>
    <w:rsid w:val="00B06C29"/>
    <w:rsid w:val="00B104A0"/>
    <w:rsid w:val="00B11784"/>
    <w:rsid w:val="00B15849"/>
    <w:rsid w:val="00B15865"/>
    <w:rsid w:val="00B16D42"/>
    <w:rsid w:val="00B1708E"/>
    <w:rsid w:val="00B172C8"/>
    <w:rsid w:val="00B175CA"/>
    <w:rsid w:val="00B20A73"/>
    <w:rsid w:val="00B21307"/>
    <w:rsid w:val="00B224D0"/>
    <w:rsid w:val="00B2591B"/>
    <w:rsid w:val="00B279B8"/>
    <w:rsid w:val="00B30E91"/>
    <w:rsid w:val="00B31BEA"/>
    <w:rsid w:val="00B31BFA"/>
    <w:rsid w:val="00B34384"/>
    <w:rsid w:val="00B34C80"/>
    <w:rsid w:val="00B40855"/>
    <w:rsid w:val="00B419F9"/>
    <w:rsid w:val="00B42352"/>
    <w:rsid w:val="00B4274E"/>
    <w:rsid w:val="00B4280E"/>
    <w:rsid w:val="00B42EA2"/>
    <w:rsid w:val="00B43E48"/>
    <w:rsid w:val="00B45D95"/>
    <w:rsid w:val="00B465DD"/>
    <w:rsid w:val="00B46972"/>
    <w:rsid w:val="00B46C64"/>
    <w:rsid w:val="00B47730"/>
    <w:rsid w:val="00B5121D"/>
    <w:rsid w:val="00B51D22"/>
    <w:rsid w:val="00B52F2D"/>
    <w:rsid w:val="00B53259"/>
    <w:rsid w:val="00B5371C"/>
    <w:rsid w:val="00B53E73"/>
    <w:rsid w:val="00B548CD"/>
    <w:rsid w:val="00B55B74"/>
    <w:rsid w:val="00B55DCE"/>
    <w:rsid w:val="00B56636"/>
    <w:rsid w:val="00B6272B"/>
    <w:rsid w:val="00B6279C"/>
    <w:rsid w:val="00B63AFF"/>
    <w:rsid w:val="00B64546"/>
    <w:rsid w:val="00B64AB1"/>
    <w:rsid w:val="00B64D09"/>
    <w:rsid w:val="00B65973"/>
    <w:rsid w:val="00B65A70"/>
    <w:rsid w:val="00B6719D"/>
    <w:rsid w:val="00B671D9"/>
    <w:rsid w:val="00B70B03"/>
    <w:rsid w:val="00B729FD"/>
    <w:rsid w:val="00B732BF"/>
    <w:rsid w:val="00B7352D"/>
    <w:rsid w:val="00B74497"/>
    <w:rsid w:val="00B74E30"/>
    <w:rsid w:val="00B75848"/>
    <w:rsid w:val="00B75B21"/>
    <w:rsid w:val="00B764D4"/>
    <w:rsid w:val="00B77212"/>
    <w:rsid w:val="00B77AFB"/>
    <w:rsid w:val="00B77D8D"/>
    <w:rsid w:val="00B80317"/>
    <w:rsid w:val="00B8159C"/>
    <w:rsid w:val="00B816C8"/>
    <w:rsid w:val="00B83954"/>
    <w:rsid w:val="00B83D6C"/>
    <w:rsid w:val="00B840BB"/>
    <w:rsid w:val="00B8479B"/>
    <w:rsid w:val="00B87A73"/>
    <w:rsid w:val="00B92DB9"/>
    <w:rsid w:val="00B936B2"/>
    <w:rsid w:val="00B9389C"/>
    <w:rsid w:val="00B93F44"/>
    <w:rsid w:val="00B9409D"/>
    <w:rsid w:val="00B94243"/>
    <w:rsid w:val="00B94958"/>
    <w:rsid w:val="00B95422"/>
    <w:rsid w:val="00B958E1"/>
    <w:rsid w:val="00B96534"/>
    <w:rsid w:val="00B9722A"/>
    <w:rsid w:val="00B976D0"/>
    <w:rsid w:val="00B97DFF"/>
    <w:rsid w:val="00BA0C24"/>
    <w:rsid w:val="00BA114B"/>
    <w:rsid w:val="00BA1CA4"/>
    <w:rsid w:val="00BA2031"/>
    <w:rsid w:val="00BA21FB"/>
    <w:rsid w:val="00BA2404"/>
    <w:rsid w:val="00BA2814"/>
    <w:rsid w:val="00BA3E8F"/>
    <w:rsid w:val="00BA4D9D"/>
    <w:rsid w:val="00BA5DB3"/>
    <w:rsid w:val="00BB2A79"/>
    <w:rsid w:val="00BB48D4"/>
    <w:rsid w:val="00BB4AB7"/>
    <w:rsid w:val="00BB4D77"/>
    <w:rsid w:val="00BB57AE"/>
    <w:rsid w:val="00BC15B1"/>
    <w:rsid w:val="00BC3C45"/>
    <w:rsid w:val="00BC43E6"/>
    <w:rsid w:val="00BC4737"/>
    <w:rsid w:val="00BC651F"/>
    <w:rsid w:val="00BC6FB1"/>
    <w:rsid w:val="00BC77DE"/>
    <w:rsid w:val="00BD217E"/>
    <w:rsid w:val="00BD324D"/>
    <w:rsid w:val="00BD3940"/>
    <w:rsid w:val="00BD3D9A"/>
    <w:rsid w:val="00BD68FC"/>
    <w:rsid w:val="00BE10CB"/>
    <w:rsid w:val="00BE2037"/>
    <w:rsid w:val="00BE23CA"/>
    <w:rsid w:val="00BE2AD3"/>
    <w:rsid w:val="00BE2FEE"/>
    <w:rsid w:val="00BE330C"/>
    <w:rsid w:val="00BE40E9"/>
    <w:rsid w:val="00BE4828"/>
    <w:rsid w:val="00BE57A4"/>
    <w:rsid w:val="00BE736C"/>
    <w:rsid w:val="00BE749E"/>
    <w:rsid w:val="00BF0DDD"/>
    <w:rsid w:val="00BF14E6"/>
    <w:rsid w:val="00BF1CCD"/>
    <w:rsid w:val="00BF2824"/>
    <w:rsid w:val="00BF2F29"/>
    <w:rsid w:val="00BF34F6"/>
    <w:rsid w:val="00BF58AF"/>
    <w:rsid w:val="00BF6533"/>
    <w:rsid w:val="00BF6977"/>
    <w:rsid w:val="00C0147B"/>
    <w:rsid w:val="00C01AB0"/>
    <w:rsid w:val="00C02E5E"/>
    <w:rsid w:val="00C04545"/>
    <w:rsid w:val="00C05574"/>
    <w:rsid w:val="00C05906"/>
    <w:rsid w:val="00C05AA2"/>
    <w:rsid w:val="00C070D8"/>
    <w:rsid w:val="00C07B33"/>
    <w:rsid w:val="00C101FA"/>
    <w:rsid w:val="00C11231"/>
    <w:rsid w:val="00C113A0"/>
    <w:rsid w:val="00C12FED"/>
    <w:rsid w:val="00C13A5B"/>
    <w:rsid w:val="00C13BCD"/>
    <w:rsid w:val="00C13CFC"/>
    <w:rsid w:val="00C14628"/>
    <w:rsid w:val="00C15239"/>
    <w:rsid w:val="00C155C4"/>
    <w:rsid w:val="00C16D86"/>
    <w:rsid w:val="00C173A2"/>
    <w:rsid w:val="00C1764D"/>
    <w:rsid w:val="00C17CE2"/>
    <w:rsid w:val="00C20DFA"/>
    <w:rsid w:val="00C223A7"/>
    <w:rsid w:val="00C23881"/>
    <w:rsid w:val="00C23C95"/>
    <w:rsid w:val="00C25716"/>
    <w:rsid w:val="00C2575D"/>
    <w:rsid w:val="00C26B9B"/>
    <w:rsid w:val="00C26C9B"/>
    <w:rsid w:val="00C2762C"/>
    <w:rsid w:val="00C27B7F"/>
    <w:rsid w:val="00C30A3C"/>
    <w:rsid w:val="00C33A2A"/>
    <w:rsid w:val="00C34AEA"/>
    <w:rsid w:val="00C369C5"/>
    <w:rsid w:val="00C421CA"/>
    <w:rsid w:val="00C424C7"/>
    <w:rsid w:val="00C42A44"/>
    <w:rsid w:val="00C42B90"/>
    <w:rsid w:val="00C44D97"/>
    <w:rsid w:val="00C45D00"/>
    <w:rsid w:val="00C46A22"/>
    <w:rsid w:val="00C46B44"/>
    <w:rsid w:val="00C46BA9"/>
    <w:rsid w:val="00C508B6"/>
    <w:rsid w:val="00C5121F"/>
    <w:rsid w:val="00C54B83"/>
    <w:rsid w:val="00C55019"/>
    <w:rsid w:val="00C55A69"/>
    <w:rsid w:val="00C5680B"/>
    <w:rsid w:val="00C61441"/>
    <w:rsid w:val="00C6178E"/>
    <w:rsid w:val="00C618FB"/>
    <w:rsid w:val="00C61F71"/>
    <w:rsid w:val="00C62A99"/>
    <w:rsid w:val="00C65304"/>
    <w:rsid w:val="00C70B69"/>
    <w:rsid w:val="00C720B8"/>
    <w:rsid w:val="00C74679"/>
    <w:rsid w:val="00C7762D"/>
    <w:rsid w:val="00C77D02"/>
    <w:rsid w:val="00C80574"/>
    <w:rsid w:val="00C814FB"/>
    <w:rsid w:val="00C81CFC"/>
    <w:rsid w:val="00C83642"/>
    <w:rsid w:val="00C83DD5"/>
    <w:rsid w:val="00C8435A"/>
    <w:rsid w:val="00C85A51"/>
    <w:rsid w:val="00C864AD"/>
    <w:rsid w:val="00C8666F"/>
    <w:rsid w:val="00C867AA"/>
    <w:rsid w:val="00C86F97"/>
    <w:rsid w:val="00C90837"/>
    <w:rsid w:val="00C90D51"/>
    <w:rsid w:val="00C912CF"/>
    <w:rsid w:val="00C9180C"/>
    <w:rsid w:val="00C93197"/>
    <w:rsid w:val="00C94E06"/>
    <w:rsid w:val="00C956FC"/>
    <w:rsid w:val="00C95D5B"/>
    <w:rsid w:val="00C95DA7"/>
    <w:rsid w:val="00C97556"/>
    <w:rsid w:val="00C97A42"/>
    <w:rsid w:val="00CA0D50"/>
    <w:rsid w:val="00CA0DDF"/>
    <w:rsid w:val="00CA0F7A"/>
    <w:rsid w:val="00CA1637"/>
    <w:rsid w:val="00CA27F7"/>
    <w:rsid w:val="00CA2A4C"/>
    <w:rsid w:val="00CA48E5"/>
    <w:rsid w:val="00CA5280"/>
    <w:rsid w:val="00CA5739"/>
    <w:rsid w:val="00CA5B49"/>
    <w:rsid w:val="00CA6966"/>
    <w:rsid w:val="00CA69B7"/>
    <w:rsid w:val="00CA76E9"/>
    <w:rsid w:val="00CB03AA"/>
    <w:rsid w:val="00CB0664"/>
    <w:rsid w:val="00CB1507"/>
    <w:rsid w:val="00CB155F"/>
    <w:rsid w:val="00CB1A5A"/>
    <w:rsid w:val="00CB2F29"/>
    <w:rsid w:val="00CB2F82"/>
    <w:rsid w:val="00CB322E"/>
    <w:rsid w:val="00CB441A"/>
    <w:rsid w:val="00CB55CE"/>
    <w:rsid w:val="00CB5955"/>
    <w:rsid w:val="00CB5E92"/>
    <w:rsid w:val="00CB67EB"/>
    <w:rsid w:val="00CB68E2"/>
    <w:rsid w:val="00CB7BBC"/>
    <w:rsid w:val="00CC0503"/>
    <w:rsid w:val="00CC0D07"/>
    <w:rsid w:val="00CC2D2E"/>
    <w:rsid w:val="00CC3841"/>
    <w:rsid w:val="00CC3C75"/>
    <w:rsid w:val="00CC47ED"/>
    <w:rsid w:val="00CC5ACF"/>
    <w:rsid w:val="00CC6C54"/>
    <w:rsid w:val="00CC6D05"/>
    <w:rsid w:val="00CC721F"/>
    <w:rsid w:val="00CD0B36"/>
    <w:rsid w:val="00CD0D2D"/>
    <w:rsid w:val="00CD1122"/>
    <w:rsid w:val="00CD366F"/>
    <w:rsid w:val="00CD455C"/>
    <w:rsid w:val="00CD5A74"/>
    <w:rsid w:val="00CD786C"/>
    <w:rsid w:val="00CE0F4A"/>
    <w:rsid w:val="00CE1C04"/>
    <w:rsid w:val="00CE371A"/>
    <w:rsid w:val="00CE37F2"/>
    <w:rsid w:val="00CE3EB3"/>
    <w:rsid w:val="00CE4EAD"/>
    <w:rsid w:val="00CE57FD"/>
    <w:rsid w:val="00CE6798"/>
    <w:rsid w:val="00CF0EF3"/>
    <w:rsid w:val="00CF11CB"/>
    <w:rsid w:val="00CF34DC"/>
    <w:rsid w:val="00CF4A58"/>
    <w:rsid w:val="00CF60B7"/>
    <w:rsid w:val="00CF6286"/>
    <w:rsid w:val="00CF6971"/>
    <w:rsid w:val="00CF6BB9"/>
    <w:rsid w:val="00CF7201"/>
    <w:rsid w:val="00CF79CA"/>
    <w:rsid w:val="00CF7A9B"/>
    <w:rsid w:val="00D01304"/>
    <w:rsid w:val="00D02883"/>
    <w:rsid w:val="00D02B0A"/>
    <w:rsid w:val="00D02EA7"/>
    <w:rsid w:val="00D030EC"/>
    <w:rsid w:val="00D0313F"/>
    <w:rsid w:val="00D03D0D"/>
    <w:rsid w:val="00D040E2"/>
    <w:rsid w:val="00D057DF"/>
    <w:rsid w:val="00D069A1"/>
    <w:rsid w:val="00D078F2"/>
    <w:rsid w:val="00D1025F"/>
    <w:rsid w:val="00D11E87"/>
    <w:rsid w:val="00D12876"/>
    <w:rsid w:val="00D131A4"/>
    <w:rsid w:val="00D1344D"/>
    <w:rsid w:val="00D14805"/>
    <w:rsid w:val="00D14CAF"/>
    <w:rsid w:val="00D151F2"/>
    <w:rsid w:val="00D158C5"/>
    <w:rsid w:val="00D16EFE"/>
    <w:rsid w:val="00D17812"/>
    <w:rsid w:val="00D17D2D"/>
    <w:rsid w:val="00D214EE"/>
    <w:rsid w:val="00D21D00"/>
    <w:rsid w:val="00D224C4"/>
    <w:rsid w:val="00D227C5"/>
    <w:rsid w:val="00D22992"/>
    <w:rsid w:val="00D22CC7"/>
    <w:rsid w:val="00D23390"/>
    <w:rsid w:val="00D2470E"/>
    <w:rsid w:val="00D25759"/>
    <w:rsid w:val="00D25EE0"/>
    <w:rsid w:val="00D26802"/>
    <w:rsid w:val="00D30DD9"/>
    <w:rsid w:val="00D321A6"/>
    <w:rsid w:val="00D321BC"/>
    <w:rsid w:val="00D321BF"/>
    <w:rsid w:val="00D330F9"/>
    <w:rsid w:val="00D33216"/>
    <w:rsid w:val="00D339D4"/>
    <w:rsid w:val="00D35D6C"/>
    <w:rsid w:val="00D35E68"/>
    <w:rsid w:val="00D3747E"/>
    <w:rsid w:val="00D376C4"/>
    <w:rsid w:val="00D41333"/>
    <w:rsid w:val="00D425C7"/>
    <w:rsid w:val="00D43A56"/>
    <w:rsid w:val="00D43F4C"/>
    <w:rsid w:val="00D441F9"/>
    <w:rsid w:val="00D44975"/>
    <w:rsid w:val="00D45ED0"/>
    <w:rsid w:val="00D475BF"/>
    <w:rsid w:val="00D4790F"/>
    <w:rsid w:val="00D47ED3"/>
    <w:rsid w:val="00D50765"/>
    <w:rsid w:val="00D517F0"/>
    <w:rsid w:val="00D52A5C"/>
    <w:rsid w:val="00D53240"/>
    <w:rsid w:val="00D53686"/>
    <w:rsid w:val="00D5558D"/>
    <w:rsid w:val="00D60FCB"/>
    <w:rsid w:val="00D626CE"/>
    <w:rsid w:val="00D62A1A"/>
    <w:rsid w:val="00D62EBB"/>
    <w:rsid w:val="00D639AC"/>
    <w:rsid w:val="00D63E55"/>
    <w:rsid w:val="00D6556E"/>
    <w:rsid w:val="00D66B0F"/>
    <w:rsid w:val="00D7185E"/>
    <w:rsid w:val="00D71E2E"/>
    <w:rsid w:val="00D75484"/>
    <w:rsid w:val="00D75653"/>
    <w:rsid w:val="00D75E5E"/>
    <w:rsid w:val="00D7753F"/>
    <w:rsid w:val="00D80B16"/>
    <w:rsid w:val="00D811A9"/>
    <w:rsid w:val="00D82DC9"/>
    <w:rsid w:val="00D82F81"/>
    <w:rsid w:val="00D837FE"/>
    <w:rsid w:val="00D83A30"/>
    <w:rsid w:val="00D84925"/>
    <w:rsid w:val="00D8620A"/>
    <w:rsid w:val="00D86B8F"/>
    <w:rsid w:val="00D90CDA"/>
    <w:rsid w:val="00D91AB4"/>
    <w:rsid w:val="00D946A5"/>
    <w:rsid w:val="00D949B4"/>
    <w:rsid w:val="00D96699"/>
    <w:rsid w:val="00D96D6F"/>
    <w:rsid w:val="00D97DD3"/>
    <w:rsid w:val="00DA1344"/>
    <w:rsid w:val="00DA1831"/>
    <w:rsid w:val="00DA2589"/>
    <w:rsid w:val="00DA3343"/>
    <w:rsid w:val="00DA412B"/>
    <w:rsid w:val="00DA4621"/>
    <w:rsid w:val="00DA4637"/>
    <w:rsid w:val="00DA472E"/>
    <w:rsid w:val="00DA5AFB"/>
    <w:rsid w:val="00DA62EF"/>
    <w:rsid w:val="00DA715B"/>
    <w:rsid w:val="00DB09E1"/>
    <w:rsid w:val="00DB162E"/>
    <w:rsid w:val="00DB1FA5"/>
    <w:rsid w:val="00DB21BE"/>
    <w:rsid w:val="00DB2E63"/>
    <w:rsid w:val="00DB308D"/>
    <w:rsid w:val="00DB4306"/>
    <w:rsid w:val="00DB48DF"/>
    <w:rsid w:val="00DB55B6"/>
    <w:rsid w:val="00DB613E"/>
    <w:rsid w:val="00DB6C49"/>
    <w:rsid w:val="00DB76F2"/>
    <w:rsid w:val="00DC01DC"/>
    <w:rsid w:val="00DC05BD"/>
    <w:rsid w:val="00DC1A40"/>
    <w:rsid w:val="00DC2923"/>
    <w:rsid w:val="00DC2BF0"/>
    <w:rsid w:val="00DC3E0A"/>
    <w:rsid w:val="00DC44CC"/>
    <w:rsid w:val="00DC5FF0"/>
    <w:rsid w:val="00DC621D"/>
    <w:rsid w:val="00DC7FC0"/>
    <w:rsid w:val="00DD03F3"/>
    <w:rsid w:val="00DD0F89"/>
    <w:rsid w:val="00DD1357"/>
    <w:rsid w:val="00DD29A4"/>
    <w:rsid w:val="00DD32D4"/>
    <w:rsid w:val="00DD3ACC"/>
    <w:rsid w:val="00DD6C0F"/>
    <w:rsid w:val="00DD7A95"/>
    <w:rsid w:val="00DD7C2A"/>
    <w:rsid w:val="00DD7C6D"/>
    <w:rsid w:val="00DE08BB"/>
    <w:rsid w:val="00DE2010"/>
    <w:rsid w:val="00DE6558"/>
    <w:rsid w:val="00DF0733"/>
    <w:rsid w:val="00DF20BD"/>
    <w:rsid w:val="00DF22FB"/>
    <w:rsid w:val="00DF26C8"/>
    <w:rsid w:val="00DF354A"/>
    <w:rsid w:val="00DF37B8"/>
    <w:rsid w:val="00DF3F08"/>
    <w:rsid w:val="00DF439F"/>
    <w:rsid w:val="00DF49BC"/>
    <w:rsid w:val="00DF543C"/>
    <w:rsid w:val="00DF5B2C"/>
    <w:rsid w:val="00DF5D88"/>
    <w:rsid w:val="00DF6050"/>
    <w:rsid w:val="00E00849"/>
    <w:rsid w:val="00E01BF5"/>
    <w:rsid w:val="00E0275A"/>
    <w:rsid w:val="00E032D7"/>
    <w:rsid w:val="00E03531"/>
    <w:rsid w:val="00E0419A"/>
    <w:rsid w:val="00E06092"/>
    <w:rsid w:val="00E07650"/>
    <w:rsid w:val="00E154CB"/>
    <w:rsid w:val="00E17DDF"/>
    <w:rsid w:val="00E22053"/>
    <w:rsid w:val="00E220F5"/>
    <w:rsid w:val="00E2259B"/>
    <w:rsid w:val="00E22F5B"/>
    <w:rsid w:val="00E23D97"/>
    <w:rsid w:val="00E23D9F"/>
    <w:rsid w:val="00E23E60"/>
    <w:rsid w:val="00E2616C"/>
    <w:rsid w:val="00E3097B"/>
    <w:rsid w:val="00E31231"/>
    <w:rsid w:val="00E3195E"/>
    <w:rsid w:val="00E32829"/>
    <w:rsid w:val="00E34384"/>
    <w:rsid w:val="00E34CFE"/>
    <w:rsid w:val="00E35992"/>
    <w:rsid w:val="00E363FA"/>
    <w:rsid w:val="00E40960"/>
    <w:rsid w:val="00E41F27"/>
    <w:rsid w:val="00E4273A"/>
    <w:rsid w:val="00E43B86"/>
    <w:rsid w:val="00E45154"/>
    <w:rsid w:val="00E457AE"/>
    <w:rsid w:val="00E500BB"/>
    <w:rsid w:val="00E51726"/>
    <w:rsid w:val="00E540BD"/>
    <w:rsid w:val="00E54443"/>
    <w:rsid w:val="00E545D3"/>
    <w:rsid w:val="00E5483D"/>
    <w:rsid w:val="00E56310"/>
    <w:rsid w:val="00E60FEF"/>
    <w:rsid w:val="00E61FC1"/>
    <w:rsid w:val="00E633F9"/>
    <w:rsid w:val="00E63EB1"/>
    <w:rsid w:val="00E648FF"/>
    <w:rsid w:val="00E6512A"/>
    <w:rsid w:val="00E66014"/>
    <w:rsid w:val="00E70BAE"/>
    <w:rsid w:val="00E71AD9"/>
    <w:rsid w:val="00E71DBB"/>
    <w:rsid w:val="00E71F64"/>
    <w:rsid w:val="00E7248F"/>
    <w:rsid w:val="00E725CA"/>
    <w:rsid w:val="00E729DD"/>
    <w:rsid w:val="00E72E5F"/>
    <w:rsid w:val="00E737C2"/>
    <w:rsid w:val="00E74131"/>
    <w:rsid w:val="00E74265"/>
    <w:rsid w:val="00E75BFD"/>
    <w:rsid w:val="00E768F3"/>
    <w:rsid w:val="00E774DA"/>
    <w:rsid w:val="00E806DE"/>
    <w:rsid w:val="00E8089E"/>
    <w:rsid w:val="00E821FD"/>
    <w:rsid w:val="00E8509D"/>
    <w:rsid w:val="00E852B4"/>
    <w:rsid w:val="00E87718"/>
    <w:rsid w:val="00E878A6"/>
    <w:rsid w:val="00E900C7"/>
    <w:rsid w:val="00E9053C"/>
    <w:rsid w:val="00E90AEA"/>
    <w:rsid w:val="00E92C50"/>
    <w:rsid w:val="00E92F3D"/>
    <w:rsid w:val="00E953AD"/>
    <w:rsid w:val="00E95EE1"/>
    <w:rsid w:val="00E9629A"/>
    <w:rsid w:val="00E96B91"/>
    <w:rsid w:val="00E96C7D"/>
    <w:rsid w:val="00EA0011"/>
    <w:rsid w:val="00EA1EA5"/>
    <w:rsid w:val="00EA27B1"/>
    <w:rsid w:val="00EA453D"/>
    <w:rsid w:val="00EA50E0"/>
    <w:rsid w:val="00EA790C"/>
    <w:rsid w:val="00EA7B72"/>
    <w:rsid w:val="00EB0240"/>
    <w:rsid w:val="00EB41D3"/>
    <w:rsid w:val="00EB59BA"/>
    <w:rsid w:val="00EB5D3D"/>
    <w:rsid w:val="00EB5DA6"/>
    <w:rsid w:val="00EB759E"/>
    <w:rsid w:val="00EB7BCB"/>
    <w:rsid w:val="00EB7C17"/>
    <w:rsid w:val="00EC0DAA"/>
    <w:rsid w:val="00EC0FBB"/>
    <w:rsid w:val="00EC15A9"/>
    <w:rsid w:val="00EC1AC0"/>
    <w:rsid w:val="00EC2EBD"/>
    <w:rsid w:val="00EC389A"/>
    <w:rsid w:val="00EC3C36"/>
    <w:rsid w:val="00EC3FEF"/>
    <w:rsid w:val="00EC4610"/>
    <w:rsid w:val="00EC51B5"/>
    <w:rsid w:val="00EC5265"/>
    <w:rsid w:val="00EC59CD"/>
    <w:rsid w:val="00EC640A"/>
    <w:rsid w:val="00EC656E"/>
    <w:rsid w:val="00EC72E8"/>
    <w:rsid w:val="00ED20DF"/>
    <w:rsid w:val="00ED3E6B"/>
    <w:rsid w:val="00ED4E6C"/>
    <w:rsid w:val="00ED6A3D"/>
    <w:rsid w:val="00EE1BB8"/>
    <w:rsid w:val="00EE245D"/>
    <w:rsid w:val="00EE47A4"/>
    <w:rsid w:val="00EE4F0B"/>
    <w:rsid w:val="00EE5291"/>
    <w:rsid w:val="00EE5CA0"/>
    <w:rsid w:val="00EE68CE"/>
    <w:rsid w:val="00EE7726"/>
    <w:rsid w:val="00EE7F1B"/>
    <w:rsid w:val="00EF0087"/>
    <w:rsid w:val="00EF05B4"/>
    <w:rsid w:val="00EF0F68"/>
    <w:rsid w:val="00EF3B8D"/>
    <w:rsid w:val="00EF5D9B"/>
    <w:rsid w:val="00EF67E4"/>
    <w:rsid w:val="00EF6B52"/>
    <w:rsid w:val="00EF7822"/>
    <w:rsid w:val="00F01185"/>
    <w:rsid w:val="00F01EA1"/>
    <w:rsid w:val="00F03BEC"/>
    <w:rsid w:val="00F056F5"/>
    <w:rsid w:val="00F06E4B"/>
    <w:rsid w:val="00F06F36"/>
    <w:rsid w:val="00F10E02"/>
    <w:rsid w:val="00F1109F"/>
    <w:rsid w:val="00F12342"/>
    <w:rsid w:val="00F132CE"/>
    <w:rsid w:val="00F13485"/>
    <w:rsid w:val="00F14328"/>
    <w:rsid w:val="00F14C85"/>
    <w:rsid w:val="00F17ACF"/>
    <w:rsid w:val="00F17D32"/>
    <w:rsid w:val="00F20F26"/>
    <w:rsid w:val="00F21875"/>
    <w:rsid w:val="00F21EA8"/>
    <w:rsid w:val="00F23D68"/>
    <w:rsid w:val="00F24C6A"/>
    <w:rsid w:val="00F3084A"/>
    <w:rsid w:val="00F315EC"/>
    <w:rsid w:val="00F31BE7"/>
    <w:rsid w:val="00F32D15"/>
    <w:rsid w:val="00F3307C"/>
    <w:rsid w:val="00F33285"/>
    <w:rsid w:val="00F33332"/>
    <w:rsid w:val="00F36740"/>
    <w:rsid w:val="00F36D20"/>
    <w:rsid w:val="00F378B6"/>
    <w:rsid w:val="00F37907"/>
    <w:rsid w:val="00F37BDB"/>
    <w:rsid w:val="00F421A4"/>
    <w:rsid w:val="00F44726"/>
    <w:rsid w:val="00F44AC9"/>
    <w:rsid w:val="00F4761B"/>
    <w:rsid w:val="00F47B7B"/>
    <w:rsid w:val="00F5085D"/>
    <w:rsid w:val="00F5217A"/>
    <w:rsid w:val="00F52376"/>
    <w:rsid w:val="00F53C2C"/>
    <w:rsid w:val="00F54069"/>
    <w:rsid w:val="00F541DB"/>
    <w:rsid w:val="00F542D5"/>
    <w:rsid w:val="00F54A7C"/>
    <w:rsid w:val="00F54D7E"/>
    <w:rsid w:val="00F5659D"/>
    <w:rsid w:val="00F56A23"/>
    <w:rsid w:val="00F56BC1"/>
    <w:rsid w:val="00F57625"/>
    <w:rsid w:val="00F57CDA"/>
    <w:rsid w:val="00F57D72"/>
    <w:rsid w:val="00F60810"/>
    <w:rsid w:val="00F6263D"/>
    <w:rsid w:val="00F633DE"/>
    <w:rsid w:val="00F6564E"/>
    <w:rsid w:val="00F6684F"/>
    <w:rsid w:val="00F669CB"/>
    <w:rsid w:val="00F66D62"/>
    <w:rsid w:val="00F66F09"/>
    <w:rsid w:val="00F673B8"/>
    <w:rsid w:val="00F70F32"/>
    <w:rsid w:val="00F710D8"/>
    <w:rsid w:val="00F71320"/>
    <w:rsid w:val="00F7194A"/>
    <w:rsid w:val="00F71C2C"/>
    <w:rsid w:val="00F72AB1"/>
    <w:rsid w:val="00F749A6"/>
    <w:rsid w:val="00F74FEC"/>
    <w:rsid w:val="00F753D6"/>
    <w:rsid w:val="00F76D53"/>
    <w:rsid w:val="00F82D08"/>
    <w:rsid w:val="00F82E9C"/>
    <w:rsid w:val="00F83D6E"/>
    <w:rsid w:val="00F84856"/>
    <w:rsid w:val="00F85373"/>
    <w:rsid w:val="00F85E05"/>
    <w:rsid w:val="00F86CDA"/>
    <w:rsid w:val="00F86EDC"/>
    <w:rsid w:val="00F8785A"/>
    <w:rsid w:val="00F87A13"/>
    <w:rsid w:val="00F9202C"/>
    <w:rsid w:val="00F935A0"/>
    <w:rsid w:val="00F94859"/>
    <w:rsid w:val="00F951B7"/>
    <w:rsid w:val="00F96713"/>
    <w:rsid w:val="00F969C5"/>
    <w:rsid w:val="00F97B62"/>
    <w:rsid w:val="00FA01E4"/>
    <w:rsid w:val="00FA03FC"/>
    <w:rsid w:val="00FA0A9E"/>
    <w:rsid w:val="00FA0EC5"/>
    <w:rsid w:val="00FA48A1"/>
    <w:rsid w:val="00FA579D"/>
    <w:rsid w:val="00FA61CB"/>
    <w:rsid w:val="00FA62A4"/>
    <w:rsid w:val="00FA7808"/>
    <w:rsid w:val="00FB17C3"/>
    <w:rsid w:val="00FB1825"/>
    <w:rsid w:val="00FB1A93"/>
    <w:rsid w:val="00FB1FFB"/>
    <w:rsid w:val="00FB2594"/>
    <w:rsid w:val="00FB3AD8"/>
    <w:rsid w:val="00FB4730"/>
    <w:rsid w:val="00FB56E1"/>
    <w:rsid w:val="00FB78FD"/>
    <w:rsid w:val="00FB7DF4"/>
    <w:rsid w:val="00FC0440"/>
    <w:rsid w:val="00FC1CC6"/>
    <w:rsid w:val="00FC25CD"/>
    <w:rsid w:val="00FC2B2D"/>
    <w:rsid w:val="00FC5600"/>
    <w:rsid w:val="00FC5664"/>
    <w:rsid w:val="00FC5B3E"/>
    <w:rsid w:val="00FC5C81"/>
    <w:rsid w:val="00FC693F"/>
    <w:rsid w:val="00FC6D86"/>
    <w:rsid w:val="00FC72C9"/>
    <w:rsid w:val="00FC7EB0"/>
    <w:rsid w:val="00FD002A"/>
    <w:rsid w:val="00FD0A2E"/>
    <w:rsid w:val="00FD0A87"/>
    <w:rsid w:val="00FD1333"/>
    <w:rsid w:val="00FD13A7"/>
    <w:rsid w:val="00FD3916"/>
    <w:rsid w:val="00FD3DF8"/>
    <w:rsid w:val="00FD4C6D"/>
    <w:rsid w:val="00FD6D2C"/>
    <w:rsid w:val="00FD7C10"/>
    <w:rsid w:val="00FE01D6"/>
    <w:rsid w:val="00FE135E"/>
    <w:rsid w:val="00FE24E4"/>
    <w:rsid w:val="00FE279F"/>
    <w:rsid w:val="00FE2A82"/>
    <w:rsid w:val="00FE4520"/>
    <w:rsid w:val="00FE5F22"/>
    <w:rsid w:val="00FE7386"/>
    <w:rsid w:val="00FE76BC"/>
    <w:rsid w:val="00FE78F0"/>
    <w:rsid w:val="00FE7940"/>
    <w:rsid w:val="00FF21F5"/>
    <w:rsid w:val="00FF29B1"/>
    <w:rsid w:val="00FF2B51"/>
    <w:rsid w:val="00FF343D"/>
    <w:rsid w:val="00FF4122"/>
    <w:rsid w:val="00FF65B2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29F79"/>
  <w14:defaultImageDpi w14:val="300"/>
  <w15:docId w15:val="{53162102-4A64-4C41-824A-5DCB77B6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1D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76" w:lineRule="auto"/>
    </w:pPr>
    <w:rPr>
      <w:rFonts w:ascii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 w:line="276" w:lineRule="auto"/>
    </w:pPr>
    <w:rPr>
      <w:rFonts w:ascii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spacing w:after="200" w:line="276" w:lineRule="auto"/>
      <w:ind w:left="36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List2">
    <w:name w:val="List 2"/>
    <w:basedOn w:val="Normal"/>
    <w:uiPriority w:val="99"/>
    <w:unhideWhenUsed/>
    <w:rsid w:val="00326F90"/>
    <w:pPr>
      <w:spacing w:after="200" w:line="276" w:lineRule="auto"/>
      <w:ind w:left="72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List3">
    <w:name w:val="List 3"/>
    <w:basedOn w:val="Normal"/>
    <w:uiPriority w:val="99"/>
    <w:unhideWhenUsed/>
    <w:rsid w:val="00326F90"/>
    <w:pPr>
      <w:spacing w:after="200" w:line="276" w:lineRule="auto"/>
      <w:ind w:left="108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 w:line="276" w:lineRule="auto"/>
      <w:ind w:left="360"/>
      <w:contextualSpacing/>
    </w:pPr>
    <w:rPr>
      <w:rFonts w:asciiTheme="minorHAnsi" w:hAnsiTheme="minorHAnsi" w:cstheme="minorBidi"/>
      <w:sz w:val="22"/>
      <w:szCs w:val="22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 w:line="276" w:lineRule="auto"/>
      <w:ind w:left="1080"/>
      <w:contextualSpacing/>
    </w:pPr>
    <w:rPr>
      <w:rFonts w:asciiTheme="minorHAnsi" w:hAnsiTheme="minorHAnsi" w:cstheme="minorBidi"/>
      <w:sz w:val="22"/>
      <w:szCs w:val="22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200"/>
    </w:pPr>
    <w:rPr>
      <w:rFonts w:asciiTheme="minorHAnsi" w:hAnsiTheme="minorHAnsi" w:cstheme="minorBid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3D05B5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3D05B5"/>
  </w:style>
  <w:style w:type="paragraph" w:customStyle="1" w:styleId="p2">
    <w:name w:val="p2"/>
    <w:basedOn w:val="Normal"/>
    <w:rsid w:val="003D05B5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3D05B5"/>
  </w:style>
  <w:style w:type="paragraph" w:customStyle="1" w:styleId="p3">
    <w:name w:val="p3"/>
    <w:basedOn w:val="Normal"/>
    <w:rsid w:val="0022371B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22371B"/>
  </w:style>
  <w:style w:type="character" w:customStyle="1" w:styleId="apple-converted-space">
    <w:name w:val="apple-converted-space"/>
    <w:basedOn w:val="DefaultParagraphFont"/>
    <w:rsid w:val="002A32A7"/>
  </w:style>
  <w:style w:type="character" w:customStyle="1" w:styleId="s4">
    <w:name w:val="s4"/>
    <w:basedOn w:val="DefaultParagraphFont"/>
    <w:rsid w:val="004D7712"/>
  </w:style>
  <w:style w:type="paragraph" w:customStyle="1" w:styleId="p4">
    <w:name w:val="p4"/>
    <w:basedOn w:val="Normal"/>
    <w:rsid w:val="00AA0722"/>
    <w:pPr>
      <w:spacing w:before="100" w:beforeAutospacing="1" w:after="100" w:afterAutospacing="1"/>
    </w:pPr>
  </w:style>
  <w:style w:type="paragraph" w:customStyle="1" w:styleId="p5">
    <w:name w:val="p5"/>
    <w:basedOn w:val="Normal"/>
    <w:rsid w:val="00AA0722"/>
    <w:pPr>
      <w:spacing w:before="100" w:beforeAutospacing="1" w:after="100" w:afterAutospacing="1"/>
    </w:pPr>
  </w:style>
  <w:style w:type="paragraph" w:customStyle="1" w:styleId="p6">
    <w:name w:val="p6"/>
    <w:basedOn w:val="Normal"/>
    <w:rsid w:val="00AA0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Soles</cp:lastModifiedBy>
  <cp:revision>2</cp:revision>
  <cp:lastPrinted>2026-01-05T17:05:00Z</cp:lastPrinted>
  <dcterms:created xsi:type="dcterms:W3CDTF">2026-08-31T17:27:00Z</dcterms:created>
  <dcterms:modified xsi:type="dcterms:W3CDTF">2026-08-31T17:27:00Z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07d17ae6-60f2-45c9-9b04-25790aebec3f</vt:lpwstr>
  </property>
</Properties>
</file>